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2024 год и на плановый период 2025 и 2026 годов"</w:t>
      </w:r>
    </w:p>
    <w:p>
      <w:r>
        <w:rPr>
          <w:b/>
        </w:rPr>
        <w:t>Статья 1</w:t>
      </w:r>
    </w:p>
    <w:p>
      <w:r>
        <w:t>Внести в Федеральный закон от 27 ноября 2023 года № 540-ФЗ "О федеральном бюджете на 2024 год и на плановый период 2025 и 2026 годов" (Собрание законодательства Российской Федерации, 2023, № 49, ст. 8657) следующие изменения: 1) в части 1 статьи 1: а) в абзаце первом слова "в размере 179 956 млрд. рублей" заменить словами "в размере 191 437 млрд. рублей", слова "не превышающего 4,5 процента" заменить словами "не превышающего 5,1 процента"; б) в пункте 1 слова "в сумме 35 065 283 588,1 тыс. рублей" заменить словами "в сумме 35 062 513 540,7 тыс. рублей", слова "в сумме 1 821 070 963,9 тыс. рублей" заменить словами "в сумме 1 053 631 422,4 тыс. рублей"; в) в пункте 2 слова "в сумме 36 660 675 369,3 тыс. рублей" заменить словами "в сумме 37 182 647 797,4 тыс. рублей"; г) в пункте 3 слова "в сумме 26 637 455 114,6 тыс. рублей" заменить словами "в сумме 26 680 413 893,3 тыс. рублей"; д) в пункте 4 слова "в сумме 64,0 млрд. долларов США, или 57,6 млрд. евро" заменить словами "в сумме 63,0 млрд. долларов США, или 56,7 млрд. евро"; е) в пункте 5 слова "в сумме 1 595 391 781,2 тыс. рублей" заменить словами "в сумме 2 120 134 256,7 тыс. рублей"; 2) абзац первый части 5 статьи 5 (секретно); 3) в статье 6: а) в части 1 слова "в сумме 1 292 198 829,6 тыс. рублей" заменить словами "в сумме 1 295 077 799,1 тыс. рублей"; б) в части 2 слова "приложениям 10 и 11 (совершенно секретно)" заменить словами "приложениям 10, 101, 11 (совершенно секретно) и 111 (совершенно секретно)"; в) в части 3 слова "приложениям 12, 13 (секретно) и 14 (совершенно секретно)" заменить словами "приложениям 12, 121, 13 (секретно), 131 (секретно), 14 (совершенно секретно) и 141 (совершенно секретно)"; г) в части 4 слова "приложениям 15 и 16 (секретно)" заменить словами "приложениям 15, 151, 16 (секретно) и 161 (секретно)"; д) в части 5 слова "приложениям 17 и 18 (секретно)" заменить словами "приложениям 17, 171, 18 (секретно) и 181 (секретно)"; е) в части 7 слова "приложениям 20 и 21 (секретно)" заменить словами "приложениям 20, 201 и 21 (секретно)"; ж) в части 8 слова "приложениям 22 и 23 (секретно)" заменить словами "приложениям 22, 221 и 23 (секретно)"; з) в части 9 слова "приложениям 24, 25 (секретно), 26 (совершенно секретно)" заменить словами "приложениям 24, 241, 25 (секретно), 251 (секретно), 26 (совершенно секретно), 261 (совершенно секретно)"; и) в части 11 слова "в объеме до 20 257 477,7 тыс. рублей" заменить словами "в объеме до 21 862 264,7 тыс. рублей"; к) в части 12 слова "в 2024 году в объеме до 510 766,6 тыс. рублей" заменить словами "в 2024 году в объеме до 526 479,9 тыс. рублей"; 4) в статье 8: а) в части 1 слова "в сумме 365 346,6 рубля" заменить словами "в сумме 367 444,3 рубля"; б) в части 2 слова "составляет 1,045" заменить словами "составляет 1,051"; в) в части 3 слова "составляет 1,045" заменить словами "составляет 1,051"; 5) в статье 10: а) в части 1 слова "приложению 29" заменить словами "приложениям 29 и 291"; б) в части 2 слова "приложению 30" заменить словами "приложениям 30 и 301"; 6) статью 11 дополнить частью 4 следующего содержания: "4. Установить, что в 2024 году не подлежит погашению две трети задолженности субъектов Российской Федерации перед Российской Федерацией по бюджетным кредитам исходя из действующих на 1 марта 2024 года графиков погашения задолженности по указанным бюджетным кредитам,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Указанная задолженность списывается в 2025 году в соответствии с Федеральным законом "О федеральном бюджете на 2025 год и на плановый период 2026 и 2027 годов"."; 7) статью 16 дополнить частью 12 следующего содержания: "12. (Секретно)."; 8) в части 4 статьи 17: а) в пункте 2 слова "в сумме 31 801 241,7 тыс. рублей" заменить словами "в сумме 33 424 834,5 тыс. рублей"; б) в пункте 3 слова "в сумме 14 711 892,7 тыс. рублей" заменить словами "в сумме 14 455 803,7 тыс. рублей"; 9) в пункте 1 части 7 статьи 18 слова "в общей сумме до 1 310 822,1 тыс. рублей" заменить словами "в общей сумме до 1 316 206,4 тыс. рублей"; 10) статью 20 дополнить частью 7 следующего содержания: "7. Установить, что в 2024 году финансовый орган администрации города Байконура вправе осуществлять распределение между бюджетами государственных внебюджетных фондов Российской Федерации по нормативам, установленным статьей 146 Бюджетного кодекса Российской Федерации, и дальнейшее перечисление в бюджеты государственных внебюджетных фондов Российской Федерации: 1) доходов от страховых взносов (штрафов, исчисляемых исходя из сумм страховых взносов), предусмотренных законодательством Российской Федерации о налогах и сборах, поступивших в 2023 году, а также поступающих в 2024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плательщиков страховых взносов, стоящих на учете в городе Байконуре, в составе единого налогового платежа; 2) доходов от сумм пеней, установленных Налоговым кодексом Российской Федерации, начисленных налогоплательщикам, плательщикам сборов, плательщикам страховых взносов, налоговым агентам и (или) иным лицам (далее - налогоплательщики), стоящим на учете в городе Байконуре, поступивших в 2023 году, а также поступающих в 2024 году на расчетный счет финансового органа администрации города Байконура, открытый в полевом учреждении Банка России № 25631, привлекаемый к операциям со средствами бюджета города Байконура, от налогоплательщиков, стоящих на учете в городе Байконуре, в составе единого налогового платежа."; 11) в статье 21: а) в части 1: в пункте 1 слова "в объеме 93 535,2 тыс. рублей" заменить словами "в объеме 98 310,6 тыс. рублей"; в пункте 2 слова "в объеме 45 152 424,9 тыс. рублей" заменить словами "в объеме 88 997 437,6 тыс. рублей"; в пункте 5 слова "в объеме 25 796 664,7 тыс. рублей" заменить словами "в объеме 27 914 924,6 тыс. рублей"; в пункте 9 слова "в объеме 1 233 870,4 тыс. рублей" заменить словами "в объеме 1 191 245,2 тыс. рублей"; в пункте 10 слова "в объеме 122 561 028,6 тыс. рублей" заменить словами "в объеме 142 499 972,6 тыс. рублей"; в пункте 12 слова "в пределах 13 063 409,2 тыс. рублей" заменить словами "в пределах 13 005 854,6 тыс. рублей"; в пункте 17 слова "в объеме до 7 078 733,6 тыс. рублей" заменить словами "в объеме до 7 774 093,1 тыс. рублей"; дополнить пунктом 221 следующего содержания: "221) бюджетных ассигнований на 2024 год в объеме до 21 337 569,4 тыс. рублей, предусмотренных по подразделу "Связь и информатика" раздела "Национальная экономика" классификации расходов бюджетов, на финансовое обеспечение мероприятий, связанных с обеспечением высокоскоростного доступа государственных и муниципальных общеобразовательных организаций, государственных профессиональных образовательных организаций и избирательных комиссий к информационно-телекоммуникационной сети "Интернет" с использованием единой защищенной сети передачи данных, формирование в учебных помещениях (классах) государственных и муниципальных общеобразовательных организаций инфраструктуры безопасного беспроводного доступа к информационно-телекоммуникационной сети "Интернет" по стандарту Wi-Fi, предоставление в государственных и муниципальных общеобразовательных организациях, государственных профессиональных образовательных организациях верифицированного цифрового образовательного контента, онлайн-доступа к цифровым образовательным ресурсам и сервисам на базе автономной некоммерческой организации высшего образования "Университет Иннополис", строительство и проектирование магистральных волоконно-оптических линий связи для подключения к единой сети электросвязи удаленных районов Республики Саха (Якутия), Республики Тыва, Чукотского автономного округа, Хабаровского края и других субъектов Российской Федерации на основании отдельных решений Правительства Российской Федерации в случае и в пределах поступления доходов федерального бюджета от части платы пользователей радиочастотным спектром, поступившей за счет отмены скидки на оплату операторами связи использования выделенного радиочастотного спектра стандарта LTE (4G);"; в пункте 24 слова "в объеме 54 828 428,0 тыс. рублей" заменить словами "в объеме 73 982 336,0 тыс. рублей"; в пункте 25 слова "в объеме 30 099 999,9 тыс. рублей" заменить словами "в объеме 32 051 924,6 тыс. рублей"; в пункте 39 слова "в объеме 506 514,7 тыс. рублей" заменить словами "в объеме 2 006 514,7 тыс. рублей"; в пункте 50 слова "на 2024 год в объеме 194 873,5 тыс. рублей," исключить; в пункте 53 слова "в объеме 400 000,0 тыс. рублей" заменить словами "в объеме 300 000,0 тыс. рублей"; в пункте 59 слова "на 2024 год в объеме 9 333 836,6 тыс. рублей" заменить словами "на 2024 год в объеме 13 230 968,4 тыс. рублей"; б) в части 8 (совершенно секретно); в) в части 20 слова "в объеме до 715 135 743,9 тыс. рублей" заменить словами "в объеме до 754 963 015,0 тыс. рублей"; г) часть 27 признать утратившей силу; д) дополнить частями 29 и 30 следующего содержания: "29. Установить, что в 2024 году по решению Правительства Российской Федерации федеральному государственному унитарному предприятию "Администрация гражданских аэропортов (аэродромов)" могут быть направлены бюджетные ассигнования на реализацию мероприятий по строительству, реконструкции и капитальному ремонту объектов инфраструктуры аэродромов, а также на иные мероприятия по модернизации соответствующей инфраструктуры в объеме, не превышающем дополнительно поступившие в доход федерального бюджета средства от увеличения ставок сборов за аэронавигационное обслуживание полетов воздушных судов.</w:t>
      </w:r>
    </w:p>
    <w:p>
      <w:r>
        <w:rPr>
          <w:b/>
        </w:rPr>
        <w:t xml:space="preserve">30. </w:t>
      </w:r>
      <w:r>
        <w:t>(Секретно).";</w:t>
      </w:r>
    </w:p>
    <w:p>
      <w:r>
        <w:rPr>
          <w:b/>
        </w:rPr>
        <w:t xml:space="preserve">30. </w:t>
      </w:r>
      <w:r>
        <w:t>дополнить приложением 101 следующего содержания: "Приложение 101к Федеральному закону"О федеральном бюджете на 2024 год и на плановый период 2025 и 2026 годов" Изменения распределения бюджетных ассигнований на исполнение публичных нормативных обязательств Российской Федерации на 2024 год и на плановый период 2025 и 2026 годов, предусмотренного приложением 10 к Федеральному закону "О федеральном бюджете на 2024 год и на плановый период 2025 и 2026 годов" (тыс. рублей) Наименование ЦСР Рз ПР Мин 2024 год +2 875 463,4 Государственная программа Российской Федерации "Социальная поддержка граждан" +130 816,4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+142,7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+5,8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+0,1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+548,2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+0,3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+105,0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+55,3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+1,6 Возмещение федеральными органами исполнительной власти, федеральными государственными органами расходов на погребение +14 520,9 Возмещение федеральными органами исполнительной власти, федеральными государственными органами расходов на погребение +1,7 Выплата дополнительного материального обеспечения, доплат к пенсиям, пособий и компенсаций +20,8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+24,1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+5 053,3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+180,8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+1,0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+2 853,8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+5 728,7 Компенсации лицам, являвшимся судебными приставами, утратившим возможность заниматься профессиональной деятельностью, и нетрудоспособным членам семей погибших (умерших) судебных приставов +1,4 Выплата оклада по воинскому званию военнослужащим, уволенным с военной службы без права на пенсию +73,2 Выплата оклада по воинскому званию военнослужащим, уволенным с военной службы без права на пенсию +197,1 Выплата оклада по воинскому званию военнослужащим, уволенным с военной службы без права на пенсию +0,8 Выплата оклада по воинскому званию военнослужащим, уволенным с военной службы без права на пенсию +1,7 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 +8,8 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 +29,7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+59,2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+37 397,3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+3 987,8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+2 837,7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+53,7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+10,7 Пособия лицам, проходившим службу в органах внутренних дел Российской Федерации, войсках национальной гвардии Российской Федерации и имевшим специальные звания полиции, получившим телесные повреждения, исключающие возможность дальнейшего прохождения службы, а также семьям и иждивенцам лиц, проходивших службу в органах внутренних дел Российской Федерации, войсках национальной гвардии Российской Федерации и имевших специальные звания полиции, погибших (умерших) в связи с осуществлением служебной деятельности +3 640,9 Пособия лицам, проходившим службу в органах внутренних дел Российской Федерации, войсках национальной гвардии Российской Федерации и имевшим специальные звания полиции, получившим телесные повреждения, исключающие возможность дальнейшего прохождения службы, а также семьям и иждивенцам лиц, проходивших службу в органах внутренних дел Российской Федерации, войсках национальной гвардии Российской Федерации и имевших специальные звания полиции, погибших (умерших) в связи с осуществлением служебной деятельности +30 642,9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+3 635,1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+1,8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+3 313,6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+261,8 Выплата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+67,5 Пособие детям погибших (пропавших без вести) работников органов прокуратуры +1,1 Пособие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 +5,2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+45,0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+327,9 Пособия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 +9,7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+28,2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+3 070,5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+11 328,9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+28,2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+500,6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+4,3 Государственная программа Российской Федерации "Обеспечение общественного порядка и противодействие преступности" +195,9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+195,9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+62,9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+62,9 Государственная программа Российской Федерации "Управление государственными финансами и регулирование финансовых рынков" +5,8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+5,8 Государственная программа Российской Федерации "Юстиция" +54,0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+36,5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+17,5 Государственная программа Российской Федерации "Обеспечение защиты личности, общества и государства" +44,6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+44,6 Развитие пенсионной системы Российской Федерации +2 744 283,5 Пенсии военнослужащим, членам их семей и лицам, приравненным к ним по пенсионному обеспечению, а также надбавки к пенсии, увеличение и повышение пенсии +83 324,1 Пенсии военнослужащим, членам их семей и лицам, приравненным к ним по пенсионному обеспечению, а также надбавки к пенсии, увеличение и повышение пенсии +26 477,6 Пенсии военнослужащим, членам их семей и лицам, приравненным к ним по пенсионному обеспечению, а также надбавки к пенсии, увеличение и повышение пенсии +1 274 238,7 Пенсии военнослужащим, членам их семей и лицам, приравненным к ним по пенсионному обеспечению, а также надбавки к пенсии, увеличение и повышение пенсии +883 469,2 Пенсии военнослужащим, членам их семей и лицам, приравненным к ним по пенсионному обеспечению, а также надбавки к пенсии, увеличение и повышение пенсии +231 333,9 Пенсии военнослужащим, членам их семей и лицам, приравненным к ним по пенсионному обеспечению, а также надбавки к пенсии, увеличение и повышение пенсии +185 658,1 Пенсии военнослужащим, членам их семей и лицам, приравненным к ним по пенсионному обеспечению, а также надбавки к пенсии, увеличение и повышение пенсии +4 514,9 Пенсии военнослужащим, членам их семей и лицам, приравненным к ним по пенсионному обеспечению, а также надбавки к пенсии, увеличение и повышение пенсии +45 032,9 Пенсии военнослужащим, членам их семей и лицам, приравненным к ним по пенсионному обеспечению, а также надбавки к пенсии, увеличение и повышение пенсии +10 234,1 Доставка государственной корреспонденции +0,3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+0,3"</w:t>
      </w:r>
    </w:p>
    <w:p>
      <w:r>
        <w:rPr>
          <w:b/>
        </w:rPr>
        <w:t xml:space="preserve">30. </w:t>
      </w:r>
      <w:r>
        <w:t>дополнить приложением 111 (совершенно секретно) следующего содержания</w:t>
      </w:r>
    </w:p>
    <w:p>
      <w:r>
        <w:rPr>
          <w:b/>
        </w:rPr>
        <w:t xml:space="preserve">30. </w:t>
      </w:r>
      <w:r>
        <w:t>в приложении 12: строку "Субсидии в целях софинансирования расходных обязательств субъектов Российской Федерации, возникающих при возмещении части прямых понесенных затрат на операционные расходы организациям рыбохозяйственного комплекса, осуществляющим рыболовство и (или) рыбоводство, а также производство данной продукции в акватории Азовского и (или) Черного морей (Межбюджетные трансферты) 327 580,1 320 847,1 326 177,3" изложить в следующей редакции: "Субсидии в целях софинансирования расходных обязательств субъектов Российской Федерации, возникающих при возмещении части затрат на операционные расходы организациям рыбохозяйственного комплекса, осуществляющим рыболовство и (или) аквакультуру (рыбоводство) в акватории Азовского и (или) Черного морей (Межбюджетные трансферты) 327 580,1 320 847,1 326 177,3"</w:t>
      </w:r>
    </w:p>
    <w:p>
      <w:r>
        <w:rPr>
          <w:b/>
        </w:rPr>
        <w:t xml:space="preserve">30. </w:t>
      </w:r>
      <w:r>
        <w:t>дополнить приложением 121 следующего содержания: "Приложение 121к Федеральному закону"О федеральном бюджете на 2024 год и на плановый период 2025 и 2026 годов" Изменения ведомственной структуры расходов федерального бюджета на 2024 год и на плановый период 2025 и 2026 годов, предусмотренной приложением 12 к Федеральному закону "О федеральном бюджете на 2024 год и на плановый период 2025 и 2026 годов" (тыс. рублей) Наименование Мин Рз ПР ЦСР ВР 2024 год +521 621 180,3 МИНИСТЕРСТВО ПРОМЫШЛЕННОСТИ И ТОРГОВЛИ РОССИЙСКОЙ ФЕДЕРАЦИИ +11 153 874,0 Общегосударственные вопросы +264 682,3 Международные отношения и международное сотрудничество +264 682,3 Государственная программа Российской Федерации "Экономическое развитие и инновационная экономика" +263 381,6 Комплекс процессных мероприятий "Обеспечение международного экономического сотрудничества" +263 381,6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+231 134,2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+32 247,4 Реализация функций иных федеральных органов государственной власти +1 300,7 Иные непрограммные мероприятия +1 300,7 Финансовое обеспечение выполнения функций федеральных государственных органов, оказания услуг и выполнения работ (Иные бюджетные ассигнования) +1 300,7 Национальная экономика -765 722,3 Прикладные научные исследования в области национальной экономики +1 910,3 Государственная программа Российской Федерации "Научно-технологическое развитие Российской Федерации" +1 910,3 Ведомственный проект "Содействие проведению научных исследований и опытных разработок в гражданских отраслях промышленности" +456,4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+456,4 Комплекс процессных мероприятий "Проведение прикладных научных исследований по широкому спектру направлений" +1 453,9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+1 453,9 Другие вопросы в области национальной экономики -767 632,6 Государственная программа Российской Федерации "Развитие промышленности и повышение ее конкурентоспособности" -768 872,3 Федеральный проект "Развитие сельскохозяйственного машиностроения, специализированного машиностроения, машиностроения для пищевой и перерабатывающей промышленности" -771 029,0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-385 514,5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-385 514,5 Комплекс процессных мероприятий "Обеспечение выполнения функций уполномоченного (национального) органа Российской Федерации по выполнению Конвенции о запрещении разработки, производства, накопления и применения химического оружия и о его уничтожении" +51,1 Финансовое обеспечение выполнения функций федеральных государственных органов, оказания услуг и выполнения работ (Иные бюджетные ассигнования) +51,1 Комплекс процессных мероприятий "Обеспечение деятельности подведомственных организаций и институтов развития" +2 105,6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+2 105,6 Государственная программа Российской Федерации "Развитие электронной и радиоэлектронной промышленности" +1 239,7 Комплекс процессных мероприятий "Обеспечение эффективного развития российской электронной и радиоэлектронной промышленности" +1 239,7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+1 239,7 Охрана окружающей среды +11 654 818,8 Другие вопросы в области охраны окружающей среды +11 654 818,8 Государственная программа Российской Федерации "Развитие промышленности и повышение ее конкурентоспособности" +11 654 818,8 Федеральный проект "Развитие автомобилестроения и транспортного машиностроения" +11 654 818,8 Субсидии российским производителям колесных транспортных средств (шасси) и прицепов к ним на компенсацию части производственных затрат (Иные бюджетные ассигнования) +11 654 818,8 Культура, кинематография +95,2 Культура +95,2 Государственная программа Российской Федерации "Развитие культуры" +95,2 Комплекс процессных мероприятий "Создание условий для развития библиотечного дела" +95,2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+95,2 МИНИСТЕРСТВО ЭНЕРГЕТИКИ РОССИЙСКОЙ ФЕДЕРАЦИИ +10 818,6 Общегосударственные вопросы +8 199,4 Международные отношения и международное сотрудничество +8 199,4 Государственная программа Российской Федерации "Развитие энергетики" +8 199,4 Комплекс процессных мероприятий "Международное сотрудничество" +8 199,4 Финансовое обеспечение выполнения функций федеральных государственных органов, оказания услуг и выполнения работ (Иные бюджетные ассигнования) +8 199,4 Национальная экономика +2 619,2 Топливно-энергетический комплекс +530,4 Государственная программа Российской Федерации "Развитие энергетики" +530,4 Комплекс процессных мероприятий "Обеспечение деятельности Министерства энергетики Российской Федерации" +316,6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+316,6 Комплекс процессных мероприятий "Реструктуризация угольной промышленности" +213,8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+213,8 Прикладные научные исследования в области национальной экономики +2 088,8 Государственная программа Российской Федерации "Научно-технологическое развитие Российской Федерации" +2 088,8 Комплекс процессных мероприятий "Проведение прикладных научных исследований по широкому спектру направлений" +19,5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+19,5 Комплекс процессных мероприятий "Научно-методическое и экспертно-аналитическое обеспечение государственного управления" +2 069,3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+2 069,3 ФЕДЕРАЛЬНАЯ СЛУЖБА ПО НАДЗОРУ В СФЕРЕ ПРИРОДОПОЛЬЗОВАНИЯ +19 763,8 Охрана окружающей среды +19 763,8 Охрана объектов растительного и животного мира и среды их обитания +2 859,1 Государственная программа Российской Федерации "Охрана окружающей среды" +2 859,1 Федеральный проект "Оздоровление Волги" +71,3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+71,3 Комплекс процессных мероприятий "Обеспечение деятельности Федеральной службы по надзору в сфере природопользования и подведомственных учреждений" +2 787,8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+2 787,8 Прикладные научные исследования в области охраны окружающей среды +66,7 Государственная программа Российской Федерации "Научно-технологическое развитие Российской Федерации" +66,7 Комплекс процессных мероприятий "Проведение прикладных научных исследований по широкому спектру направлений" +66,7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+66,7 Другие вопросы в области охраны окружающей среды +16 838,0 Государственная программа Российской Федерации "Охрана окружающей среды" +16 838,0 Федеральный проект "Генеральная уборка" +788,4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+788,4 Комплекс процессных мероприятий "Обеспечение деятельности Федеральной службы по надзору в сфере природопользования и подведомственных учреждений" +16 049,6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+336,3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+15 713,3 ФЕДЕРАЛЬНОЕ АГЕНТСТВО ПО НЕДРОПОЛЬЗОВАНИЮ +15 413,0 Национальная экономика +15 413,0 Воспроизводство минерально-сырьевой базы +15 413,0 Государственная программа Российской Федерации "Воспроизводство и использование природных ресурсов" +15 413,0 Федеральный проект "Геология: возрождение легенды" +403,0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+403,0 Комплекс процессных мероприятий "Государственное геологическое изучение недр и обеспечение эффективной реализации государственных функций в сфере недропользования" +15 010,0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+1 459,4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+13 550,6 МИНИСТЕРСТВО ПРИРОДНЫХ РЕСУРСОВ И ЭКОЛОГИИ РОССИЙСКОЙ ФЕДЕРАЦИИ -730 832,4 Общегосударственные вопросы +21 699,8 Международные отношения и международное сотрудничество +21 699,8 Государственная программа Российской Федерации "Охрана окружающей среды" +20 262,9 Комплекс процессных мероприятий "Реализация полномочий и содействие международному сотрудничеству в сфере охраны окружающей среды" +20 262,9 Финансовое обеспечение выполнения функций федеральных государственных органов, оказания услуг и выполнения работ (Иные бюджетные ассигнования) +20 262,9 Государственная программа Российской Федерации "Воспроизводство и использование природных ресурсов" +1 436,9 Комплекс процессных мероприятий "Содействие развитию международного сотрудничества в сфере воспроизводства и использования природных ресурсов" +1 436,9 Субсидии акционерному обществу "Росгеология", г. Москва, на финансовое обеспечение покрытия расходов члена комиссии по границам континентального шельфа (Иные бюджетные ассигнования) +283,7 Финансовое обеспечение выполнения функций федеральных государственных органов, оказания услуг и выполнения работ (Иные бюджетные ассигнования) +1 153,2 Национальная экономика +424,0 Общеэкономические вопросы +205,4 Реализация функций иных федеральных органов государственной власти +205,4 Иные непрограммные мероприятия +205,4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+205,4 Другие вопросы в области национальной экономики +218,6 Государственная программа Российской Федерации "Воспроизводство и использование природных ресурсов" +166,2 Комплекс процессных мероприятий "Обеспечение эффективной реализации государственных функций в сфере водных отношений" +166,2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+166,2 Реализация функций иных федеральных органов государственной власти +52,4 Иные непрограммные мероприятия +52,4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+52,4 Охрана окружающей среды -752 956,2 Охрана объектов растительного и животного мира и среды их обитания +10 407,5 Государственная программа Российской Федерации "Охрана окружающей среды" +10 407,5 Федеральный проект "Сохранение биологического разнообразия и развитие экологического туризма" +989,2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+989,2 Федеральный проект "Стимулирование спроса на отечественные беспилотные авиационные системы" +1,6 Реализация отдельных федеральных проектов в сфере развития беспилотных авиационных систем (Предоставление субсидий бюджетным, автономным учреждениям и иным некоммерческим организациям) +1,6 Комплекс процессных мероприятий "Сохранение биологического разнообразия" +9 416,7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+9 416,7 Прикладные научные исследования в области охраны окружающей среды +588,6 Государственная программа Российской Федерации "Научно-технологическое развитие Российской Федерации" +588,6 Комплекс процессных мероприятий "Научно-методическое и экспертно-аналитическое обеспечение государственного управления" +588,6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+588,6 Другие вопросы в области охраны окружающей среды -763 952,3 Государственная программа Российской Федерации "Охрана окружающей среды" -763 952,3 Федеральный проект "Чистая страна" -764 064,4 Ликвидация несанкционированных свалок в границах городов и наиболее опасных объектов накопленного вреда окружающей среде (Закупка товаров, работ и услуг для обеспечения государственных (муниципальных) нужд) -764 332,9 Реализация отдельных федеральных проектов в сфере экологии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+268,5 Федеральный проект "Чистый воздух" +112,1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+112,1 ФЕДЕРАЛЬНОЕ АГЕНТСТВО ВОДНЫХ РЕСУРСОВ +2 667,9 Национальная экономика +2 667,9 Водное хозяйство +2 667,9 Государственная программа Российской Федерации "Воспроизводство и использование природных ресурсов" +2 667,9 Федеральный проект "Сохранение уникальных водных объектов" +427,3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+427,3 Комплекс процессных мероприятий "Обеспечение эффективной реализации государственных функций в сфере водных отношений" +2 240,6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+2 143,2 ФЕДЕРАЛЬНОЕ АГЕНТСТВО ЛЕСНОГО ХОЗЯЙСТВА +8 397,5 Национальная экономика +7 523,3 Лесное хозяйство +7 523,3 Государственная программа Российской Федерации "Развитие лесного хозяйства" +7 523,3 Федеральный проект "Сохранение лесов" +406,2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+406,2 Комплекс процессных мероприятий "Обеспечение эффективной реализации государственных функций в области лесных отношений" +7 117,1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+6 983,3 Охрана окружающей среды +850,1 Прикладные научные исследования в области охраны окружающей среды +850,1 Государственная программа Российской Федерации "Научно-технологическое развитие Российской Федерации" +850,1 Комплекс процессных мероприятий "Проведение прикладных научных исследований по широкому спектру направлений" +850,1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+850,1 Образование +24,1 Профессиональная подготовка, переподготовка и повышение квалификации +24,1 Государственная программа Российской Федерации "Развитие лесного хозяйства" +24,1 Комплекс процессных мероприятий "Обеспечение эффективной реализации государственных функций в области лесных отношений" +24,1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+24,1 МИНИСТЕРСТВО КУЛЬТУРЫ РОССИЙСКОЙ ФЕДЕРАЦИИ +618 298,7 Общегосударственные вопросы +6 781,8 Международные отношения и международное сотрудничество +5 888,1 Государственная программа Российской Федерации "Развитие культуры" +5 888,1 Комплекс процессных мероприятий "Обеспечение деятельности системы управления в сфере культуры" +5 888,1 Финансовое обеспечение выполнения функций федеральных государственных органов, оказания услуг и выполнения работ (Иные бюджетные ассигнования) +5 888,1 Фундаментальные исследования +893,7 Государственная программа Российской Федерации "Научно-технологическое развитие Российской Федерации" +893,7 Комплекс процессных мероприятий "Проведение фундаментальных научных исследований" +893,7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+893,7 Образование +26 888,9 Общее образование +684,7 Государственная программа Российской Федерации "Развитие образования" +684,7 Комплекс процессных мероприятий "Современные механизмы и технологии дошкольного и общего образования" +684,7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+684,7 Дополнительное образование детей +420,7 Государственная программа Российской Федерации "Развитие образования" +420,7 Комплекс процессных мероприятий "Дополнительное образование детей, выявление и поддержка лиц, проявивших выдающиеся способности" +420,7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+420,7 Среднее профессиональное образование +7 280,8 Государственная программа Российской Федерации "Развитие образования" +7 280,8 Комплекс процессных мероприятий "Содействие развитию среднего профессионального образования и дополнительного профессионального образования" +7 280,8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+7 280,8 Профессиональная подготовка, переподготовка и повышение квалификации +311,8 Государственная программа Российской Федерации "Развитие культуры" +310,9 Федеральный проект "Творческие люди" +310,9 Реализация отдельных федеральных проектов в сфере культуры (Предоставление субсидий бюджетным, автономным учреждениям и иным некоммерческим организациям) +310,9 Государственная программа Российской Федерации "Поддержка и продвижение русского языка за рубежом" +0,9 Комплекс процессных мероприятий "Развитие международного научно-образовательного сотрудничества в сфере русистики" +0,9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+0,9 Высшее образование +18 190,9 Государственная программа Российской Федерации "Доступная среда" +9,4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+9,4 Государственная программа Российской Федерации "Научно-технологическое развитие Российской Федерации" +18 181,5 Комплекс процессных мероприятий "Реализация образовательных программ высшего образования" +15 169,4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+15 169,4 Комплекс процессных мероприятий "Социальная поддержка и развитие кадрового потенциала в сфере науки и высшего образования" +3 012,1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+3 012,0 Культура, кинематография +584 628,0 Культура +64 338,5 Государственная программа Российской Федерации "Развитие культуры" +64 331,6 Федеральный проект "Творческие люди" +368,4 Реализация отдельных федеральных проектов в сфере культуры (Предоставление субсидий бюджетным, автономным учреждениям и иным некоммерческим организациям) +368,4 Федеральный проект "Цифровая культура" +183,8 Реализация отдельных федеральных проектов в сфере культуры (Предоставление субсидий бюджетным, автономным учреждениям и иным некоммерческим организациям) +183,8 Комплекс процессных мероприятий "Создание условий для сохранения культурного и исторического наследия" +820,5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+820,5 Комплекс процессных мероприятий "Создание условий для развития библиотечного дела" +8 205,6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+8 205,6 Комплекс процессных мероприятий "Создание условий для развития музейного дела" +30 475,3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+30 475,3 Комплекс процессных мероприятий "Создание условий для развития искусства и творчества" +24 278,0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+24 278,0 Государственная программа Российской Федерации "Поддержка и продвижение русского языка за рубежом" +6,9 Федеральный проект "Формирование системы стимулирования интереса к изучению русского языка" +6,9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+6,9 Кинематография +927,4 Государственная программа Российской Федерации "Развитие культуры" +927,4 Федеральный проект "Цифровая культура" +98,0 Реализация отдельных федеральных проектов в сфере культуры (Предоставление субсидий бюджетным, автономным учреждениям и иным некоммерческим организациям) +98,0 Комплекс процессных мероприятий "Создание условий для развития искусства и творчества" +829,4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+829,4 Прикладные научные исследования в области культуры, кинематографии +557,1 Государственная программа Российской Федерации "Научно-технологическое развитие Российской Федерации" +557,1 Комплекс процессных мероприятий "Проведение прикладных научных исследований по широкому спектру направлений" +507,4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+507,4 Комплекс процессных мероприятий "Научно-методическое и экспертно-аналитическое обеспечение государственного управления" +49,7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+49,7 Другие вопросы в области культуры, кинематографии +518 805,0 Государственная программа Российской Федерации "Развитие культуры" +518 805,0 Федеральный проект "Сохранение культурного и исторического наследия" +517 720,7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+517 720,7 Федеральный проект "Придумано в России" +168,5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+168,5 Федеральный проект "Пушкинская карта" +95,2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+95,2 Комплекс процессных мероприятий "Обеспечение деятельности системы управления в сфере культуры" +820,6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+820,6 МИНИСТЕРСТВО ЗДРАВООХРАНЕНИЯ РОССИЙСКОЙ ФЕДЕРАЦИИ +483 582,9 Общегосударственные вопросы +46 530,9 Международные отношения и международное сотрудничество +46 467,9 Государственная программа Российской Федерации "Развитие здравоохранения" +46 467,9 Комплекс процессных мероприятий "Содействие международному сотрудничеству в сфере охраны здоровья" +46 467,9 Финансовое обеспечение выполнения функций федеральных государственных органов, оказания услуг и выполнения работ (Иные бюджетные ассигнования) +46 467,9 Фундаментальные исследования +63,0 Государственная программа Российской Федерации "Научно-технологическое развитие Российской Федерации" +63,0 Комплекс процессных мероприятий "Проведение фундаментальных научных исследований" +63,0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+63,0 Национальная экономика +303,7 Прикладные научные исследования в области национальной экономики +42,2 Государственная программа Российской Федерации "Научно-технологическое развитие Российской Федерации" +42,2 Комплекс процессных мероприятий "Научно-исследовательские и опытно-конструкторские работы в целях обеспечения химической и биологической безопасности Российской Федерации" +42,2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+42,2 Другие вопросы в области национальной экономики +261,5 Государственная программа Российской Федерации "Обеспечение химической и биологической безопасности Российской Федерации" +261,5 Ведомственный проект "Создание и развитие государственной информационной системы в области обеспечения биологической безопасности Российской Федерации" +25,7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+25,7 Комплекс процессных мероприятий "Организация деятельности верификационного центра по вопросам антимикробной резистентности" +72,9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+72,9 Комплекс процессных мероприятий "Организационно-техническое обеспечение ранжирования биологических рисков" +162,9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+162,9 Образование +88 222,4 Общее образование +30,3 Государственная программа Российской Федерации "Развитие образования" +30,3 Комплекс процессных мероприятий "Современные механизмы и технологии дошкольного и общего образования" +30,3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+30,3 Среднее профессиональное образование +7 419,3 Государственная программа Российской Федерации "Развитие образования" +7 419,3 Комплекс процессных мероприятий "Содействие развитию среднего профессионального образования и дополнительного профессионального образования" +7 419,3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+7 419,3 Профессиональная подготовка, переподготовка и повышение квалификации +5 496,7 Государственная программа Российской Федерации "Развитие здравоохранения" +2 977,3 Федеральный проект "Борьба с сахарным диабетом" +115,8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+115,8 Федеральный проект "Обеспечение медицинских организаций системы здравоохранения квалифицированными кадрами" +945,1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+945,1 Комплекс процессных мероприятий "Управление кадровыми ресурсами здравоохранения" +1 916,4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+1 916,4 Государственная программа Российской Федерации "Научно-технологическое развитие Российской Федерации" +2 519,4 Комплекс процессных мероприятий "Реализация образовательных программ высшего образования" +2 519,4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+2 519,4 Высшее образование +75 137,2 Государственная программа Российской Федерации "Доступная среда" +8,5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+8,5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+8,5 Государственная программа Российской Федерации "Научно-технологическое развитие Российской Федерации" +75 128,7 Комплекс процессных мероприятий "Реализация образовательных программ высшего образования" +53 314,3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+53 314,3 Комплекс процессных мероприятий "Социальная поддержка и развитие кадрового потенциала в сфере науки и высшего образования" +21 814,4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+37,9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+21 776,5 Другие вопросы в области образования +138,9 Государственная программа Российской Федерации "Развитие здравоохранения" +22,7 Комплекс процессных мероприятий "Управление кадровыми ресурсами здравоохранения" +22,7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+22,7 Государственная программа Российской Федерации "Научно-технологическое развитие Российской Федерации" +116,2 Комплекс процессных мероприятий "Реализация образовательных программ высшего образования" +116,2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+116,2 Здравоохранение +348 486,3 Стационарная медицинская помощь +12 410,5 Государственная программа Российской Федерации "Развитие здравоохранения" +12 410,5 Федеральный проект "Борьба с сердечно-сосудистыми заболеваниями" +122,5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+122,5 Федеральный проект "Борьба с онкологическими заболеваниями" +256,1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+256,1 Комплекс процессных мероприятий "Медико-санитарное обеспечение отдельных категорий граждан" +17,3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+17,3 Комплекс процессных мероприятий "Предупреждение и борьба с социально значимыми заболеваниями" +12 014,6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+7 145,5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+4 869,1 Амбулаторная помощь +91,3 Государственная программа Российской Федерации "Развитие здравоохранения" +91,3 Федеральный проект "Развитие системы оказания первичной медико-санитарной помощи" +91,3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+91,3 Медицинская помощь в дневных стационарах всех типов +8,3 Государственная программа Российской Федерации "Развитие здравоохранения" +8,3 Комплекс процессных мероприятий "Предупреждение и борьба с социально значимыми заболеваниями" +8,3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+8,3 Санаторно-оздоровительная помощь +6 117,3 Государственная программа Российской Федерации "Развитие здравоохранения" +6 117,3 Комплекс процессных мероприятий "Организация санаторно-курортного лечения" +6 117,3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+6 117,3 Заготовка, переработка, хранение и обеспечение безопасности донорской крови и ее компонентов +566,1 Государственная программа Российской Федерации "Развитие здравоохранения" +566,1 Комплекс процессных мероприятий "Развитие службы крови" +566,1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+566,1 Прикладные научные исследования в области здравоохранения +11 069,4 Государственная программа Российской Федерации "Развитие здравоохранения" +385,2 Федеральный проект "Медицинская наука для человека" +385,2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+385,2 Государственная программа Российской Федерации "Научно-технологическое развитие Российской Федерации" +10 684,2 Комплекс процессных мероприятий "Прикладные научные исследования и разработки в интересах медицины и здравоохранения" +10 684,2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+10 684,2 Другие вопросы в области здравоохранения +318 223,4 Государственная программа Российской Федерации "Развитие здравоохранения" +318 223,4 Федеральный проект "Развитие инфраструктуры здравоохранения" +300 000,0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+300 000,0 Федеральный проект "Борьба с сахарным диабетом" +110,0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+110,0 Федеральный проект "Медицинская наука для человека" +373,2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+373,2 Федеральный проект "Борьба с онкологическими заболеваниями" +18,5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+18,5 Федеральный проект "Обеспечение медицинских организаций системы здравоохранения квалифицированными кадрами" +515,5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+515,5 Федеральный проект "Развитие сети национальных медицинских исследовательских центров и внедрение инновационных медицинских технологий" +7 525,9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+7 525,9 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 +1 049,3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+1 049,3 Федеральный проект "Развитие экспорта медицинских услуг" +27,3 Реализация отдельных федеральных проектов в сфере здравоохранения (Предоставление субсидий бюджетным, автономным учреждениям и иным некоммерческим организациям) +27,3 Федеральный проект "Старшее поколение" +57,8 Реализация отдельных федеральных проектов в сфере демографии (Предоставление субсидий бюджетным, автономным учреждениям и иным некоммерческим организациям) +57,8 Федеральный проект "Укрепление общественного здоровья" +18,9 Реализация отдельных федеральных проектов в сфере демографии (Предоставление субсидий бюджетным, автономным учреждениям и иным некоммерческим организациям) +18,9 Комплекс процессных мероприятий "Организация санаторно-курортного лечения" +40,4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+40,4 Комплекс процессных мероприятий "Управление кадровыми ресурсами здравоохранения" +12,4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+12,4 Комплекс процессных мероприятий "Осуществление контроля, экспертизы, мониторинга и предоставления государственных услуг в сфере охраны здоровья" +2 807,4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+2 807,4 Комплекс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+297,9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+297,9 Комплекс процессных мероприятий "Медико-санитарное обеспечение отдельных категорий граждан" +40,9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+40,9 Комплекс процессных мероприятий "Содействие международному сотрудничеству в сфере охраны здоровья" +35,4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+35,4 Комплекс процессных мероприятий "Анализ и мониторинг системы здравоохранения" +496,6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+496,6 Комплекс процессных мероприятий "Развитие государственной экспертной деятельности в сфере здравоохранения" +998,6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+998,6 Комплекс процессных мероприятий "Информационно-технологическая и эксплуатационная поддержка" +531,3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+531,3 Комплекс процессных мероприятий "Совершенствование оказания скорой медицинской помощи и деятельности Всероссийской службы медицины катастроф" +848,9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+848,9 Комплекс процессных мероприятий "Организация донорства и трансплантации органов в Российской Федерации" +16,6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+16,6 Комплекс процессных мероприятий "Обеспечение отдельных категорий граждан лекарственными препаратами" +317,1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+317,1 Комплекс процессных мероприятий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+1 835,5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+1 835,5 Комплекс процессных мероприятий "Предупреждение и борьба с социально значимыми заболеваниями" +44,8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+44,8 Комплекс процессных мероприятий "Развитие системы оказания паллиативной медицинской помощи" +95,4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+95,4 Комплекс процессных мероприятий "Обеспечение деятельности федеральных органов исполнительной власти, в том числе территориальных органов" +107,8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+107,8 Социальная политика +39,6 Социальное обеспечение населения +39,6 Государственная программа Российской Федерации "Социальная поддержка граждан" +39,6 Комплекс процессных мероприятий "Предоставление мер социальной поддержки отдельным категориям граждан" +39,6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(Межбюджетные трансферты) +39,6 ФЕДЕРАЛЬНАЯ СЛУЖБА ПО НАДЗОРУ В СФЕРЕ ЗДРАВООХРАНЕНИЯ +1 497,8 Здравоохранение +1 497,8 Другие вопросы в области здравоохранения +1 497,8 Государственная программа Российской Федерации "Развитие здравоохранения" +1 497,8 Комплекс процессных мероприятий "Осуществление контроля, экспертизы, мониторинга и предоставления государственных услуг в сфере охраны здоровья" +1 497,8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+1 497,8 МИНИСТЕРСТВО СТРОИТЕЛЬСТВА И ЖИЛИЩНО-КОММУНАЛЬНОГО ХОЗЯЙСТВА РОССИЙСКОЙ ФЕДЕРАЦИИ +171 485,5 Общегосударственные вопросы +2 438,3 Международные отношения и международное сотрудничество +1 510,7 Государственная программа Российской Федерации "Обеспечение доступным и комфортным жильем и коммунальными услугами граждан Российской Федерации" +1 510,7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+1 510,7 Финансовое обеспечение выполнения функций федеральных государственных органов, оказания услуг и выполнения работ (Иные бюджетные ассигнования) +1 510,7 Фундаментальные исследования +520,4 Государственная программа Российской Федерации "Научно-технологическое развитие Российской Федерации" +520,4 Комплекс процессных мероприятий "Проведение фундаментальных научных исследований" +520,4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+520,4 Прикладные научные исследования в области общегосударственных вопросов +335,7 Государственная программа Российской Федерации "Научно-технологическое развитие Российской Федерации" +335,7 Комплекс процессных мероприятий "Проведение прикладных научных исследований по широкому спектру направлений" +137,9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+137,9 Комплекс процессных мероприятий "Научно-методическое и экспертно-аналитическое обеспечение государственного управления" +197,8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+197,8 Другие общегосударственные вопросы +71,5 Государственная программа Российской Федерации "Обеспечение доступным и комфортным жильем и коммунальными услугами граждан Российской Федерации" +71,5 Федеральный проект "Цифровое государственное управление" +71,5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+71,5 Национальная экономика +119,3 Другие вопросы в области национальной экономики +119,3 Государственная программа Российской Федерации "Развитие туризма" +119,3 Комплекс процессных мероприятий "Организационно-аналитическое обеспечение, мониторинг и координация мероприятий по строительству объектов туристической инфраструктуры" +119,3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+119,3 Жилищно-коммунальное хозяйство +168 762,6 Прикладные научные исследования в области жилищно-коммунального хозяйства +235,1 Государственная программа Российской Федерации "Научно-технологическое развитие Российской Федерации" +235,1 Федеральный проект "Жилье" +235,1 Реализация отдельных федеральных проектов в сфере улучшения жилищных условий и повышения комфортности городской среды (Предоставление субсидий бюджетным, автономным учреждениям и иным некоммерческим организациям) +235,1 Другие вопросы в области жилищно-коммунального хозяйства +168 527,5 Государственная программа Российской Федерации "Обеспечение доступным и комфортным жильем и коммунальными услугами граждан Российской Федерации" +167 749,5 Федеральный проект "Содействие развитию инфраструктуры субъектов Российской Федерации (муниципальных образований)" +166 183,7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+166 183,7 Федеральный проект "Развитие субъектов Российской Федерации и отдельных территорий" +134,3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+134,3 Федеральный проект "Информационная инфраструктура" +111,0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+111,0 Федеральный проект "Цифровое государственное управление" +10,3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+10,3 Федеральный проект "Жилье" +425,7 Реализация отдельных федеральных проектов в сфере улучшения жилищных условий и повышения комфортности городской среды (Предоставление субсидий бюджетным, автономным учреждениям и иным некоммерческим организациям) +425,7 Федеральный проект "Формирование комфортной городской среды" +127,1 Реализация отдельных федеральных проектов в сфере улучшения жилищных условий и повышения комфортности городской среды (Предоставление субсидий бюджетным, автономным учреждениям и иным некоммерческим организациям) +127,1 Федеральный проект "Чистая вода" +109,4 Реализация отдельных федеральных проектов в сфере улучшения жилищных условий и повышения комфортности городской среды (Предоставление субсидий бюджетным, автономным учреждениям и иным некоммерческим организациям) +109,4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+648,0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+566,3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+81,7 Государственная программа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+756,1 Комплекс процессных мероприятий "Создание условий для социально-экономического развития Донецкой Народной Республики, Луганской Народной Республики, Запорожской области и Херсонской области" +756,1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+756,1 Реализация функций иных федеральных органов государственной власти +21,9 Мобилизационная подготовка органов государственной власти +21,9 Субсидии на содержание запасных пунктов управления (Предоставление субсидий бюджетным, автономным учреждениям и иным некоммерческим организациям) +21,9 Культура, кинематография +165,3 Культура +165,3 Государственная программа Российской Федерации "Развитие культуры" +165,3 Комплекс процессных мероприятий "Создание условий для развития библиотечного дела" +165,3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+165,3 МИНИСТЕРСТВО ЦИФРОВОГО РАЗВИТИЯ, СВЯЗИ И МАССОВЫХ КОММУНИКАЦИЙ РОССИЙСКОЙ ФЕДЕРАЦИИ +51 194,3 Общегосударственные вопросы +33 419,3 Международные отношения и международное сотрудничество +33 419,3 Государственная программа Российской Федерации "Информационное общество" +33 419,3 Комплекс процессных мероприятий "Обеспечение устойчивого развития медиасреды и международного сотрудничества" +33 419,3 Финансовое обеспечение выполнения функций федеральных государственных органов, оказания услуг и выполнения работ (Иные бюджетные ассигнования) +33 419,3 Национальная экономика +8 985,1 Связь и информатика +8 470,4 Государственная программа Российской Федерации "Информационное общество" +8 441,5 Федеральный проект "Информационная инфраструктура" +261,2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+261,2 Федеральный проект "Информационная безопасность" +671,4 Создание отраслевого центра Государственной системы обнаружения, предупреждения и ликвидации последствий компьютерных атак (ГосСОПКА) и включение его в систему автоматизированного обмена информацией об актуальных киберугрозах (Предоставление субсидий бюджетным, автономным учреждениям и иным некоммерческим организациям) +176,6 Разработка и реализация на регулярной основе программы кибергигиены и повышения грамотности широких слоев населения по вопросам информационной безопасности (Предоставление субсидий бюджетным, автономным учреждениям и иным некоммерческим организациям) +6,4 Проведение анализа развития зарубежных разработок обеспечения информационной безопасности в целях защиты информационно-телекоммуникационных технологий, в том числе нанотехнологий, высокопроизводительных вычислительных систем, а также перспективных средств радиоэлектронной борьбы (Предоставление субсидий бюджетным, автономным учреждениям и иным некоммерческим организациям) +72,3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+416,1 Федеральный проект "Цифровые технологии" +80,1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+80,1 Федеральный проект "Цифровое государственное управление" +7 000,0 Реализация отдельных федеральных проектов в сфере цифровой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+1 620,4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+5 379,6 Комплекс процессных мероприятий "Обеспечение реализации программ и проектов в области цифровой экономики и развития информационного общества" +428,8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+428,8 Реализация функций иных федеральных органов государственной власти +28,9 Мобилизационная подготовка органов государственной власти +28,9 Субсидии на содержание запасных пунктов управления (Предоставление субсидий бюджетным, автономным учреждениям и иным некоммерческим организациям) +28,9 Прикладные научные исследования в области национальной экономики +514,7 Государственная программа Российской Федерации "Научно-технологическое развитие Российской Федерации" +514,7 Федеральный проект "Информационная инфраструктура" +514,7 Обеспечение проведения исследований перспективных технологий в сфере телекоммуникаций (Предоставление субсидий бюджетным, автономным учреждениям и иным некоммерческим организациям) +514,7 Образование +6 412,2 Среднее профессиональное образование +499,1 Государственная программа Российской Федерации "Развитие образования" +499,1 Комплекс процессных мероприятий "Содействие развитию среднего профессионального образования и дополнительного профессионального образования" +499,1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+499,1 Профессиональная подготовка, переподготовка и повышение квалификации +62,1 Государственная программа Российской Федерации "Информационное общество" +62,1 Комплекс процессных мероприятий "Обеспечение устойчивого развития медиасреды и международного сотрудничества" +62,1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+62,1 Высшее образование +5 720,8 Государственная программа Российской Федерации "Научно-технологическое развитие Российской Федерации" +5 720,8 Федеральный проект "Подготовка кадров и научного фундамента для электронной промышленности" +1,0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Комплекс процессных мероприятий "Реализация образовательных программ высшего образования" +4 989,6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+4 989,6 Комплекс процессных мероприятий "Социальная поддержка и развитие кадрового потенциала в сфере науки и высшего образования" +730,2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+26,4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+703,8 Прикладные научные исследования в области образования +118,7 Государственная программа Российской Федерации "Научно-технологическое развитие Российской Федерации" +118,7 Комплекс процессных мероприятий "Проведение прикладных научных исследований по широкому спектру направлений" +118,7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+118,7 Другие вопросы в области образования +11,5 Государственная программа Российской Федерации "Научно-технологическое развитие Российской Федерации" +11,5 Федеральный проект "Информационная безопасность" +11,5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+11,5 Культура, кинематография +75,2 Культура +75,2 Государственная программа Российской Федерации "Развитие культуры" +75,2 Комплекс процессных мероприятий "Создание условий для развития музейного дела" +75,2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+75,2 Средства массовой информации +2 302,5 Телевидение и радиовещание +602,1 Государственная программа Российской Федерации "Информационное общество" +602,1 Комплекс процессных мероприятий "Обеспечение устойчивого развития медиасреды и международного сотрудничества" +602,1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+602,1 Периодическая печать и издательства +1 700,4 Государственная программа Российской Федерации "Информационное общество" +1 700,4 Комплекс процессных мероприятий "Обеспечение устойчивого развития медиасреды и международного сотрудничества" +1 700,4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+1 700,4 МИНИСТЕРСТВО ПРОСВЕЩЕНИЯ РОССИЙСКОЙ ФЕДЕРАЦИИ +35 071 197,9 Общегосударственные вопросы +1 175,0 Фундаментальные исследования +882,7 Государственная программа Российской Федерации "Научно-технологическое развитие Российской Федерации" +882,7 Комплекс процессных мероприятий "Проведение фундаментальных научных исследований" +882,7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+882,7 Прикладные научные исследования в области общегосударственных вопросов +292,3 Государственная программа Российской Федерации "Научно-технологическое развитие Российской Федерации" +292,3 Комплекс процессных мероприятий "Проведение прикладных научных исследований по широкому спектру направлений" +292,3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+292,3 Образование +35 069 995,3 Дошкольное образование +25,0 Государственная программа Российской Федерации "Развитие образования" +25,0 Комплекс процессных мероприятий "Современные механизмы и технологии дошкольного и общего образования" +25,0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+25,0 Общее образование +30 581 636,1 Государственная программа Российской Федерации "Развитие образования" +30 581 615,0 Федеральный проект "Россия - привлекательная для учебы и работы страна" +1 942,4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+1 942,4 Федеральный проект "Современная школа" +251,6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+251,6 Федеральный проект "Цифровая образовательная среда" +803,6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+803,6 Комплекс процессных мероприятий "Современные механизмы и технологии дошкольного и общего образования" +30 578 617,4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 +30 566 993,0 Субсидии образовательным организациям в странах Содружества Независимых Государств (Иные бюджетные ассигнования) +122,5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+11 501,9 Государственная программа Российской Федерации "Доступная среда" +21,1 Комплекс процессных мероприятий "Развитие безбарьерной среды" +21,1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+21,1 Дополнительное образование детей +6 268,7 Государственная программа Российской Федерации "Развитие образования" +6 268,7 Комплекс процессных мероприятий "Дополнительное образование детей, выявление и поддержка лиц, проявивших выдающиеся способности" +6 268,7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+6 268,7 Среднее профессиональное образование +2 345 764,6 Государственная программа Российской Федерации "Развитие образования" +2 345 764,6 Федеральный проект "Профессионалитет" +151,3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+151,3 Комплекс процессных мероприятий "Содействие развитию среднего профессионального образования и дополнительного профессионального образования" +2 345 613,3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+196,2 Иные межбюджетные трансферты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(Межбюджетные трансферты) +2 339 766,7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+5 650,4 Профессиональная подготовка, переподготовка и повышение квалификации +508,1 Государственная программа Российской Федерации "Развитие образования" +508,1 Федеральный проект "Современная школа" +508,1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+508,1 Высшее образование +36 543,9 Государственная программа Российской Федерации "Доступная среда" +50,8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+50,8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+50,8 Государственная программа Российской Федерации "Научно-технологическое развитие Российской Федерации" +36 493,1 Комплекс процессных мероприятий "Реализация образовательных программ высшего образования" +24 904,0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+24 904,0 Комплекс процессных мероприятий "Социальная поддержка и развитие кадрового потенциала в сфере науки и высшего образования" +11 589,1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+11 584,6 Молодежная политика +822,5 Государственная программа Российской Федерации "Развитие образования" +822,5 Федеральный проект "Социальная активность" +8,2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+8,2 Федеральный проект "Патриотическое воспитание граждан Российской Федерации" +50,3 Проведение всероссийских, окружных и межрегиональных мероприятий в сфере патриотического воспитания с участием детей и молодежи (Предоставление субсидий бюджетным, автономным учреждениям и иным некоммерческим организациям) +23,0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+27,3 Федеральный проект "Развитие системы поддержки молодежи ("Молодежь России")" +8,2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+8,2 Комплекс процессных мероприятий "Поддержка молодежных инициатив" +755,8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+755,8 Прикладные научные исследования в области образования +630,6 Государственная программа Российской Федерации "Научно-технологическое развитие Российской Федерации" +630,6 Комплекс процессных мероприятий "Проведение прикладных научных исследований по широкому спектру направлений" +630,6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+630,6 Другие вопросы в области образования +2 097 795,8 Государственная программа Российской Федерации "Развитие образования" +2 097 687,1 Федеральный проект "Россия - привлекательная для учебы и работы страна" +252,6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+252,6 Федеральный проект "Профессионалитет" +568,5 Создание и обеспечение функционирования центров опережающей профессиональной подготовки (Предоставление субсидий бюджетным, автономным учреждениям и иным некоммерческим организациям) +32,3 Государственная поддержка развития образовательных кластеров среднего профессионального образования (Предоставление субсидий бюджетным, автономным учреждениям и иным некоммерческим организациям) +44,9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+491,3 Федеральный проект "Искусственный интеллект" +16,0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+16,0 Федеральный проект "Современная школа" +1 232,3 Создание новых мест в общеобразовательных организациях в связи с ростом числа обучающихся, вызванным демографическим фактором (Предоставление субсидий бюджетным, автономным учреждениям и иным некоммерческим организациям) +105,8 Реализация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 (Предоставление субсидий бюджетным, автономным учреждениям и иным некоммерческим организациям) +281,2 Создание новых мест в общеобразовательных организациях (Предоставление субсидий бюджетным, автономным учреждениям и иным некоммерческим организациям) +105,8 Реализация мероприятий в целях оказания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 +641,4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+98,1 Федеральный проект "Успех каждого ребенка" +157,5 Государственная поддержка реализации лучших практик по обновлению содержания и технологий дополнительного образования по приоритетным направлениям, в том числе каникулярных профориентационных школ, организованных образовательными организациями (Предоставление субсидий бюджетным, автономным учреждениям и иным некоммерческим организациям) +36,2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+121,3 Федеральный проект "Патриотическое воспитание граждан Российской Федерации" +960 266,5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 +957 336,6 Государственная поддержка автономной некоммерческой организации "Центр изучения и сетевого мониторинга молодежной среды", федерального государственного бюджетного научного учреждения "Институт изучения детства, семьи и воспитания Российской академии образования" и федерального государственного бюджетного учреждения "Федеральный институт оценки качества образования" в целях формирования единого подхода к межведомственному взаимодействию в системе воспитания и профилактики безнадзорности и правонарушений несовершеннолетних (Предоставление субсидий бюджетным, автономным учреждениям и иным некоммерческим организациям) +25,7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+2 904,2 Комплекс процессных мероприятий "Современные механизмы и технологии дошкольного и общего образования" +1 134 320,0 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(Межбюджетные трансферты) +1 131 597,8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+2 722,2 Комплекс процессных мероприятий "Содействие развитию среднего профессионального образования и дополнительного профессионального образования" +66,9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+66,9 Комплекс процессных мероприятий "Дополнительное образование детей, выявление и поддержка лиц, проявивших выдающиеся способности" +146,7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+146,7 Комплекс процессных мероприятий "Качество образования" +191,5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+191,5 Комплекс процессных мероприятий "Научно-методическое, методическое и кадровое обеспечение обучения русскому языку и языкам народов Российской Федерации" +352,7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+352,7 Комплекс процессных мероприятий "Обеспечение деятельности Министерства просвещения Российской Федерации" +115,9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+115,9 Государственная программа Российской Федерации "Доступная среда" +63,7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+63,7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+63,7 Государственная программа Российской Федерации "Научно-технологическое развитие Российской Федерации" +32,9 Комплекс процессных мероприятий "Реализация образовательных программ высшего образования" +32,9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+32,9 Государственная программа Российской Федерации "Поддержка и продвижение русского языка за рубежом" +12,1 Комплекс процессных мероприятий "Эффективная русская школа" +12,1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+12,1 Культура, кинематография +27,6 Культура +27,6 Государственная программа Российской Федерации "Развитие культуры" +27,6 Комплекс процессных мероприятий "Создание условий для развития искусства и творчества" +27,6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+27,6 МИНИСТЕРСТВО НАУКИ И ВЫСШЕГО ОБРАЗОВАНИЯ РОССИЙСКОЙ ФЕДЕРАЦИИ +2 948 755,7 Общегосударственные вопросы +871 741,1 Международные отношения и международное сотрудничество +684 420,8 Государственная программа Российской Федерации "Научно-технологическое развитие Российской Федерации" +684 420,8 Комплекс процессных мероприятий "Международное сотрудничество в сфере науки" +684 420,8 Финансовое обеспечение выполнения функций федеральных государственных органов, оказания услуг и выполнения работ (Иные бюджетные ассигнования) +684 420,8 Фундаментальные исследования +168 331,1 Государственная программа Российской Федерации "Научно-технологическое развитие Российской Федерации" +168 331,1 Федеральный проект "Развитие масштабных научных и научно-технологических проектов по приоритетным исследовательским направлениям" +693,8 Реализация отдельных федеральных проектов в сфере науки (Предоставление субсидий бюджетным, автономным учреждениям и иным некоммерческим организациям) +693,8 Федеральный проект "Развитие человеческого капитала в интересах регионов, отраслей и сектора исследований и разработок" +10 484,5 Реализация отдельных федеральных проектов в сфере науки (Предоставление субсидий бюджетным, автономным учреждениям и иным некоммерческим организациям) +10 484,5 Комплекс процессных мероприятий "Проведение фундаментальных научных исследований" +157 149,5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+157 149,5 Комплекс процессных мероприятий "Социальная поддержка и развитие кадрового потенциала в сфере науки и высшего образования" +3,3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 Прикладные научные исследования в области общегосударственных вопросов +18 812,6 Государственная программа Российской Федерации "Научно-технологическое развитие Российской Федерации" +18 812,6 Федеральный проект "Разработка технологий управляемого термоядерного синтеза и инновационных плазменных технологий" +292,1 Реализация комплексной программы "Развитие техники, технологий и научных исследований в области использования атомной энергии в Российской Федерации" (Предоставление субсидий бюджетным, автономным учреждениям и иным некоммерческим организациям) +292,1 Ведомственный проект "Реализация комплексных научно-технических программ и проектов полного инновационного цикла" +63,8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+63,8 Комплекс процессных мероприятий "Проведение прикладных научных исследований по широкому спектру направлений" +2 158,3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+2 158,3 Комплекс процессных мероприятий "Международное сотрудничество в сфере науки" +16 298,4 Финансовое обеспечение выполнения функций федеральных государственных органов, оказания услуг и выполнения работ (Иные бюджетные ассигнования) +16 298,4 Другие общегосударственные вопросы +176,6 Государственная программа Российской Федерации "Научно-технологическое развитие Российской Федерации" +176,6 Комплекс процессных мероприятий "Обеспечение деятельности Министерства науки и высшего образования Российской Федерации" +176,6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+176,6 Национальная экономика +3 548,2 Прикладные научные исследования в области национальной экономики +3 066,4 Государственная программа Российской Федерации "Научно-технологическое развитие Российской Федерации" +3 066,4 Федеральный проект "Реализация Федеральной научно-технической программы развития сельского хозяйства и научное обеспечение развития отраслей агропромышленного комплекса" +425,7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+425,7 Федеральный проект "Развитие отечественного приборостроения гражданского назначения для научных исследований" +1 147,5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+1 147,5 Федеральный проект "Подготовка кадров и научного фундамента для электронной промышленности" +303,9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+303,9 Федеральный проект "Аграрная наука - шаг в будущее развитие агропромышленного комплекса" +157,4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+157,4 Федеральный проект "Разработка технологий управляемого термоядерного синтеза и инновационных плазменных технологий" +1 031,9 Реализация комплексной программы "Развитие техники, технологий и научных исследований в области использования атомной энергии в Российской Федерации" (Предоставление субсидий бюджетным, автономным учреждениям и иным некоммерческим организациям) +1 031,9 Другие вопросы в области национальной экономики +481,8 Государственная программа Российской Федерации "Научно-технологическое развитие Российской Федерации" +481,8 Комплекс процессных мероприятий "Обеспечение деятельности Министерства науки и высшего образования Российской Федерации" +481,8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+481,8 Образование +2 062 353,7 Дошкольное образование +576,8 Государственная программа Российской Федерации "Развитие образования" +576,8 Комплекс процессных мероприятий "Современные механизмы и технологии дошкольного и общего образования" +576,8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+576,8 Общее образование +3 167,7 Государственная программа Российской Федерации "Развитие образования" +3 167,7 Комплекс процессных мероприятий "Современные механизмы и технологии дошкольного и общего образования" +3 167,7 Субсидии образовательным организациям в странах Содружества Независимых Государств (Иные бюджетные ассигнования) +143,2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+3 024,5 Среднее профессиональное образование +140 592,0 Государственная программа Российской Федерации "Развитие образования" +140 592,0 Комплекс процессных мероприятий "Содействие развитию среднего профессионального образования и дополнительного профессионального образования" +140 592,0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+140 592,0 Профессиональная подготовка, переподготовка и повышение квалификации +325,5 Государственная программа Российской Федерации "Развитие образования" +55,1 Комплекс процессных мероприятий "Содействие развитию среднего профессионального образования и дополнительного профессионального образования" +55,1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+55,1 Государственная программа Российской Федерации "Научно-технологическое развитие Российской Федерации" +2,3 Ведомственный проект "Программа развития образования и исследований в области востоковедения и африканистики" +2,3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 Государственная программа Российской Федерации "Национальная система пространственных данных" +260,4 Федеральный проект "Национальная система пространственных данных" +260,4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+260,4 Государственная программа Российской Федерации "Поддержка и продвижение русского языка за рубежом" +7,7 Комплекс процессных мероприятий "Информационно-аналитическое и организационное обеспечение процесса продвижения русского языка за рубежом" +7,7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+7,7 Высшее образование +1 913 659,0 Государственная программа Российской Федерации "Доступная среда" +224,6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+224,6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+224,6 Государственная программа Российской Федерации "Научно-технологическое развитие Российской Федерации" +1 913 434,4 Федеральный проект "Подготовка кадров и научного фундамента для электронной промышленности" +117,4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+24,7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+92,7 Ведомственный проект "Программа развития образования и исследований в области востоковедения и африканистики" +43,9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+43,9 Комплекс процессных мероприятий "Реализация образовательных программ высшего образования" +1 015 860,1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+715,1 Субсидии образовательным организациям в странах Содружества Независимых Государств (Иные бюджетные ассигнования) +650 829,7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+364 315,3 Комплекс процессных мероприятий "Социальная поддержка и развитие кадрового потенциала в сфере науки и высшего образования" +897 413,0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+774 755,8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+662,2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(Иные бюджетные ассигнования) +0,8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+397,8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+121 596,4 Молодежная политика +233,8 Государственная программа Российской Федерации "Развитие образования" +233,8 Федеральный проект "Патриотическое воспитание граждан Российской Федерации" +233,8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+233,8 Прикладные научные исследования в области образования +765,2 Государственная программа Российской Федерации "Научно-технологическое развитие Российской Федерации" +765,2 Комплекс процессных мероприятий "Проведение прикладных научных исследований по широкому спектру направлений" +765,2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+765,2 Другие вопросы в области образования +3 033,7 Государственная программа Российской Федерации "Научно-технологическое развитие Российской Федерации" +2 982,3 Федеральный проект "Развитие инфраструктуры для научных исследований и подготовки кадров" +182,2 Реализация отдельных федеральных проектов в сфере науки (Предоставление субсидий бюджетным, автономным учреждениям и иным некоммерческим организациям) +182,2 Комплекс процессных мероприятий "Реализация образовательных программ высшего образования" +2 800,1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+2 771,6 Финансовое обеспечение выполнения функций федеральных государственных органов, оказания услуг и выполнения работ (Иные бюджетные ассигнования) +28,5 Государственная программа Российской Федерации "Поддержка и продвижение русского языка за рубежом" +51,4 Федеральный проект "Формирование системы стимулирования интереса к изучению русского языка" +24,3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+24,3 Ведомственный проект "Совершенствование инфраструктуры дополнительного образования в целях продвижения русского языка за рубежом" +19,3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+19,3 Комплекс процессных мероприятий "Развитие международного научно-образовательного сотрудничества в сфере русистики" +7,8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+7,8 Культура, кинематография +340,5 Культура +340,5 Государственная программа Российской Федерации "Развитие культуры" +340,5 Комплекс процессных мероприятий "Создание условий для развития музейного дела" +20,4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+20,4 Комплекс процессных мероприятий "Создание условий для развития искусства и творчества" +320,1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+320,1 Здравоохранение +10 772,2 Стационарная медицинская помощь +2 844,1 Государственная программа Российской Федерации "Развитие здравоохранения" +2 844,1 Комплекс процессных мероприятий "Медико-санитарное обеспечение отдельных категорий граждан" +209,8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+209,8 Комплекс процессных мероприятий "Предупреждение и борьба с социально значимыми заболеваниями" +2 634,3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+2 634,3 Амбулаторная помощь +449,0 Государственная программа Российской Федерации "Развитие здравоохранения" +449,0 Комплекс процессных мероприятий "Медико-санитарное обеспечение отдельных категорий граждан" +21,0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+21,0 Комплекс процессных мероприятий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+428,0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+428,0 Санаторно-оздоровительная помощь +411,6 Государственная программа Российской Федерации "Развитие здравоохранения" +411,6 Комплекс процессных мероприятий "Организация санаторно-курортного лечения" +397,7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+397,7 Комплекс процессных мероприятий "Медико-санитарное обеспечение отдельных категорий граждан" +13,9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+13,9 Прикладные научные исследования в области здравоохранения +7 027,9 Государственная программа Российской Федерации "Развитие здравоохранения" +371,4 Федеральный проект "Медицинская наука для человека" +371,4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+371,4 Государственная программа Российской Федерации "Научно-технологическое развитие Российской Федерации" +6 656,5 Комплекс процессных мероприятий "Прикладные научные исследования и разработки в интересах медицины и здравоохранения" +6 656,5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+6 656,5 Другие вопросы в области здравоохранения +39,6 Государственная программа Российской Федерации "Развитие здравоохранения" +39,6 Комплекс процессных мероприятий "Развитие государственной экспертной деятельности в сфере здравоохранения" +39,6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+39,6 ФЕДЕРАЛЬНОЕ АГЕНТСТВО ПО РЫБОЛОВСТВУ +36 593,6 Общегосударственные вопросы +5 609,2 Международные отношения и международное сотрудничество +5 609,2 Государственная программа Российской Федерации "Развитие рыбохозяйственного комплекса" +5 609,2 Комплекс процессных мероприятий "Обеспечение деятельности рыбохозяйственного комплекса" +5 609,2 Финансовое обеспечение выполнения функций федеральных государственных органов, оказания услуг и выполнения работ (Иные бюджетные ассигнования) +5 609,2 Национальная экономика +20 442,3 Сельское хозяйство и рыболовство +13 656,2 Государственная программа Российской Федерации "Развитие рыбохозяйственного комплекса" +13 656,2 Комплекс процессных мероприятий "Реализация мер по искусственному воспроизводству и сохранению водных биологических ресурсов" +5 347,3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+5 347,3 Комплекс процессных мероприятий "Контроль, надзор за состоянием водных биологических ресурсов и повышение безопасности плавания судов промыслового флота" +671,6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+671,6 Комплекс процессных мероприятий "Обеспечение деятельности рыбохозяйственного комплекса" +7 637,3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+5 809,3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+1 823,4 Финансовое обеспечение выполнения функций федеральных государственных органов, оказания услуг и выполнения работ (Иные бюджетные ассигнования) +4,6 Прикладные научные исследования в области национальной экономики +6 786,1 Государственная программа Российской Федерации "Научно-технологическое развитие Российской Федерации" +6 786,1 Федеральный проект "Сохранение озера Байкал" +7,6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+7,6 Комплекс процессных мероприятий "Проведение прикладных научных исследований по широкому спектру направлений" +6 778,5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+6 778,5 Охрана окружающей среды +44,0 Другие вопросы в области охраны окружающей среды +44,0 Государственная программа Российской Федерации "Воспроизводство и использование природных ресурсов" +44,0 Федеральный проект "Оздоровление Волги" +44,0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+44,0 Образование +10 498,1 Среднее профессиональное образование +7 544,4 Государственная программа Российской Федерации "Развитие образования" +7 544,4 Комплекс процессных мероприятий "Содействие развитию среднего профессионального образования и дополнительного профессионального образования" +7 544,4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+7 544,4 Высшее образование +2 835,5 Государственная программа Российской Федерации "Научно-технологическое развитие Российской Федерации" +2 835,5 Комплекс процессных мероприятий "Реализация образовательных программ высшего образования" +2 196,5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+2 196,5 Комплекс процессных мероприятий "Социальная поддержка и развитие кадрового потенциала в сфере науки и высшего образования" +639,0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+635,6 Прикладные научные исследования в области образования +80,8 Государственная программа Российской Федерации "Научно-технологическое развитие Российской Федерации" +80,8 Комплекс процессных мероприятий "Проведение прикладных научных исследований по широкому спектру направлений" +80,8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+80,8 Другие вопросы в области образования +37,4 Государственная программа Российской Федерации "Научно-технологическое развитие Российской Федерации" +37,4 Комплекс процессных мероприятий "Реализация образовательных программ высшего образования" +37,4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+37,4 ФЕДЕРАЛЬНАЯ СЛУЖБА ПО НАДЗОРУ В СФЕРЕ ОБРАЗОВАНИЯ И НАУКИ +1 543,9 Общегосударственные вопросы +402,0 Прикладные научные исследования в области общегосударственных вопросов +402,0 Государственная программа Российской Федерации "Научно-технологическое развитие Российской Федерации" +402,0 Федеральный проект "Старшее поколение" +210,5 Реализация отдельных федеральных проектов в сфере демографии (Предоставление субсидий бюджетным, автономным учреждениям и иным некоммерческим организациям) +210,5 Комплекс процессных мероприятий "Проведение прикладных научных исследований по широкому спектру направлений" +191,5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+191,5 Образование +1 141,9 Прикладные научные исследования в области образования +168,3 Государственная программа Российской Федерации "Научно-технологическое развитие Российской Федерации" +168,3 Комплекс процессных мероприятий "Научно-методическое и экспертно-аналитическое обеспечение государственного управления" +168,3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+168,3 Другие вопросы в области образования +973,6 Государственная программа Российской Федерации "Развитие образования" +652,0 Федеральный проект "Современная школа" +129,0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+129,0 Федеральный проект "Патриотическое воспитание граждан Российской Федерации" +25,5 Государственная поддержка автономной некоммерческой организации "Центр изучения и сетевого мониторинга молодежной среды", федерального государственного бюджетного научного учреждения "Институт изучения детства, семьи и воспитания Российской академии образования" и федерального государственного бюджетного учреждения "Федеральный институт оценки качества образования" в целях формирования единого подхода к межведомственному взаимодействию в системе воспитания и профилактики безнадзорности и правонарушений несовершеннолетних (Предоставление субсидий бюджетным, автономным учреждениям и иным некоммерческим организациям) +25,5 Комплекс процессных мероприятий "Качество образования" +497,5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+497,5 Государственная программа Российской Федерации "Информационное общество" +220,9 Федеральный проект "Цифровое государственное управление" +220,9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+220,9 Государственная программа Российской Федерации "Научно-технологическое развитие Российской Федерации" +100,7 Ведомственный проект "Управление ведомственной и отраслевой цифровой трансформацией в сфере науки и высшего образования" +100,7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+100,7 ФЕДЕРАЛЬНАЯ СЛУЖБА ПО ВЕТЕРИНАРНОМУ И ФИТОСАНИТАРНОМУ НАДЗОРУ +6 804,5 Общегосударственные вопросы +2 164,9 Международные отношения и международное сотрудничество +2 164,9 Государственная программа развития сельского хозяйства и регулирования рынков сельскохозяйственной продукции, сырья и продовольствия +2 164,9 Комплекс процессных мероприятий "Организация ветеринарного и фитосанитарного надзора" +2 164,9 Финансовое обеспечение выполнения функций федеральных государственных органов, оказания услуг и выполнения работ (Иные бюджетные ассигнования) +2 164,9 Национальная экономика +4 639,6 Сельское хозяйство и рыболовство +4 041,2 Государственная программа развития сельского хозяйства и регулирования рынков сельскохозяйственной продукции, сырья и продовольствия +4 038,1 Федеральный проект "Экспорт продукции агропромышленного комплекса" +236,4 Реализация отдельных федеральных проектов в сфере международной кооперации и экспорта (Предоставление субсидий бюджетным, автономным учреждениям и иным некоммерческим организациям) +236,4 Комплекс процессных мероприятий "Организация ветеринарного и фитосанитарного надзора" +3 801,7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+715,1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+3 086,6 Реализация функций иных федеральных органов государственной власти +3,1 Мобилизационная подготовка органов государственной власти +3,1 Субсидии на содержание запасных пунктов управления (Предоставление субсидий бюджетным, автономным учреждениям и иным некоммерческим организациям) +3,1 Прикладные научные исследования в области национальной экономики +598,4 Государственная программа Российской Федерации "Научно-технологическое развитие Российской Федерации" +598,4 Комплекс процессных мероприятий "Проведение прикладных научных исследований по широкому спектру направлений" +598,4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+598,4 МИНИСТЕРСТВО СЕЛЬСКОГО ХОЗЯЙСТВА РОССИЙСКОЙ ФЕДЕРАЦИИ +114 854,6 Общегосударственные вопросы +3 804,8 Международные отношения и международное сотрудничество +1 835,1 Государственная программа развития сельского хозяйства и регулирования рынков сельскохозяйственной продукции, сырья и продовольствия +1 835,1 Комплекс процессных мероприятий "Обеспечение деятельности Министерства сельского хозяйства Российской Федерации и подведомственных организаций" +1 835,1 Финансовое обеспечение выполнения функций федеральных государственных органов, оказания услуг и выполнения работ (Иные бюджетные ассигнования) +1 835,1 Фундаментальные исследования +1 969,7 Государственная программа Российской Федерации "Научно-технологическое развитие Российской Федерации" +1 969,7 Комплекс процессных мероприятий "Проведение фундаментальных научных исследований" +1 969,7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+1 969,7 Национальная экономика +37 789,5 Сельское хозяйство и рыболовство +35 201,5 Государственная программа развития сельского хозяйства и регулирования рынков сельскохозяйственной продукции, сырья и продовольствия +26 116,4 Федеральный проект "Экспорт продукции агропромышленного комплекса" +25 230,9 Реализация отдельных федеральных проектов в сфере международной кооперации и экспорта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+17 825,1 Реализация отдельных федеральных проектов в сфере международной кооперации и экспорта (Закупка товаров, работ и услуг для обеспечения государственных (муниципальных) нужд) +6 606,3 Реализация отдельных федеральных проектов в сфере международной кооперации и экспорта (Предоставление субсидий бюджетным, автономным учреждениям и иным некоммерческим организациям) +782,9 Реализация отдельных федеральных проектов в сфере международной кооперации и экспорта (Иные бюджетные ассигнования) +16,6 Комплекс процессных мероприятий "Обеспечение деятельности Министерства сельского хозяйства Российской Федерации и подведомственных организаций" +885,5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+883,4 Государственная программа Российской Федерации "Комплексное развитие сельских территорий" +367,2 Комплекс процессных мероприятий "Выполнение бюджетными учреждениями, подведомственными Министерству сельского хозяйства Российской Федерации, государственных заданий по информационному, аналитическому и методологическому обеспечению комплексного развития сельских территорий" +367,2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+367,2 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 +8 717,9 Комплекс процессных мероприятий "Обеспечение эффективного управления мелиоративным комплексом и организация рационального использования земель сельскохозяйственного назначения" +8 717,9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+8 717,9 Прикладные научные исследования в области национальной экономики +2 588,0 Государственная программа Российской Федерации "Научно-технологическое развитие Российской Федерации" +2 588,0 Федеральный проект "Аграрная наука - шаг в будущее развитие агропромышленного комплекса" +342,5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+342,5 Комплекс процессных мероприятий "Проведение прикладных научных исследований по широкому спектру направлений" +1 919,3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+1 919,3 Комплекс процессных мероприятий "Научно-методическое и экспертно-аналитическое обеспечение государственного управления" +326,2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+326,2 Образование +73 242,1 Дошкольное образование +16,7 Государственная программа Российской Федерации "Развитие образования" +16,7 Комплекс процессных мероприятий "Современные механизмы и технологии дошкольного и общего образования" +16,7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+16,7 Среднее профессиональное образование +37 179,2 Государственная программа Российской Федерации "Развитие образования" +37 179,2 Комплекс процессных мероприятий "Содействие развитию среднего профессионального образования и дополнительного профессионального образования" +37 179,2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+37 179,2 Профессиональная подготовка, переподготовка и повышение квалификации +403,5 Государственная программа развития сельского хозяйства и регулирования рынков сельскохозяйственной продукции, сырья и продовольствия +376,4 Комплекс процессных мероприятий "Обеспечение деятельности Министерства сельского хозяйства Российской Федерации и подведомственных организаций" +376,4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+376,4 Государственная программа Российской Федерации "Комплексное развитие сельских территорий" +27,1 Комплекс процессных мероприятий "Выполнение бюджетными учреждениями, подведомственными Министерству сельского хозяйства Российской Федерации, государственных заданий по информационному, аналитическому и методологическому обеспечению комплексного развития сельских территорий" +27,1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+27,1 Высшее образование +35 238,2 Государственная программа Российской Федерации "Доступная среда" +8,8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+8,8 Государственная программа Российской Федерации "Научно-технологическое развитие Российской Федерации" +35 229,4 Комплекс процессных мероприятий "Реализация образовательных программ высшего образования" +24 420,6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+24 420,6 Комплекс процессных мероприятий "Социальная поддержка и развитие кадрового потенциала в сфере науки и высшего образования" +10 808,8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+14,6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+10 794,2 Прикладные научные исследования в области образования +358,8 Государственная программа Российской Федерации "Научно-технологическое развитие Российской Федерации" +358,8 Комплекс процессных мероприятий "Проведение прикладных научных исследований по широкому спектру направлений" +358,8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+358,8 Другие вопросы в области образования +45,7 Государственная программа Российской Федерации "Научно-технологическое развитие Российской Федерации" +45,7 Комплекс процессных мероприятий "Реализация образовательных программ высшего образования" +45,7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+45,7 Здравоохранение +18,2 Санаторно-оздоровительная помощь +18,2 Государственная программа Российской Федерации "Развитие здравоохранения" +18,2 Комплекс процессных мероприятий "Организация санаторно-курортного лечения" +18,2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+18,2 ГОСУДАРСТВЕННАЯ ФЕЛЬДЪЕГЕРСКАЯ СЛУЖБА РОССИЙСКОЙ ФЕДЕРАЦИИ +1 188,5 Национальная безопасность и правоохранительная деятельность +1 007,4 Другие вопросы в области национальной безопасности и правоохранительной деятельности +1 007,4 Доставка государственной корреспонденции +1 007,4 Обеспечение доставки государственной корреспонденции +1 007,4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+841,7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+165,7 Социальная политика +181,1 Социальное обеспечение населения +181,1 Государственная программа Российской Федерации "Социальная поддержка граждан" +180,8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+180,8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+180,8 Доставка государственной корреспонденции +0,3 Обеспечение доставки государственной корреспонденции +0,3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(Социальное обеспечение и иные выплаты населению) +0,3 ФЕДЕРАЛЬНОЕ АГЕНТСТВО ПО ДЕЛАМ МОЛОДЕЖИ +729,6 Образование +729,6 Молодежная политика +729,6 Государственная программа Российской Федерации "Развитие образования" +729,6 Федеральный проект "Социальная активность" +66,7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+66,7 Федеральный проект "Патриотическое воспитание граждан Российской Федерации" +63,6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+63,6 Федеральный проект "Развитие системы поддержки молодежи ("Молодежь России")" +30,2 Реализация отдельных федеральных проектов в сфере образования (Предоставление субсидий бюджетным, автономным учреждениям и иным некоммерческим организациям) +30,2 Комплекс процессных мероприятий "Поддержка молодежных инициатив" +569,1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+569,1 МИНИСТЕРСТВО ФИНАНСОВ РОССИЙСКОЙ ФЕДЕРАЦИИ +416 956 415,5 Общегосударственные вопросы +213 920 029,6 Обеспечение деятельности финансовых, налоговых и таможенных органов и органов финансового (финансово-бюджетного) надзора +7 053,9 Реализация функций иных федеральных органов государственной власти +7 053,9 Иные непрограммные мероприятия +7 053,9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+7 053,9 Международные отношения и международное сотрудничество +27 577 810,5 Государственная программа Российской Федерации "Управление государственными финансами и регулирование финансовых рынков" +2 600 775,6 Комплекс процессных мероприятий "Развитие международного финансово-экономического сотрудничества Российской Федерации" +2 600 775,6 Финансовое обеспечение выполнения функций федеральных государственных органов, оказания услуг и выполнения работ (Иные бюджетные ассигнования) +2 600 775,6 Реализация функций иных федеральных органов государственной власти +24 977 034,9 Иные непрограммные мероприятия +24 977 034,9 Финансовое обеспечение выполнения функций федеральных государственных органов, оказания услуг и выполнения работ (Иные бюджетные ассигнования) +24 977 034,9 Резервные фонды +140 000 000,0 Государственная программа Российской Федерации "Управление государственными финансами и регулирование финансовых рынков" +140 000 000,0 Комплекс процессных мероприятий "Организация и управление бюджетным процессом и повышение его открытости" +140 000 000,0 Резервный фонд Правительства Российской Федерации (Иные бюджетные ассигнования) +140 000 000,0 Прикладные научные исследования в области общегосударственных вопросов +792,6 Государственная программа Российской Федерации "Научно-технологическое развитие Российской Федерации" +792,6 Комплекс процессных мероприятий "Проведение прикладных научных исследований по широкому спектру направлений" +792,6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+792,6 Другие общегосударственные вопросы +46 334 372,6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+16 962,5 Комплекс процессных мероприятий "Поддержка и организация направления субъектам Российской Федерации межбюджетных трансфертов с целью выравнивания их бюджетной обеспеченности, обеспечения сбалансированности бюджетов субъектов Российской Федерации и муниципальных образований, социально-экономического развития и исполнения делегированных полномочий" +16 962,5 Единая субвенция бюджетам субъектов Российской Федерации и бюджету г. Байконура (Межбюджетные трансферты) +16 962,5 Государственная программа Российской Федерации "Управление государственными финансами и регулирование финансовых рынков" +496 760,5 Ведомственный проект "Новая финансовая культура (МоиФинансы: просто о сложном)" +148,0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+148,0 Комплекс процессных мероприятий "Управление государственным долгом и государственными финансовыми активами" +493 128,7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+5 384,3 Финансовое обеспечение выполнения функций федеральных государственных органов, оказания услуг и выполнения работ (Иные бюджетные ассигнования) +487 744,4 Комплекс процессных мероприятий "Организация формирования Государственного фонда драгоценных металлов и драгоценных камней Российской Федерации" +3 483,8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+3 483,8 Государственная программа Российской Федерации "Научно-технологическое развитие Российской Федерации" +2,2 Комплекс процессных мероприятий "Проведение прикладных научных исследований по широкому спектру направлений" +2,2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 Реализация функций иных федеральных органов государственной власти +45 820 647,4 Иные непрограммные мероприятия +45 820 647,4 Финансовое обеспечение выполнения функций федеральных государственных органов, оказания услуг и выполнения работ (Иные бюджетные ассигнования) +45 820 647,4 Национальная оборона -57 554,6 Другие вопросы в области национальной обороны -57 554,6 Реализация функций иных федеральных органов государственной власти -57 554,6 Иные непрограммные мероприятия -57 554,6 Финансовое обеспечение выполнения функций федеральных государственных органов, оказания услуг и выполнения работ (Иные бюджетные ассигнования) -57 554,6 Национальная безопасность и правоохранительная деятельность +10 588 944,0 Другие вопросы в области национальной безопасности и правоохранительной деятельности +10 588 944,0 Реализация функций иных федеральных органов государственной власти +10 588 944,0 Иные непрограммные мероприятия +10 588 944,0 Финансовое обеспечение выполнения функций федеральных государственных органов, оказания услуг и выполнения работ (Иные бюджетные ассигнования) +10 588 944,0 Национальная экономика +52 293 888,1 Исследование и использование космического пространства +9 350 000,0 Реализация функций иных федеральных органов государственной власти +9 350 000,0 Иные непрограммные мероприятия +9 350 000,0 Финансовое обеспечение выполнения функций федеральных государственных органов, оказания услуг и выполнения работ (Иные бюджетные ассигнования) +9 350 000,0 Сельское хозяйство и рыболовство +695 359,5 Реализация функций иных федеральных органов государственной власти +695 359,5 Иные непрограммные мероприятия +695 359,5 Финансовое обеспечение выполнения функций федеральных государственных органов, оказания услуг и выполнения работ (Иные бюджетные ассигнования) +695 359,5 Связь и информатика +21 337 569,4 Реализация функций иных федеральных органов государственной власти +21 337 569,4 Иные непрограммные мероприятия +21 337 569,4 Финансовое обеспечение выполнения функций федеральных государственных органов, оказания услуг и выполнения работ (Иные бюджетные ассигнования) +21 337 569,4 Другие вопросы в области национальной экономики +20 910 959,2 Государственная программа Российской Федерации "Развитие промышленности и повышение ее конкурентоспособности" +1 951 924,7 Федеральный проект "Развитие промышленной инфраструктуры и производственной кооперации в субъектах Российской Федерации" +1 951 924,7 Финансовое обеспечение выполнения функций федеральных государственных органов, оказания услуг и выполнения работ (Иные бюджетные ассигнования) +1 951 924,7 Реализация функций иных федеральных органов государственной власти +18 959 034,5 Иные непрограммные мероприятия +18 959 034,5 Финансовое обеспечение выполнения функций федеральных государственных органов, оказания услуг и выполнения работ (Иные бюджетные ассигнования) +18 959 034,5 Жилищно-коммунальное хозяйство +114 023 300,0 Другие вопросы в области жилищно-коммунального хозяйства +114 023 300,0 Государственная программа Российской Федерации "Обеспечение доступным и комфортным жильем и коммунальными услугами граждан Российской Федерации" +114 023 300,0 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+47 823 300,0 Субсидии акционерному обществу "ДОМ.РФ", 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(Иные бюджетные ассигнования) +47 823 300,0 Федеральный проект "Финансовая поддержка семей при рождении детей" +66 200 000,0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(Иные бюджетные ассигнования) +66 200 000,0 Образование +5 397 131,8 Общее образование +3 897 131,8 Государственная программа Российской Федерации "Развитие образования" +3 897 131,8 Комплекс процессных мероприятий "Современные механизмы и технологии дошкольного и общего образования" +3 897 131,8 Финансовое обеспечение выполнения функций федеральных государственных органов, оказания услуг и выполнения работ (Иные бюджетные ассигнования) +3 897 131,8 Высшее образование +1 500 000,0 Государственная программа Российской Федерации "Научно-технологическое развитие Российской Федерации" +1 500 000,0 Комплекс процессных мероприятий "Реализация образовательных программ высшего образования" +1 500 000,0 Финансовое обеспечение выполнения функций федеральных государственных органов, оказания услуг и выполнения работ (Иные бюджетные ассигнования) +1 500 000,0 Здравоохранение +719,5 Санаторно-оздоровительная помощь +719,5 Государственная программа Российской Федерации "Развитие здравоохранения" +719,5 Комплекс процессных мероприятий "Организация санаторно-курортного лечения" +719,5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+719,5 Социальная политика +18 227 242,5 Пенсионное обеспечение +83 324,1 Развитие пенсионной системы Российской Федерации +83 324,1 Пенсии военнослужащим, членам их семей и лицам, приравненным к ним по пенсионному обеспечению, а также надбавки к пенсии, увеличение и повышение пенсии (Социальное обеспечение и иные выплаты населению) +83 324,1 Социальное обеспечение населения +18 143 918,4 Государственная программа Российской Федерации "Социальная поддержка граждан" +18 143 918,4 Комплекс процессных мероприятий "Предоставление мер социальной поддержки ветеранам Великой Отечественной войны и боевых действий" +18 143 918,4 Осуществление ежемесячной денежной выплаты ветеранам (Межбюджетные трансферты) +18 143 918,4 Обслуживание государственного (муниципального) долга +2 562 714,6 Обслуживание государственного (муниципального) внешнего долга +2 562 714,6 Государственная программа Российской Федерации "Управление государственными финансами и регулирование финансовых рынков" +2 562 714,6 Комплекс процессных мероприятий "Управление государственным долгом и государственными финансовыми активами" +2 562 714,6 Финансовое обеспечение выполнения функций федеральных государственных органов, оказания услуг и выполнения работ (Обслуживание государственного (муниципального) долга) +2 562 714,6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+187 431,6 Общегосударственные вопросы +187 431,6 Международные отношения и международное сотрудничество +187 431,6 Государственная программа Российской Федерации "Внешнеполитическая деятельность" +187 431,6 Комплекс процессных мероприятий "Поддержка российского культурно-гуманитарного присутствия за рубежом" +7 223,7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+7 223,7 Комплекс процессных мероприятий "Обеспечение деятельности системы Министерства иностранных дел Российской Федерации, а также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+180 207,9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+126 161,6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+51 942,7 Финансовое обеспечение выполнения функций федеральных государственных органов, оказания услуг и выполнения работ (Иные бюджетные ассигнования) +2 103,6 ФЕДЕРАЛЬНАЯ СЛУЖБА ПО НАДЗОРУ В СФЕРЕ СВЯЗИ, ИНФОРМАЦИОННЫХ ТЕХНОЛОГИЙ И МАССОВЫХ КОММУНИКАЦИЙ +392,2 Национальная экономика +392,2 Общеэкономические вопросы +375,6 Государственная программа Российской Федерации "Информационное общество" +375,6 Комплекс процессных мероприятий "Контроль и надзор в сфере связи, информационных технологий и массовых коммуникаций" +375,6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+375,6 Связь и информатика +16,6 Государственная программа Российской Федерации "Информационное общество" +16,6 Комплекс процессных мероприятий "Контроль и надзор в сфере связи, информационных технологий и массовых коммуникаций" +16,6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+16,6 ФЕДЕРАЛЬНОЕ КАЗНАЧЕЙСТВО +11 243,7 Общегосударственные вопросы +11 243,7 Обеспечение деятельности финансовых, налоговых и таможенных органов и органов финансового (финансово-бюджетного) надзора +11 243,7 Государственная программа Российской Федерации "Управление государственными финансами и регулирование финансовых рынков" +11 243,7 Комплекс процессных мероприятий "Обеспечение казначейского обслуживания и осуществление финансового контроля" +11 243,7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+11 243,7 МИНИСТЕРСТВО ТРАНСПОРТА РОССИЙСКОЙ ФЕДЕРАЦИИ +38 184,1 Общегосударственные вопросы +19 975,7 Международные отношения и международное сотрудничество +19 975,7 Государственная программа Российской Федерации "Развитие транспортной системы" +19 975,7 Комплекс процессных мероприятий "Обеспечение деятельности центрального и зарубежного аппарата Министерства транспорта Российской Федерации, а также подведомственных федеральных государственных учреждений" +19 975,7 Финансовое обеспечение выполнения функций федеральных государственных органов, оказания услуг и выполнения работ (Иные бюджетные ассигнования) +19 975,7 Национальная экономика +12 740,9 Транспорт +9 254,3 Государственная программа Российской Федерации "Развитие транспортной системы" +9 254,3 Комплекс процессных мероприятий "Обеспечение деятельности центрального и зарубежного аппарата Министерства транспорта Российской Федерации, а также подведомственных федеральных государственных учреждений" +9 254,3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+6 175,9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+1 720,1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+1 358,3 Другие вопросы в области национальной экономики +3 486,6 Государственная программа Российской Федерации "Развитие транспортной системы" +3 486,6 Комплекс процессных мероприятий "Обеспечение деятельности центрального и зарубежного аппарата Министерства транспорта Российской Федерации, а также подведомственных федеральных государственных учреждений" +3 486,6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+3 486,6 Образование +5 467,5 Общее образование +72,8 Государственная программа Российской Федерации "Развитие образования" +72,8 Комплекс процессных мероприятий "Современные механизмы и технологии дошкольного и общего образования" +72,8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+72,8 Среднее профессиональное образование +354,3 Государственная программа Российской Федерации "Развитие образования" +354,3 Комплекс процессных мероприятий "Содействие развитию среднего профессионального образования и дополнительного профессионального образования" +354,3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+354,3 Высшее образование +5 029,8 Государственная программа Российской Федерации "Доступная среда" +15,0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+15,0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+15,0 Государственная программа Российской Федерации "Научно-технологическое развитие Российской Федерации" +5 014,8 Комплекс процессных мероприятий "Реализация образовательных программ высшего образования" +4 443,7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+4 443,7 Комплекс процессных мероприятий "Социальная поддержка и развитие кадрового потенциала в сфере науки и высшего образования" +571,1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+567,0 Прикладные научные исследования в области образования +10,6 Государственная программа Российской Федерации "Научно-технологическое развитие Российской Федерации" +10,6 Комплекс процессных мероприятий "Проведение прикладных научных исследований по широкому спектру направлений" +10,6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+10,6 ФЕДЕРАЛЬНАЯ СЛУЖБА ПО НАДЗОРУ В СФЕРЕ ТРАНСПОРТА +769,1 Национальная экономика +769,1 Транспорт +769,1 Государственная программа Российской Федерации "Развитие транспортной системы" +769,1 Комплекс процессных мероприятий "Обеспечение деятельности центрального аппарата и территориальных органов Федеральной службы по надзору в сфере транспорта, а также подведомственных федеральных государственных учреждений" +769,1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+742,5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+26,6 ФЕДЕРАЛЬНОЕ АГЕНТСТВО ВОЗДУШНОГО ТРАНСПОРТА +26 276,9 Национальная экономика +1 534,2 Транспорт +1 534,2 Государственная программа Российской Федерации "Развитие транспортной системы" +1 534,2 Комплекс процессных мероприятий "Обеспечение деятельности центрального аппарата и территориальных органов Федерального агентства воздушного транспорта, а также подведомственных федеральных государственных учреждений" +1 534,2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+1 435,7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+98,5 Образование +22 974,3 Среднее профессиональное образование +18 515,4 Государственная программа Российской Федерации "Развитие образования" +18 515,4 Комплекс процессных мероприятий "Содействие развитию среднего профессионального образования и дополнительного профессионального образования" +18 515,4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+18 515,4 Высшее образование +4 458,9 Государственная программа Российской Федерации "Научно-технологическое развитие Российской Федерации" +4 458,9 Комплекс процессных мероприятий "Реализация образовательных программ высшего образования" +4 153,0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+4 153,0 Комплекс процессных мероприятий "Социальная поддержка и развитие кадрового потенциала в сфере науки и высшего образования" +305,9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+303,8 Здравоохранение +1 768,4 Стационарная медицинская помощь +1 226,6 Государственная программа Российской Федерации "Развитие здравоохранения" +1 226,6 Комплекс процессных мероприятий "Медико-санитарное обеспечение отдельных категорий граждан" +1 226,6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+1 226,6 Амбулаторная помощь +1,0 Государственная программа Российской Федерации "Развитие здравоохранения" +1,0 Комплекс процессных мероприятий "Медико-санитарное обеспечение отдельных категорий граждан" +1,0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Медицинская помощь в дневных стационарах всех типов +5,7 Государственная программа Российской Федерации "Развитие здравоохранения" +5,7 Комплекс процессных мероприятий "Медико-санитарное обеспечение отдельных категорий граждан" +5,7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 Другие вопросы в области здравоохранения +535,1 Государственная программа Российской Федерации "Развитие здравоохранения" +535,1 Комплекс процессных мероприятий "Медико-санитарное обеспечение отдельных категорий граждан" +535,1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+535,1 ФЕДЕРАЛЬНОЕ ДОРОЖНОЕ АГЕНТСТВО +18 864 940,1 Национальная экономика +18 864 922,3 Транспорт +5,9 Государственная программа Российской Федерации "Развитие транспортной системы" +5,9 Комплекс процессных мероприятий "Обеспечение деятельности центрального аппарата Федерального дорожного агентства, а также подведомственных федеральных государственных учреждений" +5,9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+5,9 Дорожное хозяйство (дорожные фонды) +18 864 916,4 Государственная программа Российской Федерации "Развитие транспортной системы" +18 864 916,4 Федеральный проект "Содействие развитию автомобильных дорог регионального, межмуниципального и местного значения" +1 792 062,1 Субсидия бюджету Смоленской области на финансовое обеспечение дорожной деятельности (Межбюджетные трансферты) +1 792 062,1 Федеральный проект "Развитие федеральной магистральной сети" +8 855 175,8 Реализация отдельных федеральных проектов в сфере повышения безопасности и качества дорог (Капитальные вложения в объекты государственной (муниципальной) собственности) +8 855 175,8 Комплекс процессных мероприятий "Капитальный ремонт, ремонт и содержание автомобильных дорог общего пользования федерального значения" +8 217 678,5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+8 217 678,5 Здравоохранение +17,8 Санаторно-оздоровительная помощь +17,8 Государственная программа Российской Федерации "Развитие здравоохранения" +17,8 Комплекс процессных мероприятий "Организация санаторно-курортного лечения" +17,8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+17,8 ФЕДЕРАЛЬНОЕ АГЕНТСТВО ЖЕЛЕЗНОДОРОЖНОГО ТРАНСПОРТА -91 253,3 Национальная экономика -135 769,2 Транспорт -135 769,2 Государственная программа Российской Федерации "Развитие транспортной системы" +26,9 Комплекс процессных мероприятий "Обеспечение деятельности центрального аппарата и территориальных органов Федерального агентства железнодорожного транспорта, а также подведомственных федеральных государственных учреждений" +26,9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+26,9 Государственная программа Российской Федерации "Развитие энергетики" -135 796,1 Федеральный проект "Гарантированное обеспечение транспорта нефти, нефтепродуктов, газа и газового конденсата" -135 796,1 Субсидия открытому акционерному обществу "Российские железные дороги" на возмещение недополученных доходов, возникающих в результате установления льготных тарифов на перевозку железнодорожным транспортом во внутрироссийском сообщении моторного топлива, предназначенного для реализации на территории Российской Федерации, в направлении Дальневосточного федерального округа и отдельных субъектов Российской Федерации, входящих в состав Сибирского федерального округа (Иные бюджетные ассигнования) -135 796,1 Образование +44 450,7 Дополнительное образование детей +28,3 Государственная программа Российской Федерации "Развитие образования" +28,3 Комплекс процессных мероприятий "Дополнительное образование детей, выявление и поддержка лиц, проявивших выдающиеся способности" +28,3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+28,3 Среднее профессиональное образование +34 074,1 Государственная программа Российской Федерации "Развитие образования" +34 074,1 Комплекс процессных мероприятий "Содействие развитию среднего профессионального образования и дополнительного профессионального образования" +34 074,1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+34 074,1 Высшее образование +10 156,6 Государственная программа Российской Федерации "Научно-технологическое развитие Российской Федерации" +10 156,6 Комплекс процессных мероприятий "Реализация образовательных программ высшего образования" +7 662,4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+7 662,4 Комплекс процессных мероприятий "Социальная поддержка и развитие кадрового потенциала в сфере науки и высшего образования" +2 494,2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+11,0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+2 483,2 Прикладные научные исследования в области образования +123,9 Государственная программа Российской Федерации "Научно-технологическое развитие Российской Федерации" +123,9 Комплекс процессных мероприятий "Проведение прикладных научных исследований по широкому спектру направлений" +123,9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+123,9 Другие вопросы в области образования +67,8 Государственная программа Российской Федерации "Развитие образования" +67,8 Комплекс процессных мероприятий "Содействие развитию среднего профессионального образования и дополнительного профессионального образования" +67,8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+67,8 Культура, кинематография +65,2 Культура +65,2 Государственная программа Российской Федерации "Развитие культуры" +65,2 Комплекс процессных мероприятий "Создание условий для развития музейного дела" +65,2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+65,2 ФЕДЕРАЛЬНОЕ АГЕНТСТВО МОРСКОГО И РЕЧНОГО ТРАНСПОРТА +36 688,7 Национальная экономика +21 210,7 Транспорт +21 210,7 Государственная программа Российской Федерации "Развитие транспортной системы" +21 206,4 Комплекс процессных мероприятий "Обеспечение деятельности центрального аппарата Федерального агентства морского и речного транспорта, а также подведомственных федеральных государственных учреждений" +883,6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+230,4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+653,2 Комплекс процессных мероприятий "Обеспечение эксплуатации внутренних водных путей и гидротехнических сооружений" +20 322,8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+20 322,8 Реализация функций иных федеральных органов государственной власти +4,3 Мобилизационная подготовка органов государственной власти +4,3 Субсидии на содержание запасных пунктов управления (Предоставление субсидий бюджетным, автономным учреждениям и иным некоммерческим организациям) +4,3 Образование +15 461,2 Среднее профессиональное образование +10 673,6 Государственная программа Российской Федерации "Развитие образования" +10 673,6 Комплекс процессных мероприятий "Содействие развитию среднего профессионального образования и дополнительного профессионального образования" +10 673,6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+10 673,6 Высшее образование +4 714,4 Государственная программа Российской Федерации "Научно-технологическое развитие Российской Федерации" +4 714,4 Комплекс процессных мероприятий "Реализация образовательных программ высшего образования" +3 923,4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+3 923,4 Комплекс процессных мероприятий "Социальная поддержка и развитие кадрового потенциала в сфере науки и высшего образования" +791,0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+784,1 Прикладные научные исследования в области образования +73,2 Государственная программа Российской Федерации "Научно-технологическое развитие Российской Федерации" +73,2 Комплекс процессных мероприятий "Проведение прикладных научных исследований по широкому спектру направлений" +73,2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+73,2 Культура, кинематография +16,8 Культура +16,8 Государственная программа Российской Федерации "Развитие культуры" +16,8 Комплекс процессных мероприятий "Создание условий для развития музейного дела" +16,8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+16,8 МИНИСТЕРСТВО ЭКОНОМИЧЕСКОГО РАЗВИТИЯ РОССИЙСКОЙ ФЕДЕРАЦИИ +6 313 216,3 Общегосударственные вопросы +232 081,0 Международные отношения и международное сотрудничество +74 678,5 Государственная программа Российской Федерации "Экономическое развитие и инновационная экономика" +74 678,5 Комплекс процессных мероприятий "Обеспечение международного экономического сотрудничества" +74 678,5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+39 764,2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+16 067,5 Финансовое обеспечение выполнения функций федеральных государственных органов, оказания услуг и выполнения работ (Иные бюджетные ассигнования) +18 846,8 Другие общегосударственные вопросы +157 402,5 Реализация функций иных федеральных органов государственной власти +157 402,5 Иные непрограммные мероприятия +157 402,5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+347,9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+157 054,6 Национальная экономика +6 079 891,7 Прикладные научные исследования в области национальной экономики +661,6 Государственная программа Российской Федерации "Научно-технологическое развитие Российской Федерации" +661,6 Федеральный проект "Нормативное регулирование цифровой среды" +21,0 Реализация отдельных федеральных проектов в сфере цифровой экономики (Предоставление субсидий бюджетным, автономным учреждениям и иным некоммерческим организациям) +21,0 Комплекс процессных мероприятий "Проведение прикладных научных исследований по широкому спектру направлений" +640,6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+640,6 Другие вопросы в области национальной экономики +6 079 230,1 Государственная программа Российской Федерации "Экономическое развитие и инновационная экономика" +1 604 973,1 Федеральный проект "Развитие субъектов Российской Федерации и отдельных территорий" +1 604 787,0 Возмещение затрат по созданию, модернизации и (или) реконструкции объектов инфраструктуры особых экономических зон (Межбюджетные трансферты) +1 604 787,0 Федеральный проект "Политика низкоуглеродного развития" +78,8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+78,8 Комплекс процессных мероприятий "Стратегическое планирование и прогнозирование экономического развития" +107,3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+107,3 Государственная программа Российской Федерации "Социально-экономическое развитие Калининградской области" +4 474 257,0 Федеральный проект "Социально-экономическое развитие Калининградской области" +4 474 257,0 Субвенция бюджету Калининградской области на обеспечение поддержки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(Межбюджетные трансферты) +4 474 257,0 Образование +894,2 Профессиональная подготовка, переподготовка и повышение квалификации +189,4 Государственная программа Российской Федерации "Экономическое развитие и инновационная экономика" +189,4 Федеральный проект "Системные меры по повышению производительности труда" +148,5 Реализация отдельных федеральных проектов в сфере производительности труда (Предоставление субсидий бюджетным, автономным учреждениям и иным некоммерческим организациям) +148,5 Комплекс процессных мероприятий "Профессиональное развитие федеральных государственных гражданских служащих" +40,9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+40,9 Высшее образование +684,9 Государственная программа Российской Федерации "Научно-технологическое развитие Российской Федерации" +684,9 Комплекс процессных мероприятий "Реализация образовательных программ высшего образования" +608,2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+608,2 Комплекс процессных мероприятий "Социальная поддержка и развитие кадрового потенциала в сфере науки и высшего образования" +76,7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+76,7 Другие вопросы в области образования +19,9 Государственная программа Российской Федерации "Экономическое развитие и инновационная экономика" +19,9 Комплекс процессных мероприятий "Подготовка кадров" +19,9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+19,9 Здравоохранение +349,4 Санаторно-оздоровительная помощь +349,4 Государственная программа Российской Федерации "Развитие здравоохранения" +349,4 Комплекс процессных мероприятий "Организация санаторно-курортного лечения" +349,4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+349,4 ФЕДЕРАЛЬНАЯ СЛУЖБА ПО НАДЗОРУ В СФЕРЕ ЗАЩИТЫ ПРАВ ПОТРЕБИТЕЛЕЙ И БЛАГОПОЛУЧИЯ ЧЕЛОВЕКА +62 242,2 Общегосударственные вопросы +175,1 Фундаментальные исследования +175,1 Государственная программа Российской Федерации "Научно-технологическое развитие Российской Федерации" +175,1 Комплекс процессных мероприятий "Проведение фундаментальных научных исследований" +175,1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+175,1 Жилищно-коммунальное хозяйство +4,9 Другие вопросы в области жилищно-коммунального хозяйства +4,9 Государственная программа Российской Федерации "Обеспечение доступным и комфортным жильем и коммунальными услугами граждан Российской Федерации" +4,9 Федеральный проект "Чистая вода" +4,9 Реализация отдельных федеральных проектов в сфере улучшения жилищных условий и повышения комфортности городской среды (Предоставление субсидий бюджетным, автономным учреждениям и иным некоммерческим организациям) +4,9 Образование +192,9 Высшее образование +192,9 Государственная программа Российской Федерации "Научно-технологическое развитие Российской Федерации" +192,9 Комплекс процессных мероприятий "Реализация образовательных программ высшего образования" +125,3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+3,1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+117,0 Комплекс процессных мероприятий "Социальная поддержка и развитие кадрового потенциала в сфере науки и высшего образования" +67,6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+0,2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+67,0 Здравоохранение +61 869,3 Санитарно-эпидемиологическое благополучие +52 975,7 Государственная программа Российской Федерации "Развитие здравоохранения" +52 820,2 Федеральный проект "Санитарный щит страны - безопасность для здоровья (предупреждение, выявление, реагирование)" +75,1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+75,1 Федеральный проект "Укрепление общественного здоровья" +67,9 Реализация отдельных федеральных проектов в сфере демографии (Предоставление субсидий бюджетным, автономным учреждениям и иным некоммерческим организациям) +67,9 Комплекс процессных мероприятий "Организация государственного санитарно-эпидемиологического надзора и обеспечение санитарно-эпидемиологического благополучия населения" +52 677,2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+3 728,3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+48 948,9 Государственная программа Российской Федерации "Охрана окружающей среды" +149,0 Федеральный проект "Генеральная уборка" +149,0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+149,0 Государственная программа Российской Федерации "Обеспечение химической и биологической безопасности Российской Федерации" +6,5 Комплекс процессных мероприятий "Обеспечение готовности и реагирования на биологические и химические угрозы санитарно-эпидемиологического характера" +6,5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+6,5 Прикладные научные исследования в области здравоохранения +7 882,3 Государственная программа Российской Федерации "Развитие здравоохранения" +626,6 Федеральный проект "Санитарный щит страны - безопасность для здоровья (предупреждение, выявление, реагирование)" +626,6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+624,8 Государственная программа Российской Федерации "Научно-технологическое развитие Российской Федерации" +7 255,7 Федеральный проект "Чистый воздух" +14,1 Реализация отдельных федеральных проектов в сфере экологии (Предоставление субсидий бюджетным, автономным учреждениям и иным некоммерческим организациям) +14,1 Комплекс процессных мероприятий "Проведение прикладных научных исследований по широкому спектру направлений" +4 304,2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+4 304,2 Комплекс процессных мероприятий "Научное обеспечение организации государственного санитарно-эпидемиологического надзора и обеспечение санитарно-эпидемиологического благополучия населения" +2 433,1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+958,9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+1 474,2 Комплекс процессных мероприятий "Научно-исследовательские и опытно-конструкторские работы в целях обеспечения химической и биологической безопасности Российской Федерации" +504,3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+504,3 Другие вопросы в области здравоохранения +1 011,3 Государственная программа Российской Федерации "Развитие здравоохранения" +1 011,3 Комплекс процессных мероприятий "Организация государственного санитарно-эпидемиологического надзора и обеспечение санитарно-эпидемиологического благополучия населения" +1 011,3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+1 011,3 МИНИСТЕРСТВО ТРУДА И СОЦИАЛЬНОЙ ЗАЩИТЫ РОССИЙСКОЙ ФЕДЕРАЦИИ +79 094,4 Общегосударственные вопросы +47 410,5 Международные отношения и международное сотрудничество +47 410,5 Государственная программа Российской Федерации "Социальная поддержка граждан" +506,6 Комплекс процессных мероприятий "Обеспечение деятельности Министерства труда и социальной защиты Российской Федерации" +506,6 Финансовое обеспечение выполнения функций федеральных государственных органов, оказания услуг и выполнения работ (Иные бюджетные ассигнования) +506,6 Государственная программа Российской Федерации "Содействие занятости населения" +46 903,9 Комплекс процессных мероприятий "Развитие институтов рынка труда" +46 903,9 Финансовое обеспечение выполнения функций федеральных государственных органов, оказания услуг и выполнения работ (Иные бюджетные ассигнования) +46 903,9 Образование +1 512,3 Среднее профессиональное образование +1 094,7 Государственная программа Российской Федерации "Развитие образования" +1 094,7 Комплекс процессных мероприятий "Содействие развитию среднего профессионального образования и дополнительного профессионального образования" +1 094,7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+1 020,6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+74,1 Профессиональная подготовка, переподготовка и повышение квалификации +376,3 Государственная программа Российской Федерации "Доступная среда" +261,2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+55,6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+55,6 Комплекс процессных мероприятий "Обеспечение удовлетворенности граждан качеством предоставления медико-социальной экспертизы" +205,6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+205,6 Государственная программа Российской Федерации "Содействие занятости населения" +115,1 Федеральный проект "Содействие занятости" +115,1 Реализация отдельных федеральных проектов в сфере демографии (Предоставление субсидий бюджетным, автономным учреждениям и иным некоммерческим организациям) +115,1 Высшее образование +41,3 Государственная программа Российской Федерации "Научно-технологическое развитие Российской Федерации" +41,3 Комплекс процессных мероприятий "Реализация образовательных программ высшего образования" +30,1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+30,1 Комплекс процессных мероприятий "Социальная поддержка и развитие кадрового потенциала в сфере науки и высшего образования" +11,2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+11,2 Здравоохранение +209,8 Прикладные научные исследования в области здравоохранения +209,8 Государственная программа Российской Федерации "Научно-технологическое развитие Российской Федерации" +209,8 Комплекс процессных мероприятий "Прикладные научные исследования и разработки в интересах медицины и здравоохранения" +209,8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+209,8 Социальная политика +29 961,8 Социальное обслуживание населения +27 478,4 Государственная программа Российской Федерации "Доступная среда" +27 478,4 Комплекс процессных мероприятий "Обеспечение удовлетворенности граждан качеством предоставления медико-социальной экспертизы" +27 478,4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+27 247,9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+230,5 Прикладные научные исследования в области социальной политики +713,9 Государственная программа Российской Федерации "Научно-технологическое развитие Российской Федерации" +713,9 Ведомственный проект "Проведение прикладных научных исследований по широкому спектру направлений" +91,0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+91,0 Комплекс процессных мероприятий "Проведение прикладных научных исследований по широкому спектру направлений" +49,1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+49,1 Комплекс процессных мероприятий "Научно-методическое и экспертно-аналитическое обеспечение государственного управления" +573,8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+573,8 Другие вопросы в области социальной политики +1 769,5 Государственная программа Российской Федерации "Социальная поддержка граждан" +686,7 Федеральный проект "Социальное казначейство" +686,7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+686,7 Государственная программа Российской Федерации "Доступная среда" +800,8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+337,2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+337,2 Комплекс процессных мероприятий "Обеспечение удовлетворенности граждан качеством предоставления медико-социальной экспертизы" +427,0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+427,0 Комплекс процессных мероприятий "Развитие безбарьерной среды" +36,6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+36,6 Реализация функций иных федеральных органов государственной власти +282,0 Мобилизационная подготовка органов государственной власти +6,2 Субсидии на содержание запасных пунктов управления (Предоставление субсидий бюджетным, автономным учреждениям и иным некоммерческим организациям) +6,2 Иные непрограммные мероприятия +275,8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+275,8 ФЕДЕРАЛЬНАЯ СЛУЖБА ПО ТРУДУ И ЗАНЯТОСТИ +336,3 Общегосударственные вопросы +115,0 Международные отношения и международное сотрудничество +115,0 Государственная программа Российской Федерации "Содействие занятости населения" +115,0 Комплекс процессных мероприятий "Развитие институтов рынка труда" +115,0 Финансовое обеспечение выполнения функций федеральных государственных органов, оказания услуг и выполнения работ (Иные бюджетные ассигнования) +115,0 Национальная экономика +221,3 Общеэкономические вопросы +221,3 Государственная программа Российской Федерации "Содействие занятости населения" +221,3 Комплекс процессных мероприятий "Надзор и контроль в сфере труда и занятости" +221,3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+221,3 ФЕДЕРАЛЬНАЯ ТАМОЖЕННАЯ СЛУЖБА +102 638,0 Общегосударственные вопросы +68 491,9 Обеспечение деятельности финансовых, налоговых и таможенных органов и органов финансового (финансово-бюджетного) надзора +66 218,5 Государственная программа Российской Федерации "Управление государственными финансами и регулирование финансовых рынков" +66 218,5 Комплекс процессных мероприятий "Обеспечение функционирования таможенной системы Российской Федерации" +66 218,5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+52 801,6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+13 416,9 Международные отношения и международное сотрудничество +2 273,4 Государственная программа Российской Федерации "Управление государственными финансами и регулирование финансовых рынков" +2 273,4 Комплекс процессных мероприятий "Обеспечение функционирования таможенной системы Российской Федерации" +2 273,4 Финансовое обеспечение выполнения функций федеральных государственных органов, оказания услуг и выполнения работ (Иные бюджетные ассигнования) +2 273,4 Образование +3 046,0 Профессиональная подготовка, переподготовка и повышение квалификации +150,4 Государственная программа Российской Федерации "Научно-технологическое развитие Российской Федерации" +150,4 Комплекс процессных мероприятий "Реализация образовательных программ высшего образования" +150,4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+150,4 Высшее образование +2 807,0 Государственная программа Российской Федерации "Научно-технологическое развитие Российской Федерации" +2 807,0 Комплекс процессных мероприятий "Реализация образовательных программ высшего образования" +2 566,3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+2 566,3 Комплекс процессных мероприятий "Социальная поддержка и развитие кадрового потенциала в сфере науки и высшего образования" +240,1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+240,1 Комплекс процессных мероприятий "Государственная поддержка организаций науки и высшего образования" +0,6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+0,6 Прикладные научные исследования в области образования +88,6 Государственная программа Российской Федерации "Научно-технологическое развитие Российской Федерации" +88,6 Комплекс процессных мероприятий "Проведение прикладных научных исследований по широкому спектру направлений" +88,6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+88,6 Здравоохранение +4 537,8 Стационарная медицинская помощь +1 211,0 Государственная программа Российской Федерации "Развитие здравоохранения" +1 211,0 Комплекс процессных мероприятий "Медико-санитарное обеспечение отдельных категорий граждан" +1 211,0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+1 211,0 Амбулаторная помощь +2 148,3 Государственная программа Российской Федерации "Развитие здравоохранения" +2 120,4 Комплекс процессных мероприятий "Медико-санитарное обеспечение отдельных категорий граждан" +2 120,4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+2 120,4 Государственная программа Российской Федерации "Научно-технологическое развитие Российской Федерации" +27,9 Комплекс процессных мероприятий "Реализация образовательных программ высшего образования" +27,9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+27,9 Медицинская помощь в дневных стационарах всех типов +39,5 Государственная программа Российской Федерации "Развитие здравоохранения" +39,5 Комплекс процессных мероприятий "Медико-санитарное обеспечение отдельных категорий граждан" +39,5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+39,5 Скорая медицинская помощь +97,4 Государственная программа Российской Федерации "Развитие здравоохранения" +97,4 Комплекс процессных мероприятий "Медико-санитарное обеспечение отдельных категорий граждан" +97,4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+97,4 Санаторно-оздоровительная помощь +1 041,6 Государственная программа Российской Федерации "Развитие здравоохранения" +1 041,6 Комплекс процессных мероприятий "Организация санаторно-курортного лечения" +1 041,6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+1 041,6 Социальная политика +26 562,3 Пенсионное обеспечение +26 477,6 Развитие пенсионной системы Российской Федерации +26 477,6 Пенсии военнослужащим, членам их семей и лицам, приравненным к ним по пенсионному обеспечению, а также надбавки к пенсии, увеличение и повышение пенсии (Социальное обеспечение и иные выплаты населению) +26 477,6 Социальное обеспечение населения +84,7 Государственная программа Российской Федерации "Социальная поддержка граждан" +78,9 Комплекс процессных мероприятий "Предоставление мер социальной поддержки отдельным категориям граждан" +24,1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(Социальное обеспечение и иные выплаты населению) +24,1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+54,8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(Социальное обеспечение и иные выплаты населению) +1,0 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 (Социальное обеспечение и иные выплаты населению) +8,8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(Социальное обеспечение и иные выплаты населению) +45,0 Государственная программа Российской Федерации "Управление государственными финансами и регулирование финансовых рынков" +5,8 Комплекс процессных мероприятий "Обеспечение функционирования таможенной системы Российской Федерации" +5,8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(Социальное обеспечение и иные выплаты населению) +5,8 ФЕДЕРАЛЬНОЕ АРХИВНОЕ АГЕНТСТВО +3 966,2 Общегосударственные вопросы +3 965,9 Прикладные научные исследования в области общегосударственных вопросов +111,6 Государственная программа Российской Федерации "Научно-технологическое развитие Российской Федерации" +111,6 Комплекс процессных мероприятий "Проведение прикладных научных исследований по широкому спектру направлений" +111,6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+111,6 Другие общегосударственные вопросы +3 854,3 Государственная программа Российской Федерации "Информационное общество" +3 854,3 Комплекс процессных мероприятий "Обеспечение реализации программ и проектов в области цифровой экономики и развития информационного общества" +3 854,3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+3 854,3 Образование +0,3 Высшее образование +0,3 Государственная программа Российской Федерации "Научно-технологическое развитие Российской Федерации" +0,3 Комплекс процессных мероприятий "Социальная поддержка и развитие кадрового потенциала в сфере науки и высшего образования" +0,3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+0,3 ФЕДЕРАЛЬНАЯ СЛУЖБА ГОСУДАРСТВЕННОЙ СТАТИСТИКИ +3 324,0 Общегосударственные вопросы +3 324,0 Международные отношения и международное сотрудничество +9,2 Государственная программа Российской Федерации "Экономическое развитие и инновационная экономика" +9,2 Комплекс процессных мероприятий "Официальная статистика" +9,2 Финансовое обеспечение выполнения функций федеральных государственных органов, оказания услуг и выполнения работ (Иные бюджетные ассигнования) +9,2 Прикладные научные исследования в области общегосударственных вопросов +63,9 Государственная программа Российской Федерации "Научно-технологическое развитие Российской Федерации" +63,9 Комплекс процессных мероприятий "Проведение прикладных научных исследований по широкому спектру направлений" +63,9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+63,9 Другие общегосударственные вопросы +3 250,9 Государственная программа Российской Федерации "Экономическое развитие и инновационная экономика" +3 250,9 Комплекс процессных мероприятий "Официальная статистика" +3 250,9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+3 250,9 ФЕДЕРАЛЬНАЯ АНТИМОНОПОЛЬНАЯ СЛУЖБА +14 984 043,1 Общегосударственные вопросы +19,8 Международные отношения и международное сотрудничество +19,8 Государственная программа Российской Федерации "Экономическое развитие и инновационная экономика" +19,8 Комплекс процессных мероприятий "Тарифное и антимонопольное регулирование и развитие конкуренции" +19,8 Финансовое обеспечение выполнения функций федеральных государственных органов, оказания услуг и выполнения работ (Иные бюджетные ассигнования) +19,8 Национальная экономика +14 983 971,1 Общеэкономические вопросы +253,1 Государственная программа Российской Федерации "Экономическое развитие и инновационная экономика" +253,1 Комплекс процессных мероприятий "Тарифное и антимонопольное регулирование и развитие конкуренции" +253,1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+207,3 Топливно-энергетический комплекс +14 983 718,0 Государственная программа Российской Федерации "Развитие энергетики" +14 983 718,0 Комплекс процессных мероприятий "Возмещение территориальным сетевым организациям недополученных доходов, вызванных установлением необоснованных тарифных решений" +14 983 718,0 Субсидия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(Иные бюджетные ассигнования) +14 983 718,0 Образование +52,2 Профессиональная подготовка, переподготовка и повышение квалификации +52,2 Государственная программа Российской Федерации "Экономическое развитие и инновационная экономика" +52,2 Комплекс процессных мероприятий "Тарифное и антимонопольное регулирование и развитие конкуренции" +52,2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+52,2 ФЕДЕРАЛЬНАЯ СЛУЖБА ПО АККРЕДИТАЦИИ +454,4 Общегосударственные вопросы +454,4 Международные отношения и международное сотрудничество +318,7 Государственная программа Российской Федерации "Экономическое развитие и инновационная экономика" +318,7 Комплекс процессных мероприятий "Единая национальная система аккредитации" +318,7 Финансовое обеспечение выполнения функций федеральных государственных органов, оказания услуг и выполнения работ (Иные бюджетные ассигнования) +318,7 Другие общегосударственные вопросы +135,7 Государственная программа Российской Федерации "Экономическое развитие и инновационная экономика" +91,6 Комплекс процессных мероприятий "Единая национальная система аккредитации" +91,6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+91,6 Государственная программа Российской Федерации "Информационное общество" +44,1 Комплекс процессных мероприятий "Обеспечение реализации программ и проектов в области цифровой экономики и развития информационного общества" +44,1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+44,1 ФЕДЕРАЛЬНОЕ АГЕНТСТВО ПО УПРАВЛЕНИЮ ГОСУДАРСТВЕННЫМ ИМУЩЕСТВОМ +1 173,1 Общегосударственные вопросы +234,7 Другие общегосударственные вопросы +234,7 Государственная программа Российской Федерации "Управление государственными финансами и регулирование финансовых рынков" +234,7 Комплекс процессных мероприятий "Управление федеральным имуществом" +234,7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+148,6 Здравоохранение +938,4 Санаторно-оздоровительная помощь +938,4 Государственная программа Российской Федерации "Развитие здравоохранения" +938,4 Комплекс процессных мероприятий "Организация санаторно-курортного лечения" +938,4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+938,4 ФЕДЕРАЛЬНАЯ СЛУЖБА ПО ИНТЕЛЛЕКТУАЛЬНОЙ СОБСТВЕННОСТИ +7 527,5 Общегосударственные вопросы +7 171,8 Международные отношения и международное сотрудничество +1 763,1 Государственная программа Российской Федерации "Экономическое развитие и инновационная экономика" +1 763,1 Комплекс процессных мероприятий "Обеспечение правовой охраны и коммерциализация прав на интеллектуальную собственность" +1 763,1 Финансовое обеспечение выполнения функций федеральных государственных органов, оказания услуг и выполнения работ (Иные бюджетные ассигнования) +1 763,1 Прикладные научные исследования в области общегосударственных вопросов +5 295,0 Государственная программа Российской Федерации "Научно-технологическое развитие Российской Федерации" +5 295,0 Комплекс процессных мероприятий "Проведение прикладных научных исследований по широкому спектру направлений" +56,4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+56,4 Комплекс процессных мероприятий "Научно-методическое и экспертно-аналитическое обеспечение государственного управления" +5 238,6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+5 238,6 Другие общегосударственные вопросы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