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15-9-1 Федерального закона "О государственном оборонном заказе"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