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7, ст. 631; № 26, ст. 2521; № 30, ст. 3029, 3030, 3033; 2003, № 1, ст. 1; № 8, ст. 709; № 27, ст. 2700; 2004, № 17, ст. 1587; № 18, ст. 1687; № 25, ст. 2484; № 35, ст. 3607; № 49, ст. 4848; 2005, № 14, ст. 1212; № 30, ст. 3110; № 40, ст. 3987; № 49, ст. 5127; 2006, № 1, ст. 10; № 11, ст. 1148; № 28, ст. 2974; № 29, ст. 3122, 3123; № 41, ст. 4206; 2007, № 2, ст. 362; № 49, ст. 6074; № 50, ст. 6241; 2008, № 49, ст. 5746; № 52, ст. 6235; 2009, № 26, ст. 3124; № 48, ст. 5736; № 51, ст. 6149; 2010, № 11, ст. 1176; 2011, № 27, ст. 3878; № 30, ст. 4589; № 46, ст. 6407; № 48, ст. 6730; № 49, ст. 7021, 7053, 7054; № 50, ст. 7366; 2012, № 50, ст. 6954; № 53, ст. 7613; 2013, № 19, ст. 2329, 2331; № 27, ст. 3462, 3477; 2014, № 11, ст. 1094; № 26, ст. 3365; № 30, ст. 4247; № 42, ст. 5610; № 49, ст. 6924; № 52, ст. 7544; 2015, № 13, ст. 1802; № 29, ст. 4356; 2016, № 7, ст. 908; № 27, ст. 4160, 4238; 2017, № 1, ст. 46, 53; № 15, ст. 2136; № 27, ст. 3929; № 31, ст. 4741; № 49, ст. 7329; 2018, № 1, ст. 28; № 7, ст. 970; № 32, ст. 5102; № 49, ст. 7517; 2019, № 6, ст. 466; № 12, ст. 1229; № 18, ст. 2222; № 40, ст. 5488; 2020, № 12, ст. 1656; № 29, ст. 4510; № 31, ст. 5044; № 52, ст. 8607; 2021, № 1, ст. 56; № 18, ст. 3060, 3061, 3074; 2022, № 1, ст. 66; № 24, ст. 3931; № 29, ст. 5282, 5303; 2023, № 16, ст. 2755, 2764; № 25, ст. 4442; № 26, ст. 4677; № 29, ст. 5304; № 31, ст. 5752; № 32, ст. 6169, 6171; 2024, № 1, ст. 20) следующие изменения</w:t>
      </w:r>
    </w:p>
    <w:p>
      <w:r>
        <w:t>пункт 11 статьи 8 изложить в следующей редакции: "11. Порядок и особенности воинского учета граждан, проходящих службу в войсках национальной гвардии Российской Федерации, Государственной противопожарной службе, органах внутренних дел, органах принудительного исполнения Российской Федерации, таможенных органах Российской Федерации, органах и организациях прокуратуры Российской Федерации, следственных органах и учреждениях Следственного комитета Российской Федерации, учреждениях и органах уголовно-исполнительной системы на должностях, по которым предусмотрено присвоение специальных званий (классных чинов прокурорских работников), определяются Положением о воинском учете, утверждаемым Правительством Российской Федерации."</w:t>
      </w:r>
    </w:p>
    <w:p>
      <w:r>
        <w:t>подпункт "з" пункта 1 статьи 24 изложить в следующей редакции: "з) поступившим на службу в Государственную противопожарную службу, органы внутренних дел, органы принудительного исполнения Российской Федерации, таможенные органы Российской Федерации, органы и организации прокуратуры Российской Федерации, следственные органы и учреждения Следственного комитета Российской Федерации, учреждения и органы уголовно-исполнительной системы непосредственно по окончании образовательных организаций высшего образования указанных органов, организаций и учреждений, при наличии у них высшего образования и специальных званий (классных чинов прокурорских работников) - на время службы в указанных органах, организациях и учреждениях;"</w:t>
      </w:r>
    </w:p>
    <w:p>
      <w:r>
        <w:t>пункт 6 статьи 47 изложить в следующей редакции: "6. При поступлении на военную службу гражданина, проходящего либо проходившего службу в войсках национальной гвардии Российской Федерации, Государственной противопожарной службе, органах внутренних дел, органах принудительного исполнения Российской Федерации, таможенных органах Российской Федерации, органах и организациях прокуратуры Российской Федерации, следственных органах и учреждениях Следственного комитета Российской Федерации, учреждениях и органах уголовно-исполнительной системы и имеющего специальное звание (классный чин прокурорского работника), воинское звание ему присваивается в порядке, определенном Положением о порядке прохождения военной службы."</w:t>
      </w:r>
    </w:p>
    <w:p>
      <w:r>
        <w:t>подпункт "б" пункта 2 статьи 51 изложить в следующей редакции: "б) в связи с переходом на службу в войска национальной гвардии Российской Федерации, Государственную противопожарную службу, органы внутренних дел, органы принудительного исполнения Российской Федерации, таможенные органы Российской Федерации, органы и организации прокуратуры Российской Федерации, следственные органы и учреждения Следственного комитета Российской Федерации, учреждения и органы уголовно-исполнительной системы на должности, по которым предусмотрено присвоение специальных званий (классных чинов прокурорских работников) указанных органов, организаций и учреждений;"</w:t>
      </w:r>
    </w:p>
    <w:p>
      <w:r>
        <w:t>пункт 5 статьи 52 изложить в следующей редакции: "5. Гражданам, проходящим службу в войсках национальной гвардии Российской Федерации, Государственной противопожарной службе, органах внутренних дел, органах принудительного исполнения Российской Федерации, таможенных органах Российской Федерации, органах и организациях прокуратуры Российской Федерации, следственных органах и учреждениях Следственного комитета Российской Федерации, учреждениях и органах уголовно-исполнительной системы на должностях, по которым предусмотрено присвоение специальных званий (классных чинов прокурорских работников), военно-учетная специальность устанавливается министром обороны Российской Федерации по согласованию с руководителями указанных органов, организаций и учреждений."</w:t>
      </w:r>
    </w:p>
    <w:p>
      <w:r>
        <w:t>в пункте 2 статьи 55: а) подпункт "б" изложить в следующей редакции: "б) граждане, проходящие службу в войсках национальной гвардии Российской Федерации, Государственной противопожарной службе, органах внутренних дел, органах принудительного исполнения Российской Федерации, таможенных органах Российской Федерации, органах и организациях прокуратуры Российской Федерации, следственных органах и учреждениях Следственного комитета Российской Федерации, учреждениях и органах уголовно-исполнительной системы на должностях, по которым предусмотрено присвоение специальных званий (классных чинов прокурорских работников), а также федеральные государственные гражданские служащие и работники указанных органов, организаций и учреждений;"; б) в подпункте "в" слова ", а также органов внутренних дел,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таможенных органов Российской Федерации" исключить</w:t>
      </w:r>
    </w:p>
    <w:p>
      <w:r>
        <w:t>в абзаце первом подпункта "а" пункта 1 статьи 574 слова "военную службу либо завершившим" заменить словами "военную службу либо службу в войсках национальной гвардии Российской Федерации, Государственной противопожарной службе, органах внутренних дел, органах принудительного исполнения Российской Федерации, таможенных органах Российской Федерации, органах и организациях прокуратуры Российской Федерации, следственных органах и учреждениях Следственного комитета Российской Федерации, учреждениях и органах уголовно-исполнительной системы и имеющим специальное звание (классный чин прокурорского работника), либо пребывавшим в добровольческих формированиях, предусмотренных Федеральным законом от 31 мая 1996 года № 61-ФЗ "Об обороне", либо завершившим"</w:t>
      </w:r>
    </w:p>
    <w:p>
      <w:r>
        <w:t>в статье 578: а) пункт 1 дополнить подпунктом "к" следующего содержания: "к) в связи с назначением на должность судьи."; б) подпункт "г" пункта 2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