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недвижимости"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4237, 4248, 4294; 2017, № 27, ст. 3938; № 31, ст. 4767, 4829; № 48, ст. 7052; 2018, № 1, ст. 90; № 27, ст. 3954; № 28, ст. 4139; № 32, ст. 5133; № 53, ст. 8404, 8464; 2019, № 25, ст. 3170; № 31, ст. 4445; № 52, ст. 7798; 2020, № 29, ст. 4512; 2021, № 1, ст. 33; № 18, ст. 3064; № 24, ст. 4188; № 27, ст. 5101, 5103; № 50, ст. 8415; 2022, № 1, ст. 5, 15, 18, 45, 47; № 12, ст. 1785; № 18, ст. 3010; № 27, ст. 4586, 4620; № 29, ст. 5233, 5251; № 50, ст. 8801; № 52, ст. 9376; 2023, № 5, ст. 701; № 16, ст. 2764; № 25, ст. 4437; № 31, ст. 5794; № 32, ст. 6170; № 45, ст. 7980; 2024, № 8, ст. 1044) следующие изменения: 1) в статье 16: а) часть 1 дополнить пунктом 15 следующего содержания: "15) один рабочий день, следующий за днем приема органом регистрации прав или поступления в орган регистрации прав заявления на осуществление государственного кадастрового учета и (или) государственной регистрации прав и прилагаемых к нему документов, в случае, указанном в части 11 настоящей статьи."; б) дополнить частью 11 следующего содержания: "11. В соответствии с перечнем видов регистрационных действий, определенным органом регистрации прав и размещенным на официальном сайте, при наличии в заявлении об осуществлении государственного кадастрового учета и (или) государственной регистрации прав соответствующей отметки, предусматривающей осуществление государственного кадастрового учета и (или) государственной регистрации прав в соответствии с пунктом 15 части 1 настоящей статьи, государственный кадастровый учет и (или) государственная регистрация прав могут быть осуществлены в срок не более одного рабочего дня, следующего за днем приема органом регистрации прав или поступления в орган регистрации прав заявления и необходимых для осуществления государственного кадастрового учета и (или) государственной регистрации прав документов, а также сведений об уплате государственной пошлины в размере, установленном пунктом 11 статьи 33333 Налогового кодекса Российской Федерации."; 2) статью 17 изложить в следующей редакции: "Статья 17. Государственная пошлина за осуществление государственного кадастрового учета и (или) государственной регистрации прав За осуществление государственного кадастрового учета и (или) государственной регистрации прав взимается государственная пошлина в соответствии с Налоговым кодексом Российской Федерации."; 3) в части 12 статьи 18: а) абзац первый после слова "использования" дополнить словами "единого портала или"; б) пункт 6 после слов "частью 1 статьи 36," дополнить словами "частью 1 статьи 363,"; в) в части 7 слова "государственной пошлины за осуществление государственной регистрации прав" заменить словами "государственной пошлины за осуществление государственного кадастрового учета и (или) государственной регистрации прав"; 4) в пункте 3 статьи 25 слова "за осуществление" заменить словами "в размере, предусмотренном Налоговым кодексом Российской Федерации, за осуществление государственного кадастрового учета и (или)"; 5) часть 9 статьи 26 признать утратившей силу; 6) в статье 29: а) часть 12 изложить в следующей редакции: "12. Решение о приостановлении осуществления государственного кадастрового учета и (или) государственной регистрации прав (далее также - решение о приостановлении) может быть обжаловано в суд в порядке административного судопроизводства, а также во внесудебном порядке в соответствии с главой 31 настоящего Федерального закона."; б) дополнить частями 121 и 122 следующего содержания: "121. Решение о приостановлении может быть обжаловано во внесудебном порядке заявителем или его представителем, а в части приостановления государственного кадастрового учета также кадастровым инженером, подготовившим межевой план, технический план, карту-план территории или акт обследования, представленные в установленном настоящим Федеральным законом порядке с заявлением о государственном кадастровом учете и (или) государственной регистрации прав, либо юридическим лицом, работником которого является кадастровый инженер, подготовивший межевой план, технический план, карту-план территории или акт обследования, представленные в указанном порядке, в апелляционную комиссию, созданную в соответствии с решением федерального органа исполнительной власти, указанного в части 1 статьи 3 настоящего Федерального закона. Обжалование решения о приостановлении во внесудебном порядке не является обязательным досудебным порядком обжалования такого решения о приостановлении.</w:t>
      </w:r>
    </w:p>
    <w:p>
      <w:r>
        <w:rPr>
          <w:b/>
        </w:rPr>
        <w:t xml:space="preserve">122. </w:t>
      </w:r>
      <w:r>
        <w:t>Решение об отказе в государственном кадастровом учете и (или) государственной регистрации прав может быть обжаловано заинтересованным лицом в суд.";</w:t>
      </w:r>
    </w:p>
    <w:p>
      <w:r>
        <w:rPr>
          <w:b/>
        </w:rPr>
        <w:t xml:space="preserve">122. </w:t>
      </w:r>
      <w:r>
        <w:t>дополнить главой 31 следующего содержания: "Глава 31. Обжалование решений о приостановлении осуществления государственного кадастрового учета и (или) государственной регистрации прав во внесудебном порядке</w:t>
      </w:r>
    </w:p>
    <w:p>
      <w:r>
        <w:rPr>
          <w:b/>
        </w:rPr>
        <w:t>Статья 311. Апелляционные комиссии по обжалованию решений о приостановлении осуществления государственного кадастрового учета и (или) государственной регистрации прав</w:t>
      </w:r>
    </w:p>
    <w:p>
      <w:r>
        <w:rPr>
          <w:b/>
        </w:rPr>
        <w:t xml:space="preserve">1. </w:t>
      </w:r>
      <w:r>
        <w:t>Федеральным органом исполнительной власти, указанным в части 1 статьи 3 настоящего Федерального закона, создается центральная апелляционная комиссия, а также региональные и (или) межрегиональные апелляционные комиссии (далее также - апелляционные комиссии). В случае создания межрегиональной апелляционной комиссии региональные апелляционные комиссии в соответствующих субъектах Российской Федерации не создаются. Центральная апелляционная комиссия рассматривает заявления об обжаловании решений о приостановлении осуществления государственного кадастрового учета и (или) государственной регистрации прав (далее также соответственно - заявление об обжаловании решения о приостановлении, обжалование решения о приостановлении), если уведомление о приостановлении осуществления государственного кадастрового учета и (или) государственной регистрации прав (далее также - уведомление о приостановлении) направлено федеральным органом исполнительной власти, указанным в части 1 статьи 3 настоящего Федерального закона, а также заявления об обжаловании решений о приостановлении, если решение о приостановлении принято государственным регистратором прав, являющимся руководителем одного или всех членов апелляционной комиссии. Региональные и (или) межрегиональные апелляционные комиссии рассматривают заявления об обжаловании решений о приостановлении, если уведомления о приостановлении направлены органами регистрации прав, действующими на территориях соответствующих субъектов Российской Федерации</w:t>
      </w:r>
    </w:p>
    <w:p>
      <w:r>
        <w:rPr>
          <w:b/>
        </w:rPr>
        <w:t xml:space="preserve">2. </w:t>
      </w:r>
      <w:r>
        <w:t>В состав центральной апелляционной комиссии и состав региональной апелляционной комиссии включаются по три представителя от органа регистрации прав и от национального объединения саморегулируемых организаций кадастровых инженеров (далее - национальное объединение), которые подлежат ротации один раз в пять лет. В состав межрегиональной апелляционной комиссии включаются по одному представителю от каждого из органов регистрации прав, действующих на территориях субъектов Российской Федерации, в которых образуется такая комиссия, и равнозначное количество представителей от национального объединения, которые подлежат ротации один раз в пять лет. В состав региональной апелляционной комиссии и состав межрегиональной апелляционной комиссии дополнительно могут быть включены представители от федерального органа исполнительной власти, указанного в части 1 статьи 3 настоящего Федерального закона, и равнозначное количество представителей от национального объединения, которые подлежат ротации один раз в пять лет</w:t>
      </w:r>
    </w:p>
    <w:p>
      <w:r>
        <w:rPr>
          <w:b/>
        </w:rPr>
        <w:t xml:space="preserve">3. </w:t>
      </w:r>
      <w:r>
        <w:t>Перечень апелляционных комиссий, включая наименования органов регистрации прав, представители от которых входят в составы этих комиссий, адреса электронной почты и почтовые адреса, по которым осуществляется связь с апелляционными комиссиями, в том числе представляются документы, размещаются на официальном сайте</w:t>
      </w:r>
    </w:p>
    <w:p>
      <w:r>
        <w:rPr>
          <w:b/>
        </w:rPr>
        <w:t xml:space="preserve">4. </w:t>
      </w:r>
      <w:r>
        <w:t>Заседания апелляционных комиссий могут проводиться с использованием средств дистанционного взаимодействия</w:t>
      </w:r>
    </w:p>
    <w:p>
      <w:r>
        <w:rPr>
          <w:b/>
        </w:rPr>
        <w:t xml:space="preserve">5. </w:t>
      </w:r>
      <w:r>
        <w:t>Заявление об обжаловании решения о приостановлении осуществления государственного кадастрового учета (в случаях, когда настоящий Федеральный закон допускает возможность осуществления государственного кадастрового учета без одновременной государственной регистрации прав) или об обжаловании решения о приостановлении осуществления государственного кадастрового учета и (или) государственной регистрации прав только в отношении документов, необходимых для осуществления государственного кадастрового учета, если такое приостановление связано с действиями кадастрового инженера (в том числе если он является заявителем) и (или) подготовленными им документами (межевым планом, техническим планом, картой-планом территории, актом обследования), рассматривается апелляционной комиссией с участием входящих в ее состав представителей от национального объединения</w:t>
      </w:r>
    </w:p>
    <w:p>
      <w:r>
        <w:rPr>
          <w:b/>
        </w:rPr>
        <w:t xml:space="preserve">6. </w:t>
      </w:r>
      <w:r>
        <w:t>Без участия входящих в состав апелляционной комиссии представителей от национального объединения рассматриваются заявление об обжаловании решения о приостановлении осуществления государственной регистрации прав (в случаях, когда настоящий Федеральный закон допускает возможность государственной регистрации прав без одновременного государственного кадастрового учета), заявление об обжаловании решения о приостановлении осуществления государственного кадастрового учета и (или) государственной регистрации прав только в отношении документов, необходимых для осуществления государственной регистрации прав</w:t>
      </w:r>
    </w:p>
    <w:p>
      <w:r>
        <w:rPr>
          <w:b/>
        </w:rPr>
        <w:t xml:space="preserve">7. </w:t>
      </w:r>
      <w:r>
        <w:t>Положение о порядке формирования и работы апелляционных комиссий, перечне и форме документов, подготавливаемых в результате их работы, форме заявления об обжаловании решения о приостановлении утверждается органом нормативно-правового регулирования</w:t>
      </w:r>
    </w:p>
    <w:p>
      <w:r>
        <w:rPr>
          <w:b/>
        </w:rPr>
        <w:t>Статья 312. Порядок обжалования решения о приостановлении осуществления государственного кадастрового учета и (или) государственной регистрации прав в апелляционную комиссию</w:t>
      </w:r>
    </w:p>
    <w:p>
      <w:r>
        <w:rPr>
          <w:b/>
        </w:rPr>
        <w:t xml:space="preserve">1. </w:t>
      </w:r>
      <w:r>
        <w:t>Для обжалования решения о приостановлении лицом, указанным в части 121 статьи 29 настоящего Федерального закона, в апелляционную комиссию в течение пятнадцати рабочих дней с даты принятия решения о приостановлении представляется заявление об обжаловании решения о приостановлении</w:t>
      </w:r>
    </w:p>
    <w:p>
      <w:r>
        <w:rPr>
          <w:b/>
        </w:rPr>
        <w:t xml:space="preserve">2. </w:t>
      </w:r>
      <w:r>
        <w:t>Заявление об обжаловании решения о приостановлении представляется в апелляционную комиссию в письменной форме при личном обращении, посредством почтового отправления с описью вложения и с уведомлением о вручении либо в электронной форме с использованием информационно-телекоммуникационных сетей общего пользования, в том числе сети "Интернет", включая единый портал</w:t>
      </w:r>
    </w:p>
    <w:p>
      <w:r>
        <w:rPr>
          <w:b/>
        </w:rPr>
        <w:t xml:space="preserve">3. </w:t>
      </w:r>
      <w:r>
        <w:t>В случае, если заявление об обжаловании решения о приостановлении представлено с нарушением требований, установленных частями 1 и 2 настоящей статьи, или в случае, если решение о приостановлении обжаловано в суд, такое заявление не принимается к рассмотрению апелляционной комиссией, о чем в течение трех рабочих дней информируется лицо, представившее такое заявление, способом, указанным в заявлении об обжаловании решения о приостановлении, либо способом и в форме, которые использованы этим лицом при представлении заявления. Если апелляционной комиссии стало известно об обжаловании решения о приостановлении в суд после принятия к рассмотрению заявления об обжаловании решения о приостановлении, но до принятия апелляционной комиссией решения по такому заявлению, рассмотрение такого заявления прекращается, о чем в течение трех рабочих дней информируется представившее его лицо</w:t>
      </w:r>
    </w:p>
    <w:p>
      <w:r>
        <w:rPr>
          <w:b/>
        </w:rPr>
        <w:t xml:space="preserve">4. </w:t>
      </w:r>
      <w:r>
        <w:t>Апелляционная комиссия при рассмотрении заявления об обжаловании решения о приостановлении оценивает обоснованность принятия решения о приостановлении (наличие оснований для принятия органом регистрации прав такого решения, установленных статьей 26 настоящего Федерального закона)</w:t>
      </w:r>
    </w:p>
    <w:p>
      <w:r>
        <w:rPr>
          <w:b/>
        </w:rPr>
        <w:t xml:space="preserve">5. </w:t>
      </w:r>
      <w:r>
        <w:t>Апелляционная комиссия вправе запросить в органах государственной власти, а также в органах местного самоуправления, организациях и у физических лиц (заявителей, кадастровых инженеров) документы, материалы и информацию, необходимые для принятия решения по результатам рассмотрения заявления об обжаловании решения о приостановлении</w:t>
      </w:r>
    </w:p>
    <w:p>
      <w:r>
        <w:rPr>
          <w:b/>
        </w:rPr>
        <w:t xml:space="preserve">6. </w:t>
      </w:r>
      <w:r>
        <w:t>На заседании апелляционной комиссии вправе присутствовать (в том числе участвовать с использованием средств дистанционного взаимодействия) заявитель (заявители), иные заинтересованные лица, государственный регистратор прав, подготовивший уведомление о приостановлении</w:t>
      </w:r>
    </w:p>
    <w:p>
      <w:r>
        <w:rPr>
          <w:b/>
        </w:rPr>
        <w:t xml:space="preserve">7. </w:t>
      </w:r>
      <w:r>
        <w:t>Апелляционная комиссия в порядке, который установлен положением, указанным в части 7 статьи 311 настоящего Федерального закона, направляет заявителю (заявителям), иным заинтересованным лицам уведомление о поступлении (принятии к рассмотрению) заявления об обжаловании решения о приостановлении, о форме проведения заседания (в очной форме или в форме дистанционного участия), о времени и месте (при проведении заседания в очной форме) рассмотрения данного заявления</w:t>
      </w:r>
    </w:p>
    <w:p>
      <w:r>
        <w:rPr>
          <w:b/>
        </w:rPr>
        <w:t xml:space="preserve">8. </w:t>
      </w:r>
      <w:r>
        <w:t>В случае, если принятие решения о приостановлении признано апелляционной комиссией обоснованным (соответствующим основаниям, предусмотренным статьей 26 настоящего Федерального закона), в том числе если в уведомление о приостановлении включены не все подлежавшие отражению в нем основания или только отдельные включенные в него основания являются обоснованными, апелляционной комиссией принимается решение об отклонении заявления об обжаловании решения о приостановлении</w:t>
      </w:r>
    </w:p>
    <w:p>
      <w:r>
        <w:rPr>
          <w:b/>
        </w:rPr>
        <w:t xml:space="preserve">9. </w:t>
      </w:r>
      <w:r>
        <w:t>В случае, если принятие решения о приостановлении признано апелляционной комиссией необоснованным (все включенные в уведомление о приостановлении основания не соответствуют основаниям, предусмотренным статьей 26 настоящего Федерального закона) и отсутствуют иные основания для приостановления, указанные в статье 26 настоящего Федерального закона, не отраженные в уведомлении о приостановлении, апелляционной комиссией принимается решение об удовлетворении заявления об обжаловании решения о приостановлении</w:t>
      </w:r>
    </w:p>
    <w:p>
      <w:r>
        <w:rPr>
          <w:b/>
        </w:rPr>
        <w:t xml:space="preserve">10. </w:t>
      </w:r>
      <w:r>
        <w:t>В принятом апелляционной комиссией решении должны быть указаны обстоятельства, послужившие основанием для его принятия, с обязательной ссылкой на положения настоящего Федерального закона, других федеральных законов, иных нормативных правовых актов Российской Федерации</w:t>
      </w:r>
    </w:p>
    <w:p>
      <w:r>
        <w:rPr>
          <w:b/>
        </w:rPr>
        <w:t xml:space="preserve">11. </w:t>
      </w:r>
      <w:r>
        <w:t>Если принятие решения о приостановлении признано апелляционной комиссией обоснованным, но ею также было установлено, что в уведомление о приостановлении государственным регистратором прав не были включены все подлежавшие отражению в нем и предусмотренные статьей 26 настоящего Федерального закона основания для приостановления, апелляционная комиссия одновременно с направлением решения об отклонении заявления об обжаловании решения о приостановлении доводит эту информацию до сведения руководителя органа регистрации прав. В этом случае в решении апелляционной комиссии должны быть указаны все предусмотренные статьей 26 настоящего Федерального закона основания для приостановления, включая основания, не указанные в уведомлении о приостановлении</w:t>
      </w:r>
    </w:p>
    <w:p>
      <w:r>
        <w:rPr>
          <w:b/>
        </w:rPr>
        <w:t xml:space="preserve">12. </w:t>
      </w:r>
      <w:r>
        <w:t>Если принятие решения о приостановлении признано апелляционной комиссией обоснованным, но ею также было установлено, что не все причины приостановления, указанные в обжалуемом решении о приостановлении, являются обоснованными, в решении апелляционной комиссии должны быть указаны необоснованные причины приостановления с отметкой об отсутствии необходимости их устранения для возобновления учетно-регистрационных действий</w:t>
      </w:r>
    </w:p>
    <w:p>
      <w:r>
        <w:rPr>
          <w:b/>
        </w:rPr>
        <w:t xml:space="preserve">13. </w:t>
      </w:r>
      <w:r>
        <w:t>Резолютивная часть решения апелляционной комиссии объявляется на заседании апелляционной комиссии в день принятия ею решения</w:t>
      </w:r>
    </w:p>
    <w:p>
      <w:r>
        <w:rPr>
          <w:b/>
        </w:rPr>
        <w:t xml:space="preserve">14. </w:t>
      </w:r>
      <w:r>
        <w:t>Апелляционная комиссия, принявшая решение, указанное в части 8 или 9 настоящей статьи, в течение одного рабочего дня со дня принятия соответствующего решения информирует лицо, представившее заявление об обжаловании решения о приостановлении, о принятом решении способом и в форме, которые использованы этим лицом при представлении указанного заявления. Принятое апелляционной комиссией решение направляется в соответствующий орган регистрации прав в форме электронного документа, подписанного усиленной квалифицированной электронной подписью председателя или заместителя председателя апелляционной комиссии</w:t>
      </w:r>
    </w:p>
    <w:p>
      <w:r>
        <w:rPr>
          <w:b/>
        </w:rPr>
        <w:t xml:space="preserve">15. </w:t>
      </w:r>
      <w:r>
        <w:t>Решение апелляционной комиссии об удовлетворении заявления об обжаловании решения о приостановлении является основанием для отмены обжалованного и признанного апелляционной комиссией необоснованным решения о приостановлении, повторного рассмотрения государственным регистратором прав представленных на государственный кадастровый учет и (или) государственную регистрацию прав документов и принятия по ним решения. В течение одного рабочего дня со дня поступления в орган регистрации прав такого решения апелляционной комиссии заявитель уведомляется органом регистрации прав о поступлении такого решения и сроке окончания осуществления государственного кадастрового учета и (или) государственной регистрации прав. Течение срока, установленного частью 1 статьи 16 настоящего Федерального закона, начинается со дня поступления в орган регистрации прав решения об удовлетворении заявления об обжаловании решения о приостановлении. При этом часть срока, истекшая до принятия органом регистрации прав решения о приостановлении, не засчитывается в новый срок</w:t>
      </w:r>
    </w:p>
    <w:p>
      <w:r>
        <w:rPr>
          <w:b/>
        </w:rPr>
        <w:t xml:space="preserve">16. </w:t>
      </w:r>
      <w:r>
        <w:t>Решение об отклонении заявления об обжаловании решения о приостановлении или решение об удовлетворении заявления об обжаловании решения о приостановлении должно быть принято апелляционной комиссией в срок не более чем пятнадцать рабочих дней со дня поступления заявления об обжаловании решения о приостановлении в апелляционную комиссию</w:t>
      </w:r>
    </w:p>
    <w:p>
      <w:r>
        <w:rPr>
          <w:b/>
        </w:rPr>
        <w:t xml:space="preserve">17. </w:t>
      </w:r>
      <w:r>
        <w:t>Решение апелляционной комиссии об отклонении заявления об обжаловании решения о приостановлении может быть обжаловано в суд в порядке административного судопроизводства одновременно с обжалованием решения о приостановлении</w:t>
      </w:r>
    </w:p>
    <w:p>
      <w:r>
        <w:rPr>
          <w:b/>
        </w:rPr>
        <w:t xml:space="preserve">18. </w:t>
      </w:r>
      <w:r>
        <w:t>Повторная подача заявления об обжаловании решения о приостановлении в отношении одного и того же решения о приостановлении, ранее являвшегося предметом рассмотрения апелляционной комиссии, в том числе в другую апелляционную комиссию, не допускается.";</w:t>
      </w:r>
    </w:p>
    <w:p>
      <w:r>
        <w:rPr>
          <w:b/>
        </w:rPr>
        <w:t xml:space="preserve">18. </w:t>
      </w:r>
      <w:r>
        <w:t>(Пункт исключен - Федеральный закон от 26.12.2024 № 482-ФЗ) 9) в статье 40:</w:t>
      </w:r>
    </w:p>
    <w:p>
      <w:r>
        <w:rPr>
          <w:b/>
        </w:rPr>
        <w:t xml:space="preserve">18. </w:t>
      </w:r>
      <w:r>
        <w:t>в статье 64:</w:t>
      </w:r>
    </w:p>
    <w:p>
      <w:r>
        <w:rPr>
          <w:b/>
        </w:rPr>
        <w:t xml:space="preserve">18. </w:t>
      </w:r>
      <w:r>
        <w:t>в части 6 слова "пунктом 72" заменить словами "пунктом 74"</w:t>
      </w:r>
    </w:p>
    <w:p>
      <w:r>
        <w:rPr>
          <w:b/>
        </w:rPr>
        <w:t xml:space="preserve">18. </w:t>
      </w:r>
      <w:r>
        <w:t>в части 71 слова "пунктом 72" заменить словами "пунктом 74"</w:t>
      </w:r>
    </w:p>
    <w:p>
      <w:r>
        <w:rPr>
          <w:b/>
        </w:rPr>
        <w:t xml:space="preserve">18. </w:t>
      </w:r>
      <w:r>
        <w:t>часть 1 изложить в следующей редакции: "1. Государственный регистратор прав является федеральным государственным гражданским служащим, должностным лицом органа регистрации прав, прошедшим повышение квалификации (специальные курсы), сдавшим экзамен на соответствие требованиям, предъявляемым к государственным регистраторам прав, имеющим либо высшее образование по направлениям подготовки "Юриспруденция" и (или) "Землеустройство и кадастры" и стаж работы по юридической специальности и (или) в области землеустройства и кадастра не менее чем три года или стаж работы в органе регистрации прав не менее чем два года, либо иное высшее образование и стаж работы в органе регистрации прав не менее чем три года и наделенным государственными полномочиями по осуществлению государственного кадастрового учета и государственной регистрации прав. Порядок наделения государственного регистратора прав государственными полномочиями по осуществлению государственного кадастрового учета и государственной регистрации прав устанавливается органом нормативно-правового регулирования."</w:t>
      </w:r>
    </w:p>
    <w:p>
      <w:r>
        <w:rPr>
          <w:b/>
        </w:rPr>
        <w:t xml:space="preserve">18. </w:t>
      </w:r>
      <w:r>
        <w:t>дополнить частью 11 следующего содержания: "11. Порядок приостановления и прекращения полномочий государственного регистратора прав устанавливается органом нормативно-правового регулирования.". (Пункт в редакции Федерального закона от 28.12.2025 № 491-ФЗ)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статью 261, пункт 17 части 8 статьи 30 и пункт 13 части 6 статьи 303 Федерального закона от 24 июля 2007 года № 221-ФЗ "О кадастровой деятельности" (Собрание законодательства Российской Федерации, 2007, № 31, ст. 4017; 2016, № 1, ст. 72; № 27, ст. 4294)</w:t>
      </w:r>
    </w:p>
    <w:p>
      <w:r>
        <w:t>пункт 4 статьи 1 Федерального закона от 30 декабря 2015 года № 452-ФЗ "О внесении изменений в Федеральный закон "О государственном кадастре недвижимости" и статью 76 Федерального закона "Об образовании в Российской Федерации" в части совершенствования деятельности кадастровых инженеров" (Собрание законодательства Российской Федерации, 2016, № 1, ст. 72)</w:t>
      </w:r>
    </w:p>
    <w:p>
      <w:r>
        <w:t>пункт 9 статьи 22 Федерального закона от 3 июля 2016 года № 361-ФЗ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2016, № 27, ст. 4294)</w:t>
      </w:r>
    </w:p>
    <w:p>
      <w:r>
        <w:t>пункт 1 статьи 13 Федерального закона от 30 апреля 2021 года № 120-ФЗ "О внесении изменений в Федеральный закон "О государственной регистрации недвижимости" и отдельные законодательные акты Российской Федерации" (Собрание законодательства Российской Федерации, 2021, № 18, ст. 3064)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2026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1, 2, подпункт "в" пункта 3 и пункт 4 статьи 1 настоящего Федерального закона вступают в силу с 1 января 2025 года</w:t>
      </w:r>
    </w:p>
    <w:p>
      <w:r>
        <w:rPr>
          <w:b/>
        </w:rPr>
        <w:t xml:space="preserve">21. </w:t>
      </w:r>
      <w:r>
        <w:t>Подпункт "а" пункта 10 статьи 1 настоящего Федерального закона вступает в силу с 1 января 2027 года. (Дополнение частью - Федеральный закон от 28.12.2025 № 491-ФЗ)</w:t>
      </w:r>
    </w:p>
    <w:p>
      <w:r>
        <w:rPr>
          <w:b/>
        </w:rPr>
        <w:t xml:space="preserve">3. </w:t>
      </w:r>
      <w:r>
        <w:t>Действие положений части 1 статьи 64 Федерального закона от 13 июля 2015 года № 218-ФЗ "О государственной регистрации недвижимости" (в редакции настоящего Федерального закона) не распространяется на федеральных государственных гражданских служащих, являющихся государственными регистраторами прав, которые наделены до дня вступления в силу настоящего Федерального закона государственными полномочиями по осуществлению государственного кадастрового учета недвижимого имущества и государственной регистрации прав на недвижимое имущество и сделок с ним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