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52, ст. 6236; 2009, № 19, ст. 2272; № 29, ст. 3612; № 48, ст. 5726; 2010, № 19, ст. 2290; 2011, № 17, ст. 2317; № 30, ст. 4596; № 49, ст. 7062; № 50, ст. 7354; 2012, № 29, ст. 3988; № 53, ст. 7582; 2013, № 23, ст. 2866; № 27, ст. 3477; № 30, ст. 4025, 4031; 2014, № 26, ст. 3376; 2015, № 1, ст. 43, 76; № 27, ст. 3993, 3995; № 41, ст. 5628; 2016, № 15, ст. 2066; № 23, ст. 3277; № 27, ст. 4217; № 48, ст. 6736; 2017, № 17, ст. 2460; № 31, ст. 4751; № 50, ст. 7544; 2018, № 7, ст. 975; № 17, ст. 2428; № 24, ст. 3414; № 52, ст. 8096; № 53, ст. 8490; 2019, № 27, ст. 3537; 2020, № 31, ст. 5031, 5032; 2021, № 1, ст. 63; № 15, ст. 2454; № 18, ст. 3071, 3082; 2022, № 1, ст. 31; 2023, № 10, ст. 1572; № 26, ст. 4680; № 49, ст. 8681; 2024, № 1, ст. 32, 65; № 25, ст. 3403) следующие изменения</w:t>
      </w:r>
    </w:p>
    <w:p>
      <w:r>
        <w:t>в статье 2: а) пункт 34 после слов "пользователем объекта спорта" дополнить словами "и иного спортивного сооружения"; б) пункт 41 после слов "объект спорта" дополнить словами "и иное спортивное сооружение"; в) пункт 7 изложить в следующей редакции: "7) объект спорта - спортивное сооружение, являющееся объектом недвижимого имущества, в том числе единым недвижимым комплексом, и предназначенное для проведения физкультурных мероприятий и (или) спортивных мероприятий;"</w:t>
      </w:r>
    </w:p>
    <w:p>
      <w:r>
        <w:t>в статье 6: а) пункт 14 изложить в следующей редакции: "14) организация строительства, реконструкции и ремонта объектов спорта, создания и содержания иных спортивных сооружений, находящихся в федеральной собственности;"; б) пункт 19 дополнить словами "и иных спортивных сооружениях"</w:t>
      </w:r>
    </w:p>
    <w:p>
      <w:r>
        <w:t>в статье 8: а) часть 1 дополнить пунктом 96 следующего содержания: "96) организация строительства, реконструкции и ремонта объектов спорта, создания и содержания иных спортивных сооружений, находящихся в собственности субъектов Российской Федерации;"; б) часть 2 дополнить пунктом 7 следующего содержания: "7) участвовать в организации строительства, реконструкции и ремонта объектов спорта, создания и содержания иных спортивных сооружений, находящихся в федеральной собственности, муниципальной собственности, а также в собственности юридических лиц, в том числе физкультурно-спортивных организаций, или физических лиц."</w:t>
      </w:r>
    </w:p>
    <w:p>
      <w:r>
        <w:t>часть 1 статьи 9 дополнить пунктом 91 следующего содержания: "91) организация строительства, реконструкции и ремонта объектов спорта, создания и содержания иных спортивных сооружений, находящихся в муниципальной собственности;"</w:t>
      </w:r>
    </w:p>
    <w:p>
      <w:r>
        <w:t>статью 91 дополнить пунктом 6 следующего содержания: "6) участвовать в организации строительства, реконструкции и ремонта объектов спорта, создания и содержания иных спортивных сооружений, находящихся в федеральной собственности, собственности субъектов Российской Федерации, а также в собственности юридических лиц, в том числе физкультурно-спортивных организаций, или физических лиц."</w:t>
      </w:r>
    </w:p>
    <w:p>
      <w:r>
        <w:t>пункт 1 части 4 статьи 19 изложить в следующей редакции: "1) строительства, реконструкции и ремонта объектов спорта, создания и содержания иных спортивных сооружений;"</w:t>
      </w:r>
    </w:p>
    <w:p>
      <w:r>
        <w:t>в статье 20: а) часть 1 после слов "пользователями объектов спорта" дополнить словами "и иных спортивных сооружений", после слов "пользователей объектов спорта" дополнить словами "и иных спортивных сооружений"; б) часть 13 после слов "пользователи объектов спорта" дополнить словами "и иных спортивных сооружений"; в) часть 19 после слов "пользователи объектов спорта" дополнить словами "и иных спортивных сооружений"; г) часть 21 после слов "пользователи объектов спорта" дополнить словами "и иных спортивных сооружений", после слов "пользователями объектов спорта" дополнить словами "и иных спортивных сооружений"; д) часть 71 после слов "пользователи объектов спорта" дополнить словами "и иных спортивных сооружений"; е) абзац первый части 17 после слов "пользователи объектов спорта" дополнить словами "и иных спортивных сооружений"</w:t>
      </w:r>
    </w:p>
    <w:p>
      <w:r>
        <w:t>в статье 202: а) часть 1 после слов "пользователи объектов спорта" дополнить словами "и иных спортивных сооружений"; б) пункт 4 части 3 после слов "пользователем объекта спорта" дополнить словами "и иного спортивного сооружения"; в) в части 4: в пункте 5 после слов "пользователей объектов спорта" дополнить словами "и иных спортивных сооружений", слова "или объекту спорта," заменить словами ", объекту спорта или иному спортивному сооружению,"; пункт 7 после слов "пользователями объектов спорта" дополнить словами "и иных спортивных сооружений"</w:t>
      </w:r>
    </w:p>
    <w:p>
      <w:r>
        <w:t>часть 5 статьи 205 после слов "объектов спорта" дополнить словами "и иных спортивных сооружений"</w:t>
      </w:r>
    </w:p>
    <w:p>
      <w:r>
        <w:t>часть 3 статьи 207 после слов "объектов спорта," дополнить словом "иных"</w:t>
      </w:r>
    </w:p>
    <w:p>
      <w:r>
        <w:t>пункт 1 части 2 статьи 24 дополнить словами "и иных спортивных сооружениях"</w:t>
      </w:r>
    </w:p>
    <w:p>
      <w:r>
        <w:t>пункт 2 части 1 статьи 30 после слов "объекты спорта" дополнить словами "и иные спортивные сооружения"</w:t>
      </w:r>
    </w:p>
    <w:p>
      <w:r>
        <w:t>в части 5 статьи 302: а) пункт 1 после слов "объектов спорта," дополнить словами "создания и содержания иных"; б) пункт 2 после слов "объектов спорта," дополнить словом "иных"</w:t>
      </w:r>
    </w:p>
    <w:p>
      <w:r>
        <w:t>пункт 1 части 1 статьи 344 после слов "объектами спорта" дополнить словами "и иными спортивными сооружениями"</w:t>
      </w:r>
    </w:p>
    <w:p>
      <w:r>
        <w:t>в статье 37: а) наименование дополнить словами "и иные спортивные сооружения"; б) часть 2 после слов "Объекты спорта" дополнить словами "и иные спортивные сооружения"; в) часть 3 изложить в следующей редакции: "3. Потребности в обеспеченности населения объектами спорта определяются в соответствии с законодательством о градостроительной деятельности."; г) в части 4 слова "градостроительными регламентами" заменить словами "документами градостроительного зонирования"; д) часть 5 изложить в следующей редакции: "5. Архитектурно-строительное проектирование, строительство и реконструкция объектов спорта осуществляются в соответствии с законодательством о градостроительной деятельности, в том числе с соблюдением требований об обеспечении беспрепятственного доступа инвалидов к объектам спорта."; е) часть 6 после слов "объекты спорта" дополнить словами "и иные спортивные сооружения", дополнить словами "и иных спортивных сооружениях"; ж) часть 61 после слов "объектов спорта" дополнить словами "и иных спортивных сооружений"; з) дополнить частью 81 следующего содержания: "81. Использование спортивного сооружения, не являющегося объектом недвижимого имущества, для проведения физкультурного мероприятия или спортивного мероприятия, включенных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осуществляется по решению органа исполнительной власти субъекта Российской Федерации, на территории которого планируется проведение таких физкультурного мероприятия или спортивного мероприятия, в порядке, установленном Правительством Российской Федерации."; и) в части 10: абзац первый после слов "объектов спорта" дополнить словами "и иных спортивных сооружений"; пункт 1 после слов "объектов спорта" дополнить словами "и иных спортивных сооружений"</w:t>
      </w:r>
    </w:p>
    <w:p>
      <w:r>
        <w:t>в статье 38: а) пункт 11 части 1 изложить в следующей редакции: "11) реализация программ развития физической культуры и спорта в Российской Федерации, в том числе организация строительства, реконструкции и ремонта объектов спорта, создания и содержания иных спортивных сооружений, находящихся в федеральной собственности;"; б) пункт 1 части 2 изложить в следующей редакции: "1) организация и осуществление региональных программ и проектов и межмуниципальных программ и проектов в области физической культуры и спорта, в том числе организация строительства, реконструкции и ремонта объектов спорта, создания и содержания иных спортивных сооружений, находящихся в собственности субъектов Российской Федерации;"; в) часть 4 дополнить пунктом 22 следующего содержания: "22) организация строительства, реконструкции и ремонта объектов спорта, создания и содержания иных спортивных сооружений, находящихся в муниципальной собственности;"; г) дополнить частью 42 следующего содержания: "42. Федеральные органы исполнительной власти за счет средств федерального бюджета вправе участвовать в организации строительства, реконструкции и ремонта объектов спорта, создания и содержания иных спортивных сооружений, находящихся в собственности субъектов Российской Федерации, муниципальной собственности, а также в собственности юридических лиц, в том числе физкультурно-спортивных организаций, или физических лиц."</w:t>
      </w:r>
    </w:p>
    <w:p>
      <w:r>
        <w:rPr>
          <w:b/>
        </w:rPr>
        <w:t>Статья 2</w:t>
      </w:r>
    </w:p>
    <w:p>
      <w:r>
        <w:t>Пункт 2 статьи 16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2011, № 30, ст. 4566; 2017, № 31, ст. 4827; 2018, № 1, ст. 17; № 49, ст. 7520; 2020, № 17, ст. 2723; № 52, ст. 8582; 2021, № 27, ст. 5173; 2022, № 1, ст. 56; № 13, ст. 1963; 2023, № 12, ст. 1881; 2024, № 8, ст. 1033; № 23, ст. 3040) дополнить подпунктом 21 следующего содержания: "21) на спортивных сооружениях, не указанных в подпункте 2 настоящего пункта, во время проведения на них физкультурных или спортивных мероприятий;".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