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 и статьи 69 и 100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31, ст. 4161; 2012, № 26, ст. 3446; 2013, № 48, ст. 6165; 2014, № 52, ст. 7540; 2015, № 29, ст. 4367, 4388; 2016, № 27, ст. 4238; 2017, № 31, ст. 4791; 2019, № 23, ст. 2917; № 31, ст. 4456; № 52, ст. 7793; 2020, № 14, ст. 2035; 2021, № 24, ст. 4188; 2023, № 18, ст. 3226; 2024, № 6, ст. 764) следующие изменения</w:t>
      </w:r>
    </w:p>
    <w:p>
      <w:r>
        <w:t>в пункте 3 статьи 6 слова "(амбулаториями, фельдшерскими и фельдшерско-акушерскими пунктами, центрами (отделениями) общей врачебной (семейной) практики)" исключить</w:t>
      </w:r>
    </w:p>
    <w:p>
      <w:r>
        <w:t>в части 2 статьи 93 слова "(амбулаториями, фельдшерскими и фельдшерско-акушерскими пунктами, центрами (отделениями) общей врачебной (семейной) практики)" исключить</w:t>
      </w:r>
    </w:p>
    <w:p>
      <w:r>
        <w:t>в части 1 статьи 52 слова "(амбулаториями, фельдшерскими и фельдшерско-акушерскими пунктами, центрами (отделениями) общей врачебной (семейной) практики)" исключить</w:t>
      </w:r>
    </w:p>
    <w:p>
      <w:r>
        <w:t>в статье 55: а) в части 1 слова "(амбулаториями, фельдшерскими и фельдшерско-акушерскими пунктами, центрами (отделениями) общей врачебной (семейной) практики)" исключить; б) в части 2 слова "(амбулаториями, фельдшерскими и фельдшерско-акушерскими пунктами, центрами (отделениями) общей врачебной (семейной) практики)" исключить; в) в части 5 слова "(амбулаторий, фельдшерских и фельдшерско-акушерских пунктов, центров (отделений) общей врачебной (семейной) практики)" исключить</w:t>
      </w:r>
    </w:p>
    <w:p>
      <w:r>
        <w:t>в части 2 статьи 63 слова "(амбулатории, фельдшерские и фельдшерско-акушерские пункты, центры (отделения) общей врачебной (семейной) практики)" исключить</w:t>
      </w:r>
    </w:p>
    <w:p>
      <w:r>
        <w:t>в части 2 статьи 69 слова "(амбулаторией, фельдшерским и фельдшерско-акушерским пунктами, центром (отделением) общей врачебной (семейной) практики)" исключить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№ 52, ст. 6951; 2014, № 49, ст. 6927; 2016, № 1, ст. 9; 2019, № 52, ст. 7796; 2021, № 27, ст. 5140; 2022, № 29, ст. 5242; 2023, № 32, ст. 6194) следующие изменения</w:t>
      </w:r>
    </w:p>
    <w:p>
      <w:r>
        <w:t>в пункте 2 части 2 статьи 69 слова "(амбулаториях, фельдшерских и фельдшерско-акушерских пунктах, центрах (отделениях) общей врачебной (семейной) практики)" исключить</w:t>
      </w:r>
    </w:p>
    <w:p>
      <w:r>
        <w:t>в пункте 2 части 1 статьи 100 слова "(амбулаториях, фельдшерских и фельдшерско-акушерских пунктах, центрах (отделениях) общей врачебной (семейной) практики)"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