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сельского хозяйства"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264-ФЗ "О развитии сельского хозяйства" (Собрание законодательства Российской Федерации, 2007, № 1, ст. 27; 2011, № 31, ст. 4700; 2013, № 27, ст. 3477; № 30, ст. 4069; 2015, № 1, ст. 20; 2018, № 1, ст. 8; № 32, ст. 5073; № 49, ст. 7518; 2020, № 42, ст. 6517; 2021, № 24, ст. 4193; № 27, ст. 5146; 2022, № 24, ст. 3929; 2023, № 32, ст. 6217; 2024, № 26, ст. 3562) следующие изменения</w:t>
      </w:r>
    </w:p>
    <w:p>
      <w:r>
        <w:t>в статье 5: а) пункт 1 части 3 дополнить словами ", организаций и индивидуальных предпринимателей, осуществляющих производство из продукции (сырья), не относящейся к сельскохозяйственной, лекарственных средств для ветеринарного применения, кормовых и пищевых добавок, ферментных препаратов в соответствии с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 (далее - организации и индивидуальные предприниматели, осуществляющие производство лекарственных средств для ветеринарного применения, кормовых и пищевых добавок, ферментных препаратов)"; б) пункт 3 части 4 дополнить словами ", организаций и индивидуальных предпринимателей, осуществляющих производство лекарственных средств для ветеринарного применения, кормовых и пищевых добавок, ферментных препаратов"</w:t>
      </w:r>
    </w:p>
    <w:p>
      <w:r>
        <w:t>пункт 1 статьи 6 после слов "настоящего Федерального закона" дополнить словами ", организациям и индивидуальным предпринимателям, осуществляющим производство лекарственных средств для ветеринарного применения, кормовых и пищевых добавок, ферментных препаратов"</w:t>
      </w:r>
    </w:p>
    <w:p>
      <w:r>
        <w:t>в части 1 статьи 7: а) пункт 1 дополнить подпунктом "в1" следующего содержания: "в1) организаций и индивидуальных предпринимателей, осуществляющих производство лекарственных средств для ветеринарного применения, кормовых и пищевых добавок, ферментных препаратов;"; б) дополнить пунктом 17 следующего содержания: "17) поддержка организаций и индивидуальных предпринимателей, осуществляющих производство лекарственных средств для ветеринарного применения, кормовых и пищевых добавок, ферментных препаратов."</w:t>
      </w:r>
    </w:p>
    <w:p>
      <w:r>
        <w:t>часть 2 статьи 11 дополнить пунктом 4 следующего содержания: "4) организаций и индивидуальных предпринимателей, осуществляющих производство лекарственных средств для ветеринарного применения, кормовых и пищевых добавок, ферментных препаратов."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