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19, ст. 2326; № 23, ст. 2878; № 48, ст. 6165; 2014, № 22, ст. 2769; № 23, ст. 2933; № 30, ст. 4217; 2016, № 1, ст. 9; № 27, ст. 4219, 4246; 2018, № 28, ст. 4152; 2019, № 30, ст. 4134; № 49, ст. 6962; № 52, ст. 7833; 2020, № 12, ст. 1645; № 22, ст. 3379; № 31, ст. 5062; 2021, № 1, ст. 56; № 18, ст. 3058, 3071; № 22, ст. 3679; № 27, ст. 5148, 5150; 2022, № 1, ст. 41; № 29, ст. 5229, 5262, 5265, 5266, 5267; № 39, ст. 6541; № 48, ст. 8316; 2023, № 1, ст. 78; № 25, ст. 4445; № 26, ст. 4691; № 32, ст. 6200, 6211; № 52, ст. 9531; 2024, № 1, ст. 66) следующие изменения</w:t>
      </w:r>
    </w:p>
    <w:p>
      <w:r>
        <w:t>в пункте 7 части 1 статьи 3 слова "форм обучения, методов обучения и воспитания" заменить словами "форм, методов и средств обучения и воспитания"</w:t>
      </w:r>
    </w:p>
    <w:p>
      <w:r>
        <w:t>часть 6 статьи 28 дополнить пунктом 4 следующего содержания: "4) создавать специальные условия для получения образования обучающимися с ограниченными возможностями здоровья, инвалидами (детьми-инвалидами)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 и абилитации инвалида (ребенка-инвалида)."</w:t>
      </w:r>
    </w:p>
    <w:p>
      <w:r>
        <w:t>в части 5 статьи 41 третье предложение изложить в следующей редакции: "Основанием для организации обучения на дому являются обращение в письменной форме родителей (законных представителей) и медицинское заключение, выданное медицинской организацией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о наличии у ребенка заболевания, включенного в перечень заболеваний, наличие которых дает право на обучение по основным общеобразовательным программам на дому,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здравоохранения.", дополнить предложением следующего содержания: "Основанием для организации обучения в медицинской организации являются обращение в письменной форме родителей (законных представителей) и справка, выданная медицинской организацией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подтверждающая факт госпитализации ребенка в медицинскую организацию, оказывающую специализированную, в том числе высокотехнологичную, медицинскую помощь."</w:t>
      </w:r>
    </w:p>
    <w:p>
      <w:r>
        <w:t>в статье 42: а) часть 4 изложить в следующей редакции: "4. Центр психолого-педагогической, медицинской и социальной помощи наряду с помощью, предусмотренной частью 1 настоящей статьи, также:</w:t>
      </w:r>
    </w:p>
    <w:p>
      <w:r>
        <w:t>оказывает помощь организациям, осуществляющим образовательную деятельность, по вопросам реализации основных общеобразовательных программ, включая адаптированные основные общеобразовательные программы, по вопросам обучения и воспитания обучающихся, в том числе в части: а) психолого-педагогического сопровождения реализации основных общеобразовательных программ, включая адаптированные основные общеобразовательные программы; б) методической помощи в разработке и реализации основных общеобразовательных программ, включая адаптированные основные общеобразовательные программы, в разработке и реализации индивидуальных учебных планов; в) методической помощи в выборе оптимальных форм, методов и средств обучения и воспитания обучающихся; г) методической помощи в выявлении и устранении потенциальных препятствий к обучению и воспитанию обучающихся</w:t>
      </w:r>
    </w:p>
    <w:p>
      <w:r>
        <w:t>осуществляет мониторинг эффективности оказываемой организациями, осуществляющими образовательную деятельность, психолого-педагогической, медицинской и социальной помощи детям, испытывающим трудности в освоении основных общеобразовательных программ, развитии и социальной адаптации."; б) в части 5 первое предложение изложить в следующей редакции: "При центрах психолого-педагогической, медицинской и социальной помощи создаются психолого-медико-педагогические комиссии в целях своевременного выявления детей, имеющих особенности физического и (или) психического развития и (или) отклонения в поведении, проведения их комплексного психолого-медико-педагогического обследования и подготовки по его результатам рекомендаций по организации обучения и воспитания, а также подтверждения, уточнения или изменения ранее данных рекомендаций."; в) дополнить частью 7 следующего содержания: "7. Типовой порядок организации деятельности по оказанию психолого-педагогической, медицинской и социальной помощи, в том числе типовой порядок деятельности центра психолого-педагогической, медицинской и социальной помощи,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</w:t>
      </w:r>
    </w:p>
    <w:p>
      <w:r>
        <w:t>в части 5 статьи 43 слова "и различными формами умственной отсталости" заменить словами "или нарушением интеллекта"</w:t>
      </w:r>
    </w:p>
    <w:p>
      <w:r>
        <w:t>в пункте 2 части 3 статьи 47 слова "средств, методов" заменить словами "методов и средств"</w:t>
      </w:r>
    </w:p>
    <w:p>
      <w:r>
        <w:t>пункт 6 части 1 статьи 48 изложить в следующей редакции: "6)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инвалидами (детьми-инвалидами) в части реализации адаптированных образовательных программ, использования форм, методов и средств обучения и воспитания, взаимодействовать при необходимости с медицинскими организациями и центрами психолого-педагогической, медицинской и социальной помощи;"</w:t>
      </w:r>
    </w:p>
    <w:p>
      <w:r>
        <w:t>в части 13 статьи 60 слова "с различными формами умственной отсталости" заменить словами "с нарушением интеллекта"</w:t>
      </w:r>
    </w:p>
    <w:p>
      <w:r>
        <w:t>в статье 79: а) наименование дополнить словами ", инвалидами (детьми-инвалидами)"; б) часть 1 изложить в следующей редакции: "1. Условия организации обучения и воспитания обучающихся с ограниченными возможностями здоровья, инвалидов (детей-инвалидов) определяются в рекомендациях психолого-медико-педагогической комиссии, а для инвалидов (детей-инвалидов) также в соответствии с индивидуальной программой реабилитации и абилитации инвалида (ребенка-инвалида)."; в) в части 2 первое предложение изложить в следующей редакции: "Общее образование обучающихся с ограниченными возможностями здоровья, инвалидов (детей-инвалидов) осуществляется в организациях, осуществляющих образовательную деятельность по адаптированным основным общеобразовательным программам, в соответствии с рекомендациями психолого-медико-педагогической комиссии."; г) часть 3 изложить в следующей редакции: "3. Под специальными условиями для получения образования обучающимися с ограниченными возможностями здоровья, инвалидами (детьми-инвалидами) в настоящем Федеральном законе понимаются:</w:t>
      </w:r>
    </w:p>
    <w:p>
      <w:r>
        <w:t>условия обучения, воспитания и развития, обеспечивающие адаптацию содержания образования и включающие в себя использование адаптированных образовательных программ, методов и средств обучения и воспитания, учитывающих особенности психофизического развития таких обучающихся и состояние их здоровья</w:t>
      </w:r>
    </w:p>
    <w:p>
      <w:r>
        <w:t>проведение групповых и индивидуальных коррекционных занятий</w:t>
      </w:r>
    </w:p>
    <w:p>
      <w:r>
        <w:t>обеспечение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</w:t>
      </w:r>
    </w:p>
    <w:p>
      <w:r>
        <w:t>обеспечение предоставления услуг ассистента (помощника), оказывающего необходимую техническую помощь, переводчика русского жестового языка (сурдопереводчика, тифлосурдопереводчика), а также педагогических работников в соответствии с рекомендациями психолого-медико-педагогической комиссии</w:t>
      </w:r>
    </w:p>
    <w:p>
      <w:r>
        <w:t>обеспечение доступа в здания и помещения организаций, осуществляющих образовательную деятельность</w:t>
      </w:r>
    </w:p>
    <w:p>
      <w:r>
        <w:t>другие условия, без которых освоение образовательных программ обучающимися с ограниченными возможностями здоровья, инвалидами (детьми-инвалидами) невозможно или затруднено."; д) в части 5 слова "с умственной отсталостью" заменить словами "с нарушением интеллекта", слова "со сложными дефектами" заменить словами "с тяжелыми множественными нарушениями развития"; е) в части 9 слова "с различными формами умственной отсталости" заменить словами "с нарушением интеллекта"; ж) часть 10 дополнить словами ", инвалидами (детьми-инвалидами)"; з) часть 11 изложить в следующей редакции: "11. Обеспечение обучающихся с ограниченными возможностями здоровья, инвалидов (детей-инвалидов) бесплатными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тифлосурдопереводчиков), а также педагогических работников в соответствии с рекомендациями психолого-медико-педагогической комиссии являются расходными обязательствами субъекта Российской Федерации в отношении таких обучающихся, за исключением обучающихся за счет бюджетных ассигнований федерального бюджета. Для обучающихся за счет бюджетных ассигнований федерального бюджета обеспечение указанных специальных условий является расходным обязательством Российской Федерации."</w:t>
      </w:r>
    </w:p>
    <w:p>
      <w:r>
        <w:t>в пункте 5 части 20 статьи 98 слова "для организации обучения и воспитания ребенка-инвалида в соответствии с индивидуальной программой реабилитации инвалида (при наличии)" заменить словами "для получения образования обучающимися с ограниченными возможностями здоровья, инвалидами (детьми-инвалидами)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 и абилитации инвалида (ребенка-инвалида)"</w:t>
      </w:r>
    </w:p>
    <w:p>
      <w:r>
        <w:t>часть 2 статьи 99 после слов "с ограниченными возможностями здоровья," дополнить словами "инвалидами (детьми-инвалидами),"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