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отходах производства и потребления" и отдельные законодательные акты Российской Федерации</w:t>
      </w:r>
    </w:p>
    <w:p>
      <w:r>
        <w:rPr>
          <w:b/>
        </w:rPr>
        <w:t>Статья 1</w:t>
      </w:r>
    </w:p>
    <w:p>
      <w:r>
        <w:t>Внести в Федеральный закон от 24 июня 1998 года № 89-ФЗ "Об отходах производства и потребления" (Собрание законодательства Российской Федерации, 1998, № 26, ст. 3009; 2004, № 35, ст. 3607; 2006, № 1, ст. 10; 2007, № 46, ст. 5554; 2009, № 1, ст. 17; 2011, № 30, ст. 4590, 4596; 2012, № 26, ст. 3446; 2014, № 30, ст. 4220, 4262; 2015, № 1, ст. 11; 2016, № 1, ст. 24; № 15, ст. 2066; 2018, № 1, ст. 87; 2019, № 30, ст. 4127; № 52, ст. 7768; 2021, № 24, ст. 4188; № 27, ст. 5184; 2022, № 41, ст. 6953; 2023, № 32, ст. 6183, 6208) следующие изменения</w:t>
      </w:r>
    </w:p>
    <w:p>
      <w:r>
        <w:t>в статье 5: а) абзац тридцатый изложить в следующей редакции: "установление порядка разработки нормативов образования отходов и лимитов на их размещение;"; б) абзац пятьдесят четвертый изложить в следующей редакции: "утверждение методических указаний по разработке нормативов образования отходов и лимитов на их размещение;"</w:t>
      </w:r>
    </w:p>
    <w:p>
      <w:r>
        <w:t>абзацы восьмой и двадцатый статьи 6 признать утратившими силу</w:t>
      </w:r>
    </w:p>
    <w:p>
      <w:r>
        <w:t>абзац третий пункта 2 статьи 11 изложить в следующей редакции: "разрабатывать нормативы образования отходов и лимиты на их размещение;"</w:t>
      </w:r>
    </w:p>
    <w:p>
      <w:r>
        <w:t>наименование главы IV изложить в следующей редакции: "ГЛАВА IV. НОРМАТИВЫ ОБРАЗОВАНИЯ ОТХОДОВ И ЛИМИТЫ НА ИХ РАЗМЕЩЕНИЕ, УЧЕТ И ОТЧЕТНОСТЬ В ОБЛАСТИ ОБРАЩЕНИЯ С ОТХОДАМИ, ГОСУДАРСТВЕННЫЙ КАДАСТР ОТХОДОВ"</w:t>
      </w:r>
    </w:p>
    <w:p>
      <w:r>
        <w:t>в статье 18: а) наименование изложить в следующей редакции: "Статья 18. Нормативы образования отходов и лимиты на их размещение"; б) пункт 3 изложить в следующей редакции: "3. Для юридических лиц или индивидуальных предпринимателей, осуществляющих хозяйственную и (или) иную деятельность на определенных в соответствии с законодательством в области охраны окружающей среды объектах I категории и на объектах II категории в случае выдачи на объекты II категории комплексного экологического разрешения при наличии соответствующих отраслевых информационно-технических справочников по наилучшим доступным технологиям, нормативы образования отходов и лимиты на их размещение устанавливаются в составе комплексного экологического разрешения, предусмотренного законодательством в области охраны окружающей среды."; в) пункт 4 изложить в следующей редакции: "4. Юридические лица и индивидуальные предприниматели, осуществляющие хозяйственную и (или) иную деятельность на объектах II категории, определенных в соответствии с законодательством в области охраны окружающей среды, за исключением объектов II категории, указанных в пункте 3 настоящей статьи, информацию об объеме или о массе образовавшихся и размещенных отходов включают в декларацию о воздействии на окружающую среду в соответствии с законодательством в области охраны окружающей среды."; г) пункт 7 изложить в следующей редакции: "7. Порядок разработки и установления в составе комплексного экологического разрешения нормативов образования отходов и лимитов на их размещение применительно к хозяйственной и (или) иной деятельности юридических лиц, индивидуальных предпринимателей на объектах I и II категорий, указанных в пункте 3 настоящей статьи, устанавливает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w:t>
      </w:r>
    </w:p>
    <w:p>
      <w:r>
        <w:t>в статье 242-1: а) пункт 14 изложить в следующей редакции: "14. В случае, если в предыдущем календарном году производителями товаров, импортерами товаров обеспечена самостоятельная утилизация отходов от использования товаров, упаковки в размере, превышающем массу отходов от использования товаров, упаковки, подлежащую утилизации в таком календарном году (далее - перевыполнение), масса отходов от использования товаров, упаковки, подлежащая утилизации в текущем календарном году, уменьшается на размер перевыполнения. При расчете размера такого перевыполнения не учитывается понижающий коэффициент к нормативу утилизации отходов от использования товаров, массе произведенной, ввезенной упаковки, отходы от использования которых подлежат утилизации, предусмотренный пунктом 15 настоящей статьи."; б) в пункте 15: слово "Размер" заменить словами "Правила расчета и применения"; дополнить абзацем следующего содержания: "При расчете понижающего коэффициента производителем товара не учитывается масса вторичного сырья, которое в соответствии с перечнем, указанным в пункте 6 настоящей статьи, является товаром (продукцией), который может быть произведен при утилизации отходов от использования товаров в целях исполнения обязанности по обеспечению самостоятельной утилизации отходов от использования товаров, и масса которого учтена в качестве обеспечения исполнения самостоятельной утилизации отходов от использования товаров."</w:t>
      </w:r>
    </w:p>
    <w:p>
      <w:r>
        <w:rPr>
          <w:b/>
        </w:rPr>
        <w:t>Статья 2</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2009, № 52, ст. 6450; 2011, № 30, ст. 4590, 4596; № 48, ст. 6732; 2012, № 26, ст. 3446; 2013, № 30, ст. 4059; № 52, ст. 6971; 2014, № 30, ст. 4220; № 48, ст. 6642; 2015, № 1, ст. 11; № 27, ст. 3994; 2016, № 15, ст. 2066; № 27, ст. 4187; 2018, № 31, ст. 4841; 2019, № 30, ст. 4097; № 52, ст. 7768, 7771; 2021, № 11, ст. 1704; № 24, ст. 4188; № 27, ст. 5170; 2022, № 1, ст. 15; № 13, ст. 1960; № 29, ст. 5235; 2023, № 18, ст. 3254; № 29, ст. 5315; № 32, ст. 6181, 6182, 6183; 2024, № 1, ст. 3, 54, 64) следующие изменения</w:t>
      </w:r>
    </w:p>
    <w:p>
      <w:r>
        <w:t>в абзаце пятьдесят третьем статьи 1 слова "обязательные для выполнения требования в области охраны окружающей среды" заменить словами "соответствующие нормативы и другие требования в области охраны окружающей среды"</w:t>
      </w:r>
    </w:p>
    <w:p>
      <w:r>
        <w:t>в статье 5: а) в абзаце сорок первом слово "переоформления," исключить; б) дополнить абзацем следующего содержания: "установление порядка подтверждения производства продукции (товаров), выполнения работ, оказания услуг с использованием доли вторичного сырья в их составе."</w:t>
      </w:r>
    </w:p>
    <w:p>
      <w:r>
        <w:t>абзац пятый пункта 1 статьи 21 после слова "отходов" дополнить словами "производства и потребления"</w:t>
      </w:r>
    </w:p>
    <w:p>
      <w:r>
        <w:t>статью 24 изложить в следующей редакции: "Статья 24. Нормативы образования отходов производства и потребления и лимиты на их размещение Нормативы образования отходов производства и потребления и лимиты на их размещение разрабатываются и устанавливаются в соответствии с законодательством об отходах производства и потребления в составе комплексного экологического разрешения."</w:t>
      </w:r>
    </w:p>
    <w:p>
      <w:r>
        <w:t>в статье 311: а) в пункте 3: абзац восьмой изложить в следующей редакции: "технологические нормативы, а также расчеты таких нормативов;"; абзац десятый изложить в следующей редакции: "нормативы образования отходов производства и потребления и лимиты на их размещение, а также обоснование таких нормативов;"; в абзаце одиннадцатом слово "проект" исключить; б) абзац пятый пункта 10 изложить в следующей редакции: "нормативы образования отходов производства и потребления и лимиты на их размещение, а также обоснование таких нормативов;"; в) в пункте 17 слова "комплексное экологическое разрешение подлежит переоформлению" заменить словами "в комплексное экологическое разрешение вносятся изменения"; г) в абзаце первом пункта 19 слово "переоформления," исключить</w:t>
      </w:r>
    </w:p>
    <w:p>
      <w:r>
        <w:t>абзац первый пункта 2 статьи 803 после слов "такого муниципального образования" дополнить словами "или подведомственными ему муниципальными бюджетными учреждениями, муниципальными казенными учреждениями", после слов "субъектов Российской Федерации" дополнить словами "или подведомственными им государственными бюджетными учреждениями, государственными казенными учреждениями"</w:t>
      </w:r>
    </w:p>
    <w:p>
      <w:r>
        <w:t>статью 85 дополнить пунктом 7 следующего содержания: "7. Положения абзаца девятого пункта 10 статьи 311 настоящего Федерального закона не применяются в отношении комплексных экологических разрешений, которые выданы до 1 сентября 2025 года, а также которые будут выданы на основании заявок на получение комплексного экологического разрешения, поданных в уполномоченный Правительством Российской Федерации федеральный орган исполнительной власти до 1 сентября 2025 года, или заявок на получение комплексного экологического разрешения, к которым приложены программы повышения экологической эффективности, утвержденные в установленном порядке до 1 сентября 2025 года, или заявок на получение комплексного экологического разрешения, которые подаются в отношении находящихся в стадии строительства и (или) реконструкции либо планируемых к строительству и (или) реконструкции объектов, оказывающих негативное воздействие на окружающую среду, на проектную документацию которых получено до 1 сентября 2025 года положительное заключение государственной экологической экспертизы и (или) заключение государственной экспертизы проектной документации, до дня истечения срока действия таких комплексных экологических разрешений, в том числе при внесении изменений в такие комплексные экологические разрешения, не связанных с продлением срока действия таких комплексных экологических разрешений."</w:t>
      </w:r>
    </w:p>
    <w:p>
      <w:r>
        <w:rPr>
          <w:b/>
        </w:rPr>
        <w:t>Статья 3</w:t>
      </w:r>
    </w:p>
    <w:p>
      <w:r>
        <w:t>Статью 11 Федерального закона от 21 июля 2014 года № 219-ФЗ "О внесении изменений в Федеральный закон "Об охране окружающей среды" и отдельные законодательные акты Российской Федерации" (Собрание законодательства Российской Федерации, 2014, № 30, ст. 4220; 2015, № 1, ст. 11; 2018, № 53, ст. 8422; 2019, № 30, ст. 4097; 2022, № 13, ст. 1960; 2023, № 32, ст. 6183; 2024, № 1, ст. 54) дополнить частью 11-1 следующего содержания: "11-1. На объекты размещения твердых коммунальных отходов, указанные в пункте 8 статьи 291 Федерального закона от 24 июня 1998 года № 89-ФЗ "Об отходах производства и потребления", положения частей 6 и 7 настоящей статьи не распространяются, при этом разрешения и документы, выданные или переоформленные с 1 января 2019 года в соответствии с частью 11 настоящей статьи, действуют в отношении таких объектов в период их использования для размещения твердых коммунальных отходов до 1 января 2026 года и в течение срока их рекультивации, но не позднее 1 января 2029 года.".</w:t>
      </w:r>
    </w:p>
    <w:p>
      <w:r>
        <w:rPr>
          <w:b/>
        </w:rPr>
        <w:t>Статья 4</w:t>
      </w:r>
    </w:p>
    <w:p>
      <w:r>
        <w:t>В части 21 статьи 5 Федерального закона от 14 июля 2022 года № 268-ФЗ "О внесении изменений в Федеральный закон "Об отходах производства и потребления" и отдельные законодательные акты Российской Федерации" (Собрание законодательства Российской Федерации, 2022, № 29, ст. 5235; 2023, № 32, ст. 6183) слова "1 сентября 2024 года" заменить словами "1 сентября 2025 года".</w:t>
      </w:r>
    </w:p>
    <w:p>
      <w:r>
        <w:rPr>
          <w:b/>
        </w:rPr>
        <w:t>Статья 5</w:t>
      </w:r>
    </w:p>
    <w:p>
      <w:r>
        <w:t>В части 9 статьи 7 Федерального закона от 4 августа 2023 года № 451-ФЗ "О внесении изменений в Федеральный закон "Об отходах производства и потребления" и отдельные законодательные акты Российской Федерации" (Собрание законодательства Российской Федерации, 2023, № 32, ст. 6183; 2024, № 1, ст. 3) слова "в сроки, предусмотренные соответственно пунктом 17 статьи 242-1 и пунктом 2 статьи 245" заменить словами "в порядке, сроки и по формам, которые предусмотрены соответственно пунктами 17 и 20 статьи 242-1, пунктами 2 и 14 статьи 245".</w:t>
      </w:r>
    </w:p>
    <w:p>
      <w:r>
        <w:rPr>
          <w:b/>
        </w:rPr>
        <w:t>Статья 6</w:t>
      </w:r>
    </w:p>
    <w:p>
      <w:r>
        <w:t>Внести в Федеральный закон от 25 декабря 2023 года № 622-ФЗ "О внесении изменений в Федеральный закон "Об охране окружающей среды" и отдельные законодательные акты Российской Федерации" (Собрание законодательства Российской Федерации, 2024, № 1, ст. 3) следующие изменения</w:t>
      </w:r>
    </w:p>
    <w:p>
      <w:r>
        <w:t>в абзаце пятом подпункта "е" пункта 13 статьи 1 слова "переоформления комплексного экологического разрешения" заменить словами "внесения изменений в комплексное экологическое разрешение"</w:t>
      </w:r>
    </w:p>
    <w:p>
      <w:r>
        <w:t>в статье 15: а) часть 1 после слов "за исключением" дополнить словами "подпункта "а" пункта 7, подпункта "б" пункта 13 статьи 1 и"; б) дополнить частью 3 следующего содержания: "3. Подпункт "а" пункта 7, подпункт "б" пункта 13 статьи 1 настоящего Федерального закона вступают в силу с 1 сентября 2025 года."</w:t>
      </w:r>
    </w:p>
    <w:p>
      <w:r>
        <w:rPr>
          <w:b/>
        </w:rPr>
        <w:t>Статья 7</w:t>
      </w:r>
    </w:p>
    <w:p>
      <w:r>
        <w:rPr>
          <w:b/>
        </w:rPr>
        <w:t xml:space="preserve">1. </w:t>
      </w:r>
      <w:r>
        <w:t>Настоящий Федеральный закон вступает в силу с 1 марта 2025 года, за исключением положений, для которых настоящей статьей установлены иные сроки вступления их в силу</w:t>
      </w:r>
    </w:p>
    <w:p>
      <w:r>
        <w:rPr>
          <w:b/>
        </w:rPr>
        <w:t xml:space="preserve">2. </w:t>
      </w:r>
      <w:r>
        <w:t>Пункт 6 статьи 1, пункт 6 статьи 2, статьи 3 - 6 настоящего Федерального закона вступают в силу со дня официального опубликования настоящего Федерального закона</w:t>
      </w:r>
    </w:p>
    <w:p>
      <w:r>
        <w:rPr>
          <w:b/>
        </w:rPr>
        <w:t xml:space="preserve">3. </w:t>
      </w:r>
      <w:r>
        <w:t>Абзац первый и подпункт "а" пункта 2, абзац первый, подпункты "в" и "г" пункта 5 статьи 2 настоящего Федерального закона вступают в силу с 1 сентября 2024 года</w:t>
      </w:r>
    </w:p>
    <w:p>
      <w:r>
        <w:rPr>
          <w:b/>
        </w:rPr>
        <w:t xml:space="preserve">4. </w:t>
      </w:r>
      <w:r>
        <w:t>Пункт 7 статьи 2 настоящего Федерального закона вступает в силу с 1 сентября 2025 года. (В редакции Федерального закона от 31.07.2025 № 304-ФЗ)</w:t>
      </w:r>
    </w:p>
    <w:p>
      <w:r>
        <w:rPr>
          <w:b/>
        </w:rPr>
        <w:t xml:space="preserve">5. </w:t>
      </w:r>
      <w:r>
        <w:t>Подпункт "б" пункта 2 статьи 2 настоящего Федерального закона вступает в силу с 1 сентября 2026 года. (Дополнение частью - Федеральный закон от 31.07.2025 № 304-ФЗ)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