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28 и 28-4 Федерального закона "О статусе военнослужащих" и статью 2 Федерального закона "О денежном довольствии военнослужащих и предоставлении им отдельных выплат"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2006, № 50, ст. 5281; 2007, № 45, ст. 5431; 2013, № 27, ст. 3477; 2014, № 6, ст. 558; 2022, № 45, ст. 7664) следующие изменения</w:t>
      </w:r>
    </w:p>
    <w:p>
      <w:r>
        <w:t>статью 28 дополнить пунктом 3 следующего содержания: "3. В отношении военнослужащих, принимающих участие в специальной военной операции на территории Украины или в отдельных местностях Российской Федерации, на территориях которых введено военное положение, а также в отношении военнослужащих воинских частей (подразделений), дислоцированных (расположенных) в указанных местностях, федеральными законами могут устанавливаться особенности привлечения таких военнослужащих к дисциплинарной ответственности."</w:t>
      </w:r>
    </w:p>
    <w:p>
      <w:r>
        <w:t>статью 284 дополнить пунктом 6 следующего содержания: "6. В случаях и по основаниям, которые предусмотрены федеральными законами, в отношении военнослужащих, принимающих участие в специальной военной операции на территории Украины или в отдельных местностях Российской Федерации, на территориях которых введено военное положение, а также в отношении военнослужащих воинских частей (подразделений), дислоцированных (расположенных) в указанных местностях, дисциплинарный арест за совершение грубых дисциплинарных проступков, которые такие военнослужащие совершили в период проведения специальной военной операции на этих территориях и в указанных местностях, назначается командирами воинских частей (начальниками органов управления другими войсками), начальниками органов военной полиции или начальниками гарнизонов."</w:t>
      </w:r>
    </w:p>
    <w:p>
      <w:r>
        <w:rPr>
          <w:b/>
        </w:rPr>
        <w:t>Статья 2</w:t>
      </w:r>
    </w:p>
    <w:p>
      <w:r>
        <w:t>Статью 2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2014, № 23, ст. 2930; № 45, ст. 6152; 2020, № 9, ст. 1132; № 24, ст. 3750) дополнить частью 291 следующего содержания: "291. В период отбывания военнослужащими, принимающими участие в специальной военной операции на территории Украины или в отдельных местностях Российской Федерации, на территориях которых введено военное положение, а также военнослужащими воинских частей (подразделений), дислоцированных (расположенных) в указанных местностях, дисциплинарного ареста за совершение грубых дисциплинарных проступков, которые такие военнослужащие совершили в период проведения специальной военной операции на этих территориях и в указанных местностях, таким военнослужащим выплачиваются оклад по воинскому званию, оклад по воинской должности и ежемесячная надбавка за выслугу лет в порядке, предусмотренном руководителем федерального органа исполнительной власти или федерального государственного органа, в которых федеральным законом предусмотрена военная служба.".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