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внесении изменений в Федеральный закон "О развитии сельского хозяйства" и Федеральный закон "О внесении изменений в Закон Российской Федерации "О ветеринарии" и статью 2 Федерального закона "О внесении изменений в Федеральный закон "О развитии сельского хозяйства"</w:t>
      </w:r>
    </w:p>
    <w:p>
      <w:r>
        <w:rPr>
          <w:b/>
        </w:rPr>
        <w:t>Статья 1</w:t>
      </w:r>
    </w:p>
    <w:p>
      <w:r>
        <w:t>Внести в Федеральный закон от 11 июня 2022 года № 169-ФЗ "О внесении изменений в Федеральный закон "О развитии сельского хозяйства" (Собрание законодательства Российской Федерации, 2022, № 24, ст. 3929; 2024, № 1, ст. 61) следующие изменения: 1) пункт 3 статьи 1 изложить в следующей редакции: "3) дополнить статьей 171 следующего содержания: "Статья 171. Информационная система цифровых сервисов в сфере сельского хозяйства 1. Информационная система цифровых сервисов в сфере сельского хозяйства создается в целях обеспечения возможности получения юридическими и физическими лицами государственной поддержки в сфере развития сельского хозяйства, устойчивого развития сельских территорий с использованием информационно-телекоммуникационных технологий, стимулирования деятельности в сфере развития сельского хозяйства, устойчивого развития сельских территорий, информирования юридических и физических лиц о мерах государственной поддержки в сфере развития сельского хозяйства, устойчивого развития сельских территорий, повышения эффективности обмена информацией о состоянии агропромышленного комплекса, сельских территорий и о прогнозе их развития и является единой государственной информационной системой, используемой для достижения указанных целей участниками, определенными настоящей статьей.</w:t>
      </w:r>
    </w:p>
    <w:p>
      <w:r>
        <w:rPr>
          <w:b/>
        </w:rPr>
        <w:t xml:space="preserve">2. </w:t>
      </w:r>
      <w:r>
        <w:t>Федеральный орган исполнительной власти, осуществляющий функции по выработке и реализации государственной политики и нормативно-правовому регулированию в сфере информационных технологий, создает информационную систему цифровых сервисов в сфере сельского хозяйства в интересах федерального органа исполнительной власти, осуществляющего функции по выработке государственной политики и нормативно-правовому регулированию в сфере агропромышленного комплекса. Порядок, сроки и особенности создания и ввода в эксплуатацию, включая содержание и сроки реализации этапов мероприятий по созданию и вводу в эксплуатацию информационной системы цифровых сервисов в сфере сельского хозяйства, порядок развития, эксплуатации и вывода из эксплуатации информационной системы цифровых сервисов в сфере сельского хозяйства, перечень содержащейся в ней информации, порядок получения и представления такой информации, порядок регистрации и взаимодействия участников информационной системы цифровых сервисов в сфере сельского хозяйства и порядок взаимодействия информационной системы цифровых сервисов в сфере сельского хозяйства с иными информационными системами устанавливаются Правительством Российской Федерации</w:t>
      </w:r>
    </w:p>
    <w:p>
      <w:r>
        <w:rPr>
          <w:b/>
        </w:rPr>
        <w:t xml:space="preserve">3. </w:t>
      </w:r>
      <w:r>
        <w:t>Информационная система цифровых сервисов в сфере сельского хозяйства без взимания платы обеспечивает в том числе</w:t>
      </w:r>
    </w:p>
    <w:p>
      <w:r>
        <w:rPr>
          <w:b/>
        </w:rPr>
        <w:t xml:space="preserve">4. </w:t>
      </w:r>
      <w:r>
        <w:t>Участниками информационной системы цифровых сервисов в сфере сельского хозяйства являются федеральный орган исполнительной власти, осуществляющий функции по выработке государственной политики и нормативно-правовому регулированию в сфере агропромышленного комплекса, иные федеральные органы исполнительной власти, уполномоченные органы государственной власти субъектов Российской Федерации, органы местного самоуправления, а также юридические и физические лица</w:t>
      </w:r>
    </w:p>
    <w:p>
      <w:r>
        <w:rPr>
          <w:b/>
        </w:rPr>
        <w:t xml:space="preserve">5. </w:t>
      </w:r>
      <w:r>
        <w:t>Доступ к размещенной в информационной системе цифровых сервисов в сфере сельского хозяйства информации предоставляется после прохождения участниками информационной системы цифровых сервисов в сфере сельского хозяйства процедуры идентификации и аутентификации с использованием федеральной государственной информационной системы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</w:t>
      </w:r>
    </w:p>
    <w:p>
      <w:r>
        <w:rPr>
          <w:b/>
        </w:rPr>
        <w:t xml:space="preserve">6. </w:t>
      </w:r>
      <w:r>
        <w:t>Участники информационной системы цифровых сервисов в сфере сельского хозяйства вправе использовать усиленную неквалифицированную электронную подпись физического лица, сертификат ключа проверки которой создан 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в установленном Правительством Российской Федерации порядке</w:t>
      </w:r>
    </w:p>
    <w:p>
      <w:r>
        <w:rPr>
          <w:b/>
        </w:rPr>
        <w:t xml:space="preserve">7. </w:t>
      </w:r>
      <w:r>
        <w:t>Информация в информационную систему цифровых сервисов в сфере сельского хозяйства представляется федеральными органами исполнительной власти, уполномоченными органами государственной власти субъектов Российской Федерации, органами местного самоуправления, а также юридическими и физическими лицами</w:t>
      </w:r>
    </w:p>
    <w:p>
      <w:r>
        <w:rPr>
          <w:b/>
        </w:rPr>
        <w:t xml:space="preserve">8. </w:t>
      </w:r>
      <w:r>
        <w:t>Обладателем информации, содержащейся в информационной системе цифровых сервисов в сфере сельского хозяйства, а также правообладателем результатов интеллектуальной деятельности в составе такой системы является Российская Федерация, от имени которой правомочия обладателя информации и правообладателя результатов интеллектуальной деятельности осуществляются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агропромышленного комплекса</w:t>
      </w:r>
    </w:p>
    <w:p>
      <w:r>
        <w:rPr>
          <w:b/>
        </w:rPr>
        <w:t xml:space="preserve">9. </w:t>
      </w:r>
      <w:r>
        <w:t>Оператором информационной системы цифровых сервисов в сфере сельского хозяйства является федеральный орган исполнительной власти, осуществляющий функции по выработке государственной политики и нормативно-правовому регулированию в сфере агропромышленного комплекса, или на основании решения указанного органа подведомственное ему федеральное государственное учреждение</w:t>
      </w:r>
    </w:p>
    <w:p>
      <w:r>
        <w:rPr>
          <w:b/>
        </w:rPr>
        <w:t xml:space="preserve">10. </w:t>
      </w:r>
      <w:r>
        <w:t>Защита информации, содержащейся в информационной системе цифровых сервисов в сфере сельского хозяйства, осуществляется оператором информационной системы цифровых сервисов в сфере сельского хозяйства или учреждением, указанным в части 8 настоящей статьи, в соответствии с законодательством Российской Федерации об информации, информационных технологиях и о защите информации, законодательством Российской Федерации в области персональных данных, законодательством Российской Федерации о государственной тайне, законодательством Российской Федерации о коммерческой и иной охраняемой законом тайне.";</w:t>
      </w:r>
    </w:p>
    <w:p>
      <w:r>
        <w:rPr>
          <w:b/>
        </w:rPr>
        <w:t xml:space="preserve">2. </w:t>
      </w:r>
      <w:r>
        <w:t>Абзацы первый, второй, третий и четвертый пункта 3 статьи 1 настоящего Федерального закона вступают в силу с 1 сентября 2024 года</w:t>
      </w:r>
    </w:p>
    <w:p>
      <w:r>
        <w:rPr>
          <w:b/>
        </w:rPr>
        <w:t xml:space="preserve">3. </w:t>
      </w:r>
      <w:r>
        <w:t>До начала эксплуатации информационной системы цифровых сервисов в сфере сельского хозяйства мероприятия, реализуемые в соответствии со статьей 171 Федерального закона от 29 декабря 2006 года № 264-ФЗ "О развитии сельского хозяйства" с использованием указанной системы, не осуществляются, за исключением случаев, если в соответствии с законодательными актами Российской Федерации такие мероприятия могут осуществляться без использования информационной системы цифровых сервисов в сфере сельского хозяйства."</w:t>
      </w:r>
    </w:p>
    <w:p>
      <w:r>
        <w:rPr>
          <w:b/>
        </w:rPr>
        <w:t xml:space="preserve">3. </w:t>
      </w:r>
      <w:r>
        <w:t>информирование юридических и физических лиц о мерах государственной поддержки в сфере развития сельского хозяйства, устойчивого развития сельских территорий с учетом специфики предоставления таких мер субъектами Российской Федерации</w:t>
      </w:r>
    </w:p>
    <w:p>
      <w:r>
        <w:rPr>
          <w:b/>
        </w:rPr>
        <w:t xml:space="preserve">3. </w:t>
      </w:r>
      <w:r>
        <w:t>формирование, подачу в электронной форме заявок на получение государственной поддержки в сфере развития сельского хозяйства, устойчивого развития сельских территорий и их рассмотрение</w:t>
      </w:r>
    </w:p>
    <w:p>
      <w:r>
        <w:rPr>
          <w:b/>
        </w:rPr>
        <w:t xml:space="preserve">3. </w:t>
      </w:r>
      <w:r>
        <w:t>контроль доведения до получателей государственной поддержки в сфере развития сельского хозяйства, устойчивого развития сельских территорий</w:t>
      </w:r>
    </w:p>
    <w:p>
      <w:r>
        <w:rPr>
          <w:b/>
        </w:rPr>
        <w:t xml:space="preserve">3. </w:t>
      </w:r>
      <w:r>
        <w:t>сбор отчетности, представляемой в рамках реализации мер государственной поддержки в сфере развития сельского хозяйства, устойчивого развития сельских территорий</w:t>
      </w:r>
    </w:p>
    <w:p>
      <w:r>
        <w:rPr>
          <w:b/>
        </w:rPr>
        <w:t xml:space="preserve">3. </w:t>
      </w:r>
      <w:r>
        <w:t>формирование и ведение перечня мер государственной поддержки в сфере развития сельского хозяйства, устойчивого развития сельских территорий</w:t>
      </w:r>
    </w:p>
    <w:p>
      <w:r>
        <w:rPr>
          <w:b/>
        </w:rPr>
        <w:t xml:space="preserve">3. </w:t>
      </w:r>
      <w:r>
        <w:t>информационное взаимодействие между участниками информационной системы цифровых сервисов в сфере сельского хозяйства, определенными настоящей статьей, в целях направления уведомлений, запросов и информации, обмена сообщениями, а также в иных предусмотренных законодательством Российской Федерации целях</w:t>
      </w:r>
    </w:p>
    <w:p>
      <w:r>
        <w:rPr>
          <w:b/>
        </w:rPr>
        <w:t xml:space="preserve">3. </w:t>
      </w:r>
      <w:r>
        <w:t>информирование юридических и физических лиц о мерах государственной поддержки в сфере развития сельского хозяйства, устойчивого развития сельских территорий в электронной форме с использованием федеральной государственной информационной системы "Единый портал государственных и муниципальных услуг (функций)"</w:t>
      </w:r>
    </w:p>
    <w:p>
      <w:r>
        <w:rPr>
          <w:b/>
        </w:rPr>
        <w:t xml:space="preserve">3. </w:t>
      </w:r>
      <w:r>
        <w:t>сбор информации о социально-экономическом состоянии населенных пунктов, относящихся к сельским территориям</w:t>
      </w:r>
    </w:p>
    <w:p>
      <w:r>
        <w:rPr>
          <w:b/>
        </w:rPr>
        <w:t xml:space="preserve">10. </w:t>
      </w:r>
      <w:r>
        <w:t>статью 2 изложить в следующей редакции: "Статья 2 1. Настоящий Федеральный закон вступает в силу с 1 марта 2026 года, за исключением положений, для которых настоящей статьей установлен иной срок вступления их в силу</w:t>
      </w:r>
    </w:p>
    <w:p>
      <w:r>
        <w:rPr>
          <w:b/>
        </w:rPr>
        <w:t>Статья 2</w:t>
      </w:r>
    </w:p>
    <w:p>
      <w:r>
        <w:t>Внести в Федеральный закон от 25 декабря 2023 года № 680-ФЗ "О внесении изменений в Закон Российской Федерации "О ветеринарии" и статью 2 Федерального закона "О внесении изменений в Федеральный закон "О развитии сельского хозяйства" (Собрание законодательства Российской Федерации, 2024, № 1, ст. 61) следующие изменения</w:t>
      </w:r>
    </w:p>
    <w:p>
      <w:r>
        <w:t>в наименовании слова "и статью 2 Федерального закона "О внесении изменений в Федеральный закон "О развитии сельского хозяйства" исключить</w:t>
      </w:r>
    </w:p>
    <w:p>
      <w:r>
        <w:t>статью 2 исключить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