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применении контрольно-кассовой техники при осуществлении расчетов в Российской Федерации" и Федеральный закон "О розничных рынках и о внесении изменений в Трудовой кодекс Российской Федерации"</w:t>
      </w:r>
    </w:p>
    <w:p>
      <w:r>
        <w:rPr>
          <w:b/>
        </w:rPr>
        <w:t>Статья 1</w:t>
      </w:r>
    </w:p>
    <w:p>
      <w:r>
        <w:t>Внести в статью 2 Федерального закона от 22 мая 2003 года № 54-ФЗ "О применении контрольно-кассовой техники при осуществлении расчетов в Российской Федерации" (Собрание законодательства Российской Федерации, 2003, № 21, ст. 1957; 2016, № 27, ст. 4223; 2018, № 28, ст. 4156; № 49, ст. 7497; 2019, № 23, ст. 2912; № 30, ст. 4140; № 52, ст. 7828; 2020, № 48, ст. 7626) следующие изменения: 1) абзац шестой пункта 2 изложить в следующей редакции: "осуществляемая организациями и индивидуальными предпринимателями, применяющими систему налогообложения для сельскохозяйственных товаропроизводителей (единый сельскохозяйственный налог), торговля товарами на основе договора розничной купли-продажи, при которой передача товара происходит в момент заключения такого договора, на розничном рынке, ярмарке, выставке не более чем с трех торговых мест при условии, что совокупная площадь торговых мест на розничном рынке, ярмарке, выставке, включая места для хранения товаров, не превышает пятнадцати квадратных метров;"; 2) дополнить пунктами 23 и 24 следующего содержания: "23. Сельскохозяйственные потребительские кооперативы, признаваемые таковыми в соответствии с Федеральным законом от 8 декабря 1995 года № 193-ФЗ "О сельскохозяйственной кооперации", за исключением сельскохозяйственных кредитных потребительских кооперативов, при осуществлении торговли товарами на основе договора розничной купли-продажи, при которой передача товара происходит в момент заключения такого договора, вправе осуществлять расчеты на розничном рынке, ярмарке, выставке без применения контрольно-кассовой техники.</w:t>
      </w:r>
    </w:p>
    <w:p>
      <w:r>
        <w:rPr>
          <w:b/>
        </w:rPr>
        <w:t xml:space="preserve">24. </w:t>
      </w:r>
      <w:r>
        <w:t>Индивидуальные предприниматели, применяющие патентную систему налогообложения, осуществляющие виды предпринимательской деятельности, установленные подпунктами 5, 20, 22, 25, 37, 46 - 48, 50 - 56, 64, 66 пункта 2 статьи 34643 Налогового кодекса Российской Федерации, могут осуществлять расчеты в рамках указанных в настоящем пункте видов деятельности на территории регулярно организуемой и проводимой только в выходные, нерабочие праздничные дни ярмарки, общее число торговых мест на которой не превышает пятидесяти, без применения контрольно-кассовой техники."</w:t>
      </w:r>
    </w:p>
    <w:p>
      <w:r>
        <w:rPr>
          <w:b/>
        </w:rPr>
        <w:t>Статья 2</w:t>
      </w:r>
    </w:p>
    <w:p>
      <w:r>
        <w:t>Внести в Федеральный закон от 30 декабря 2006 года № 271-ФЗ "О розничных рынках и о внесении изменений в Трудовой кодекс Российской Федерации" (Собрание законодательства Российской Федерации, 2007, № 1, ст. 34; 2009, № 23, ст. 2771; 2013, № 52, ст. 7011; 2019, № 31, ст. 4461; 2022, № 27, ст. 4634; № 45, ст. 7681) следующие изменения</w:t>
      </w:r>
    </w:p>
    <w:p>
      <w:r>
        <w:t>в части 1 статьи 14: а) в пункте 6 слова "ими контрольно-кассовых машин при расчетах с покупателями" заменить словами "контрольно-кассовой техники путем проверки сведений о факте регистрации (перерегистрации) по адресу места нахождения рынка в установленном порядке контрольно-кассовой техники на официальном сайте федерального органа исполнительной власти, уполномоченного по контролю и надзору в области налогов и сборов, в информационно-телекоммуникационной сети "Интернет", в том числе через кабинет контрольно-кассовой техники"; б) дополнить пунктом 11 следующего содержания: "11) ежемесячно управляющая рынком компания осуществляет проверку факта наличия зарегистрированной (перерегистрированной) по адресу места нахождения рынка в установленном порядке контрольно-кассовой техники у лиц, которым предоставлены торговые места, на официальном сайте федерального органа исполнительной власти, уполномоченного по контролю и надзору в области налогов и сборов, в информационно-телекоммуникационной сети "Интернет", в том числе через кабинет контрольно-кассовой техники. В случае выявления факта отсутствия у лица, с которым заключен договор о предоставлении торгового места, зарегистрированной (перерегистрированной) по адресу места нахождения рынка в установленном порядке контрольно-кассовой техники при условии, что на торговом месте осуществляется деятельность, при осуществлении которой законодательством Российской Федерации о применении контрольно-кассовой техники предусмотрено применение контрольно-кассовой техники, управляющая рынком компания незамедлительно уведомляет лицо, с которым заключен договор о предоставлении торгового места, о необходимости устранения указанного нарушения. С момента выявления нарушения, указанного в настоящем пункте, управляющая рынком компания не допускает осуществления на торговом месте деятельности, при осуществлении которой законодательством Российской Федерации о применении контрольно-кассовой техники предусмотрено применение контрольно-кассовой техники, лицом, допустившим указанное нарушение, до момента его устранения. В случае неустранения в течение пятнадцати рабочих дней нарушения, указанного в настоящем пункте, управляющая рынком компания обязана в одностороннем порядке отказаться от исполнения договора о предоставлении торгового места."</w:t>
      </w:r>
    </w:p>
    <w:p>
      <w:r>
        <w:t>в статье 15: а) часть 2 изложить в следующей редакции: "2. Торговые места предоставляются по договорам о предоставлении торговых мест на срок, не превышающий срока действия разрешений, юридическим лицам, индивидуальным предпринимателям, зарегистрированным в установленном законодательством Российской Федерации порядке, имеющим зарегистрированную (перерегистрированную) по адресу места нахождения рынка в установленном порядке контрольно-кассовую технику в случае, если торговое место предоставляется для осуществления деятельности, при осуществлении которой законодательством Российской Федерации о применении контрольно-кассовой техники предусмотрено применение контрольно-кассовой техники, а также физическим лицам, не являющимся индивидуальными предпринимателями."; б) часть 3 дополнить пунктами 6 и 7 следующего содержания: "6) копия карточки регистрации контрольно-кассовой техники в случае предоставления торгового места для осуществления деятельности, при осуществлении которой законодательством Российской Федерации о применении контрольно-кассовой техники предусмотрено применение контрольно-кассовой техники</w:t>
      </w:r>
    </w:p>
    <w:p>
      <w:r>
        <w:t>иные сведения и документы, предусмотренные законодательством Российской Федерации, законодательством субъектов Российской Федерации, нормативными правовыми актами органов местного самоуправления."; в) часть 5 признать утратившей силу; г) дополнить частью 61 следующего содержания: "61. Предоставление торговых мест лицам, указанным в части 2 настоящей статьи, и (или) использование торговых мест такими лицами для осуществления деятельности, при осуществлении которой законодательством Российской Федерации о применении контрольно-кассовой техники предусмотрено применение контрольно-кассовой техники, без наличия зарегистрированной (перерегистрированной) по адресу места нахождения рынка в установленном порядке контрольно-кассовой техники не допускаются."</w:t>
      </w:r>
    </w:p>
    <w:p>
      <w:r>
        <w:t>в пункте 3 части 1 статьи 21 слова "с покупателями за товары (работы, услуги) с применением контрольно-кассовых машин" заменить словами "с применением контрольно-кассовой техники"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2025 года</w:t>
      </w:r>
    </w:p>
    <w:p>
      <w:r>
        <w:rPr>
          <w:b/>
        </w:rPr>
        <w:t xml:space="preserve">2. </w:t>
      </w:r>
      <w:r>
        <w:t>В случае, если организации или индивидуальные предприниматели в соответствии с абзацем шестым пункта 2 статьи 2 Федерального закона от 22 мая 2003 года № 54-ФЗ "О применении контрольно-кассовой техники при осуществлении расчетов в Российской Федерации" в редакции, действовавшей до дня вступления в силу настоящего Федерального закона, имели право не применять контрольно-кассовую технику, требования абзаца девятого пункта 1 статьи 47 указанного Федерального закона в отношении указания на кассовом чеке наименования товара и его количества применяются к указанным организациям или индивидуальным предпринимателям с 1 января 2026 года</w:t>
      </w:r>
    </w:p>
    <w:p>
      <w:r>
        <w:rPr>
          <w:b/>
        </w:rPr>
        <w:t xml:space="preserve">3. </w:t>
      </w:r>
      <w:r>
        <w:t>Положения пункта 23 статьи 2 Федерального закона от 22 мая 2003 года № 54-ФЗ "О применении контрольно-кассовой техники при осуществлении расчетов в Российской Федерации" применяются до 1 сентября 2025 года включительно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