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прокуратуре Российской Федерации" и Федеральный закон "Об антикоррупционной экспертизе нормативных правовых актов и проектов нормативных правовых актов"</w:t>
      </w:r>
    </w:p>
    <w:p>
      <w:r>
        <w:rPr>
          <w:b/>
        </w:rPr>
        <w:t>Статья 1</w:t>
      </w:r>
    </w:p>
    <w:p>
      <w:r>
        <w:t>Внести в Федеральный закон "О прокуратуре Российской Федерации" (в редакции Федерального закона от 17 ноября 1995 года № 168-ФЗ) (Ведомости Съезда народных депутатов Российской Федерации и Верховного Совета Российской Федерации, 1992, № 8, ст. 366; Собрание законодательства Российской Федерации, 1999, № 7, ст. 878; 2004, № 35, ст. 3607; 2007, № 10, ст. 1151; № 24, ст. 2830; 2009, № 29, ст. 3608; 2010, № 27, ст. 3416; 2011, № 1, ст. 16; № 48, ст. 6730; 2013, № 27, ст. 3448, 3477; № 30, ст. 4038; 2014, № 30, ст. 4234; № 52, ст. 7538; 2017, № 11, ст. 1536; 2018, № 1, ст. 76; 2019, № 52, ст. 7834; 2020, № 46, ст. 7211; 2021, № 27, ст. 5093; 2022, № 24, ст. 3943; 2023, № 1, ст. 39; 2024, № 1, ст. 40) следующие изменения</w:t>
      </w:r>
    </w:p>
    <w:p>
      <w:r>
        <w:t>в пункте 2 статьи 1: а) в абзаце втором слова "представительными (законодательными) и исполнительными органами субъектов Российской Федерации," заменить словами "органами государственной власти субъектов Российской Федерации, органами публичной власти федеральных территорий,"; б) в абзаце третьем слова "представительными (законодательными) и исполнительными органами субъектов Российской Федерации," заменить словами "органами государственной власти субъектов Российской Федерации, органами публичной власти федеральных территорий,"</w:t>
      </w:r>
    </w:p>
    <w:p>
      <w:r>
        <w:t>в статье 4: а) в пункте 2: абзац второй после слов "органов государственной власти субъектов Российской Федерации," дополнить словами "органов публичной власти федеральных территорий,"; абзац четвертый после слов "органы государственной власти субъектов Российской Федерации," дополнить словами "органы публичной власти федеральных территорий,"; б) пункт 3 после слов "органами государственной власти" дополнить словами ", органами публичной власти федеральных территорий"</w:t>
      </w:r>
    </w:p>
    <w:p>
      <w:r>
        <w:t>пункт 1 статьи 5 после слов "органов государственной власти субъектов Российской Федерации," дополнить словами "органов публичной власти федеральных территорий,"</w:t>
      </w:r>
    </w:p>
    <w:p>
      <w:r>
        <w:t>в статье 7: а) наименование изложить в следующей редакции: "Статья 7. Участие прокуроров в заседаниях федеральных органов законодательной и исполнительной власти, органов государственной власти субъектов Российской Федерации, органов публичной власти федеральных территорий, органов местного самоуправления"; б) в пункте 1 слова "представительных (законодательных) и исполнительных органов субъектов Российской Федерации" заменить словами "органов государственной власти субъектов Российской Федерации, органов публичной власти федеральных территорий"; в) в пункте 2 слова "представительных (законодательных) и исполнительных органов субъектов Российской Федерации" заменить словами "органов государственной власти субъектов Российской Федерации"; г) в пункте 3 слова "представительными (законодательными) и исполнительными органами субъектов Российской Федерации," заменить словами "органами государственной власти субъектов Российской Федерации, органами публичной власти федеральных территорий,"</w:t>
      </w:r>
    </w:p>
    <w:p>
      <w:r>
        <w:t>в статье 91: а) пункт 1 после слов "органов государственной власти субъектов Российской Федерации," дополнить словами "органов публичной власти федеральных территорий,"; б) в абзаце первом пункта 3 слова "законодательный (представительный) орган государственной власти субъекта Российской Федерации" заменить словами "законодательный орган субъекта Российской Федерации, представительный орган федеральной территории"</w:t>
      </w:r>
    </w:p>
    <w:p>
      <w:r>
        <w:t>в абзаце втором пункта 1 статьи 21 слова "представительными (законодательными) и исполнительными органами государственной власти субъектов Российской Федерации," заменить словами "органами государственной власти субъектов Российской Федерации, органами публичной власти федеральных территорий,"</w:t>
      </w:r>
    </w:p>
    <w:p>
      <w:r>
        <w:t>в пункте 2 статьи 23 слова "представительного (законодательного) органа субъекта Российской Федерации" заменить словами "законодательного органа субъекта Российской Федерации, представительного органа федеральной территории"</w:t>
      </w:r>
    </w:p>
    <w:p>
      <w:r>
        <w:t>в пункте 1 статьи 26 слова "представительными (законодательными) и исполнительными органами субъектов Российской Федерации," заменить словами "органами государственной власти субъектов Российской Федерации, органами публичной власти федеральных территорий,"</w:t>
      </w:r>
    </w:p>
    <w:p>
      <w:r>
        <w:t>в статье 391: а) пункт 3 после слов "органов государственной власти субъектов Российской Федерации," дополнить словами "органов публичной власти федеральных территорий,"; б) в пункте 5: абзац второй после слов "органов государственной власти субъектов Российской Федерации," дополнить словами "органов публичной власти федеральных территорий,"; абзац третий после слов "органов государственной власти субъектов Российской Федерации" дополнить словами ", органов публичной власти федеральных территорий"</w:t>
      </w:r>
    </w:p>
    <w:p>
      <w:r>
        <w:t>в статье 431: а) наименование изложить в следующей редакции: "Статья 431. Гарантии для работника, избранного депутатом либо выборным должностным лицом органов государственной власти, членом представительных органов федеральных территорий или депутатом либо выборным должностным лицом органов местного самоуправления"; б) первое предложение изложить в следующей редакции: "Работник, избранный депутатом либо выборным должностным лицом органов государственной власти, членом представительных органов федеральных территорий или депутатом либо выборным должностным лицом органов местного самоуправления, на период осуществления соответствующих полномочий приостанавливает службу в органах и организациях прокуратуры."</w:t>
      </w:r>
    </w:p>
    <w:p>
      <w:r>
        <w:t>в пункте 16 статьи 441 слова "в пункте 17 настоящей статьи" заменить словами "в пунктах 17 и 171 настоящей статьи"</w:t>
      </w:r>
    </w:p>
    <w:p>
      <w:r>
        <w:rPr>
          <w:b/>
        </w:rPr>
        <w:t>Статья 2</w:t>
      </w:r>
    </w:p>
    <w:p>
      <w:r>
        <w:t>Внести в Федеральный закон от 17 июля 2009 года № 172-ФЗ "Об антикоррупционной экспертизе нормативных правовых актов и проектов нормативных правовых актов" (Собрание законодательства Российской Федерации, 2009, № 29, ст. 3609; 2011, № 48, ст. 6730; 2013, № 43, ст. 5449; 2018, № 24, ст. 3412) следующие изменения</w:t>
      </w:r>
    </w:p>
    <w:p>
      <w:r>
        <w:t>пункт 5 статьи 2 после слов "органов государственной власти субъектов Российской Федерации," дополнить словами "органов публичной власти федеральных территорий,"</w:t>
      </w:r>
    </w:p>
    <w:p>
      <w:r>
        <w:t>пункт 3 части 1 статьи 3 после слов "органов государственной власти субъектов Российской Федерации," дополнить словами "органов публичной власти федеральных территорий,"</w:t>
      </w:r>
    </w:p>
    <w:p>
      <w:r>
        <w:t>в части 3 статьи 4 слова "законодательный (представительный) орган государственной власти субъекта Российской Федерации" заменить словами "законодательный орган субъекта Российской Федерации, представительный орган федеральной территории"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