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6 Федерального закона "О связи" и Федеральный закон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
        <w:rPr>
          <w:b/>
        </w:rPr>
        <w:t>Статья 1</w:t>
      </w:r>
    </w:p>
    <w:p>
      <w:r>
        <w:t>Внести в статью 6 Федерального закона от 7 июля 2003 года № 126-ФЗ "О связи" (Собрание законодательства Российской Федерации, 2003, № 28, ст. 2895; 2004, № 35, ст. 3607; 2011, № 29, ст. 4284; 2016, № 15, ст. 2066; 2020, № 42, ст. 6525; 2024, № 15, ст. 1960; № 33, ст. 4999) следующие изменения</w:t>
      </w:r>
    </w:p>
    <w:p>
      <w:r>
        <w:t>в пункте 1 слова "градостроительном планировании развития территорий и поселений, их застройке" заменить словами "осуществлении градостроительной деятельности"</w:t>
      </w:r>
    </w:p>
    <w:p>
      <w:r>
        <w:t>в абзаце первом пункта 4 слова ", если иное не предусмотрено законодательством об автомобильных дорогах и о дорожной деятельности" исключить</w:t>
      </w:r>
    </w:p>
    <w:p>
      <w:r>
        <w:t>дополнить пунктом 41 следующего содержания: "41. Строительство, реконструкция, капитальный ремонт, в том числе прокладка, перенос, переустройство, линий связи и сооружений связи, их эксплуатация в границах полос отвода и придорожных полос автомобильных дорог осуществляются в соответствии с законодательством о градостроительной деятельности с учетом особенностей, установленных законодательством об автомобильных дорогах и о дорожной деятельности."</w:t>
      </w:r>
    </w:p>
    <w:p>
      <w:r>
        <w:rPr>
          <w:b/>
        </w:rPr>
        <w:t>Статья 2</w:t>
      </w:r>
    </w:p>
    <w:p>
      <w:r>
        <w:t>Внести в Федеральный закон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 46, ст. 5553; 2008, № 30, ст. 3616; 2009, № 29, ст. 3582; 2011, № 29, ст. 4284; 2015, № 48, ст. 6723; 2016, № 27, ст. 4294; 2018, № 32, ст. 5135; 2022, № 29, ст. 5251; 2023, № 25, ст. 4429; № 29, ст. 5323; № 32, ст. 6170; 2024, № 33, ст. 4928; № 53, ст. 8495) следующие изменения</w:t>
      </w:r>
    </w:p>
    <w:p>
      <w:r>
        <w:t>в статье 19: а) наименование изложить в следующей редакции: "Статья 19. Строительство, реконструкция, капитальный ремонт, в том числе прокладка, перенос, переустройство, инженерных коммуникаций, линий связи и сооружений связи, их эксплуатация в границах полос отвода и придорожных полос автомобильных дорог"; б) в части 1 слова "Прокладка, переустройство, перенос" заменить словами "Строительство, реконструкция, капитальный ремонт, в том числе прокладка, перенос, переустройство,", после слова "коммуникаций," дополнить словами "линий связи и сооружений связи,"; в) часть 2 изложить в следующей редакции: "2. Строительство, реконструкция, капитальный ремонт, в том числе прокладка, перенос, переустройство, инженерных коммуникаций, линий связи и сооружений связи, их эксплуатация в границах полосы отвода автомобильной дороги осуществляются владельцами инженерных коммуникаций, линий связи и сооружений связи или за их счет на основании договора, заключаемого владельцами инженерных коммуникаций, линий связи и сооружений связи с владельцем автомобильной дороги, и разрешения на строительство, выдаваемого в соответствии с Градостроительным кодексом Российской Федерации и настоящим Федеральным законом (в случае, если выдача такого разрешения требуется в соответствии с Градостроительным кодексом Российской Федерации и настоящим Федеральным законом). Указанным договором должны быть предусмотрены технические требования и условия, подлежащие обязательному исполнению владельцами инженерных коммуникаций, линий связи и сооружений связи при их строительстве, реконструкции, капитальном ремонте, в том числе прокладке, переносе, переустройстве, эксплуатации (далее в настоящей статье - технические требования и условия, подлежащие обязательному исполнению)."; г) в части 21 слова "прокладки, переноса или переустройства" заменить словами "строительства, реконструкции, капитального ремонта, в том числе прокладки, переноса, переустройства,", после слова "коммуникаций" дополнить словами ", линий связи и сооружений связи", слово "таких" исключить; д) часть 3 изложить в следующей редакции: "3. Строительство, реконструкция, капитальный ремонт, в том числе прокладка, перенос, переустройство, инженерных коммуникаций, линий связи и сооружений связи, их эксплуатация в границах придорожных полос автомобильной дороги осуществляются владельцами инженерных коммуникаций, линий связи и сооружений связи или за их счет при наличии согласия в письменной форме владельца автомобильной дороги и на основании разрешения на строительство, выдаваемого в соответствии с Градостроительным кодексом Российской Федерации и настоящим Федеральным законом (в случае, если выдача такого разрешения требуется в соответствии с Градостроительным кодексом Российской Федерации и настоящим Федеральным законом). Это согласие должно содержать технические требования и условия, подлежащие обязательному исполнению."; е) часть 4 изложить в следующей редакции: "4. В случае строительства, реконструкции, капитального ремонта, в том числе прокладки, переноса, переустройства, инженерных коммуникаций, линий связи и сооружений связи в границах полосы отвода автомобильной дороги разрешение на строительство выдается федеральным органом исполнительной власти или подведомственным ему федеральным государственным учреждением, исполнительным органом субъекта Российской Федерации или подведомственным ему государственным учреждением, органом местного самоуправления, уполномоченными на выдачу разрешения на строительство автомобильной дороги, в границах полосы отвода которой планируются строительство, реконструкция, капитальный ремонт, в том числе прокладка, перенос, переустройство, инженерных коммуникаций, линий связи и сооружений связи."; ж) в части 5: в абзаце первом слова "прокладки, переноса или переустройства инженерных коммуникаций" заменить словами "строительства, реконструкции, капитального ремонта, в том числе прокладки, переноса, переустройства, инженерных коммуникаций, линий связи и сооружений связи"; в пункте 1 слова "прокладки, переноса или переустройства" заменить словами "строительства, реконструкции, капитального ремонта, в том числе прокладки, переноса, переустройства,", после слова "коммуникаций" дополнить словами ", линий связи и сооружений связи"; в пункте 2 слова "прокладки, переноса или переустройства" заменить словами "строительства, реконструкции, капитального ремонта, в том числе прокладки, переноса, переустройства,", после слова "коммуникаций" дополнить словами ", линий связи и сооружений связи"; в пункте 21 слова "прокладки, переноса или переустройства" заменить словами "строительства, реконструкции, капитального ремонта, в том числе прокладки, переноса, переустройства,", после слова "коммуникаций" дополнить словами ", линий связи и сооружений связи"; в пункте 22 слова "прокладки, переноса или переустройства" заменить словами "строительства, реконструкции, капитального ремонта, в том числе прокладки, переноса, переустройства,", после слова "коммуникаций" дополнить словами ", линий связи и сооружений связи"; в пункте 3 слова "прокладки, переноса или переустройства" заменить словами "строительства, реконструкции, капитального ремонта, в том числе прокладки, переноса, переустройства,", после слова "коммуникаций" дополнить словами ", линий связи и сооружений связи"; з) в части 6 слова "прокладка, перенос или переустройство" заменить словами "строительство, реконструкция, капитальный ремонт, в том числе прокладка, перенос, переустройство,", после слова "коммуникаций" дополнить словами ", линий связи и сооружений связи", слово "влечет" заменить словом "влекут"; и) в части 61 слова "коммуникаций, их" заменить словами "коммуникаций, линий связи и сооружений связи, их", слова "коммуникаций с" заменить словами "коммуникаций, линий связи и сооружений связи с", цифру "4" заменить цифрами "41"; к) в части 62 слова "коммуникаций с" заменить словами "коммуникаций, линий связи и сооружений связи с", слова "в случае прокладки, переноса, переустройства инженерных коммуникаций," заменить словами "в случае строительства, реконструкции, капитального ремонта, в том числе прокладки, переноса, переустройства, инженерных коммуникаций, линий связи и сооружений связи,"; л) часть 7 изложить в следующей редакции: "7. Владельцы инженерных коммуникаций, линий связи и сооружений связи, осуществляющие их строительство, реконструкцию, капитальный ремонт, в том числе прокладку, перенос, переустройство, их эксплуатацию без предусмотренного частями 2 и 3 настоящей статьи согласия, без разрешения на строительство (в случае, если выдача такого разрешения требуется в соответствии с Градостроительным кодексом Российской Федерации и настоящим Федеральным законом) или с нарушением технических требований и условий, подлежащих обязательному исполнению, по требованию органа, уполномоченного на осуществление государственного строительного надзора, и (или) владельца автомобильной дороги обязаны прекратить строительство, реконструкцию, капитальный ремонт, в том числе прокладку, перенос, переустройство, инженерных коммуникаций, линий связи и сооружений связи, их эксплуатацию, осуществить снос незаконно возведенных сооружений, иных объектов и привести автомобильную дорогу в первоначальное состояние. В случае отказа от исполнения указанных требований владелец автомобильной дороги выполняет работы по ликвидации построенных, реконструированных, капитально отремонтированных, в том числе проложенных, перенесенных, переустроенных, инженерных коммуникаций, линий связи и сооружений связи с последующей компенсацией затрат на выполнение этих работ за счет лиц, виновных в незаконных строительстве, реконструкции, капитальном ремонте, в том числе прокладке, переносе, переустройстве, сооружений, иных объектов, в соответствии с законодательством Российской Федерации. Порядок осуществления владельцем автомобильной дороги мониторинга соблюдения владельцем инженерных коммуникаций, линий связи и сооружений связи технических требований и условий, подлежащих обязательному исполнению,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p>
      <w:r>
        <w:t>в статье 25: а) в части 3: пункт 1 дополнить словами ", линий связи и сооружений связи"; пункт 2 дополнить словами ", линиям связи и сооружениям связи"; б) часть 42 после слов "их эксплуатации" дополнить словами ", а также в целях строительства, реконструкции, капитального ремонта, в том числе прокладки, переноса, переустройства, эксплуатации линий связи и сооружений связи"</w:t>
      </w:r>
    </w:p>
    <w:p>
      <w:r>
        <w:t>в статье 26: а) часть 8 после слова "сервиса," дополнить словами "линий связи и сооружений связи,"; б) часть 81 после слова "сервиса," дополнить словами "линий связи и сооружений связи,"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