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 и 12 Федерального закона "О свободной экономической зоне на территориях Донецкой Народной Республики, Луганской Народной Республики, Запорожской области, Херсонской области и на прилегающих территориях"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