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января 1996 года № 4-ФЗ "О мелиорации земель" (Собрание законодательства Российской Федерации, 1996, № 3, ст. 142; 2003, № 2, ст. 167; 2004, № 35, ст. 3607; 2006, № 52, ст. 5498; 2007, № 27, ст. 3213; 2008, № 29, ст. 3418; 2009, № 1, ст. 17; 2011, № 49, ст. 7015; 2014, № 42, ст. 5615; 2016, № 15, ст. 2066; 2019, № 52, ст. 7795; 2022, № 52, ст. 9369; 2023, № 25, ст. 4433; № 29, ст. 5323) следующие изменения</w:t>
      </w:r>
    </w:p>
    <w:p>
      <w:r>
        <w:t>в преамбуле слова "граждан (физических лиц)" заменить словами "физических лиц"</w:t>
      </w:r>
    </w:p>
    <w:p>
      <w:r>
        <w:t>в статье 2: а) абзац третий изложить в следующей редакции: "мелиоративные мероприятия - создание, содержание и эксплуатация мелиоративных систем и отдельно расположенных гидротехнических сооружений в целях проведения гидромелиорации земель, создание, содержание, сохранение агролесомелиоративных насаждений и агрофитомелиоративных насаждений и использование их почвозащитных и иных полезных функций, проведение культуртехнической и химической мелиорации;"; б) абзац шестой изложить в следующей редакции: "мелиоративные системы - комплексы технологически взаимосвязанных объектов капитального строительства, включая гидротехнические сооружения, некапитальных строений, сооружений и устройств, предназначенных для обеспечения создания оптимальных водного, воздушного, теплового и питательного режимов мелиорируемых (мелиорированных) земель;"; в) абзацы седьмой - девятый признать утратившими силу; г) в абзаце десятом слова "инженерные сооружения и устройства" заменить словами "гидротехнические сооружения"; д) в абзаце тринадцатом слово "граждане" заменить словами "физические лица"</w:t>
      </w:r>
    </w:p>
    <w:p>
      <w:r>
        <w:t>части третью и четвертую статьи 4 признать утратившими силу</w:t>
      </w:r>
    </w:p>
    <w:p>
      <w:r>
        <w:t>в статье 6: а) в части первой слова ", в том числе воспроизводство плодородия," исключить; б) в части второй слова "почв на мелиорируемых землях посредством осуществления мер по подаче и (или) отводу воды с помощью мелиоративных систем, а также отдельно расположенных гидротехнических сооружений" заменить словами "мелиорируемых земель с использованием мелиоративных систем и отдельно расположенных гидротехнических сооружений"; в) дополнить частями четвертой и пятой следующего содержания: "В целях проведения гидромелиорации земель осуществляются мероприятия, включающие архитектурно-строительное проектирование, строительство, реконструкцию, капитальный ремонт объектов капитального строительства и (или) некапитальных строений, сооружений и устройств, предназначенных для обеспечения создания оптимальных водного, воздушного, теплового и питательного режимов мелиорируемых (мелиорированных) земель. В целях проведения гидромелиорации земель также могут проводиться мероприятия по созданию, содержанию и сохранению насаждений, необходимых для обеспечения функционирования мелиоративных систем."</w:t>
      </w:r>
    </w:p>
    <w:p>
      <w:r>
        <w:t>в статье 7: а) в части первой слова ", в том числе воспроизводства плодородия земель," исключить; б) в части второй слова "почв на мелиорируемых землях посредством создания и содержания агролесомелиоративных насаждений" заменить словами "мелиорируемых земель посредством создания, содержания, сохранения агролесомелиоративных насаждений и использования их почвозащитных и иных полезных функций"</w:t>
      </w:r>
    </w:p>
    <w:p>
      <w:r>
        <w:t>в статье 71: а) в части первой слова ", в том числе воспроизводства плодородия земель," исключить; б) в части второй слова "агропромышленного комплекса, включая мелиорацию земель" заменить словами "мелиорации земель"</w:t>
      </w:r>
    </w:p>
    <w:p>
      <w:r>
        <w:t>в статье 8: а) в части первой слова ", в том числе по воспроизводству плодородия земель" исключить; б) в части второй: в абзаце пятом слово "почвы" заменить словом "земель"; в абзаце шестом слово "работ" заменить словом "мероприятий"</w:t>
      </w:r>
    </w:p>
    <w:p>
      <w:r>
        <w:t>в статье 9 слова "свойств почв" заменить словами "свойств земель", слово "почв" исключить</w:t>
      </w:r>
    </w:p>
    <w:p>
      <w:r>
        <w:t>в статье 10 слова "в соответствии с гражданским законодательством Российской Федерации" и слова "и иных формах" исключить</w:t>
      </w:r>
    </w:p>
    <w:p>
      <w:r>
        <w:t>в статье 11: а) в части второй слова "осуществляющие межрегиональное и (или) межхозяйственное водораспределение и построенные (строящиеся)" заменить словом "созданные", слова "а также" заменить словами "и (или)"; б) в части третьей слова "граждан (физических лиц)" заменить словами "физических лиц"; в) в части пятой слова "и проведение мероприятий по контролю за состоянием мелиорированных земель" исключить, слова "граждан (физических лиц)" заменить словами "физических лиц"</w:t>
      </w:r>
    </w:p>
    <w:p>
      <w:r>
        <w:t>в статье 12 слова "городским и сельским поселениям, а также другим" исключить, дополнить словами "(далее - муниципальные мелиоративные системы)"</w:t>
      </w:r>
    </w:p>
    <w:p>
      <w:r>
        <w:t>в статье 13: а) в наименовании слова "граждан (физических лиц)" заменить словами "физических лиц"; б) слова "граждан (физических лиц) и" заменить словами "физических лиц и", слова "общего пользования и мелиоративные системы индивидуального пользования" и второе предложение исключить</w:t>
      </w:r>
    </w:p>
    <w:p>
      <w:r>
        <w:t>в статье 14: а) в абзаце четвертом слова "и управление" исключить, дополнить словами ", в том числе их строительство, реконструкция и капитальный ремонт"; б) абзац пятый после слова "сооружениями," дополнить словами "создания, содержания и эксплуатации таких систем и сооружений, создания и"; в) в абзаце шестом слова "агропромышленного комплекса, включая мелиорацию, а также федерального органа исполнительной власти, осуществляющего функции по оказанию государственных услуг, управлению государственным имуществом в сфере агропромышленного комплекса, включая мелиорацию" заменить словами "мелиорации земель"; г) в абзаце седьмом слова "федеральных программ" заменить словами "государственных программ Российской Федерации"; д) дополнить абзацем четырнадцатым следующего содержания: "и иные полномочия, предусмотренные настоящим Федеральным законом."</w:t>
      </w:r>
    </w:p>
    <w:p>
      <w:r>
        <w:t>в статье 15: а) в абзаце втором слова "и управление" исключить; б) в абзаце пятом слова "региональных (территориальных) программ" заменить словами "государственных программ субъектов Российской Федерации"</w:t>
      </w:r>
    </w:p>
    <w:p>
      <w:r>
        <w:t>в статье 16: а) в абзаце третьем слово "защиты" заменить словом "охраны", слова "на соответствующих территориях" исключить; б) в абзаце пятом слова "граждан (физических лиц)" заменить словами "физических лиц"</w:t>
      </w:r>
    </w:p>
    <w:p>
      <w:r>
        <w:t>в статье 17: а) в части первой слова "органы исполнительной власти субъектов Российской Федерации и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включая мелиорацию земель" заменить словами "исполнительные органы субъектов Российской Федерации и федеральный орган исполнительной власти, осуществляющий функции по выработке государственной политики и нормативно-правовому регулированию в сфере мелиорации земель"; б) часть четвертую признать утратившей силу</w:t>
      </w:r>
    </w:p>
    <w:p>
      <w:r>
        <w:t>в статье 18: а) в наименовании слово "соответствующих" исключить, слова "органов исполнительной власти субъектов" заменить словами "исполнительных органов субъектов"; б) в абзаце первом слова "органов исполнительной власти субъектов" заменить словами "исполнительных органов субъектов"; в) в абзаце втором слова "региональных (территориальных) программ" заменить словами "государственных программ субъектов Российской Федерации"; г) абзац десятый признать утратившим силу</w:t>
      </w:r>
    </w:p>
    <w:p>
      <w:r>
        <w:t>в статье 20: а) в части второй слова "агропромышленного комплекса, включая мелиорацию" заменить словами "мелиорации земель"; б) дополнить частью третьей следующего содержания: "Сведения о паспортизации мелиоративных систем и мелиоративных гидротехнических сооружений предоставляются физическим лицам и юридическим лицам бесплатно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мелиорации земель."</w:t>
      </w:r>
    </w:p>
    <w:p>
      <w:r>
        <w:t>в статье 201: а) часть вторую изложить в следующей редакции: "Учет агролесомелиоративных насаждений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мелиорации земель, и исполнительными органами субъектов Российской Федерации в области мелиорации земель на основе сведений, которые обязаны представлять собственники земельных участков, на которых расположены агролесомелиоративные насаждения, а также на основе данных мониторинга мелиорированных земель и других источников информации, в том числе данных иных государственных органов и органов местного самоуправления."; б) в части третьей слова "Органы исполнительной власти субъектов Российской Федерации, уполномоченные в области мелиорации земель," заменить словами "Исполнительные органы субъектов Российской Федерации в области мелиорации земель", слова "агропромышленного комплекса, включая мелиорацию земель" заменить словами "мелиорации земель"; в) в части четвертой слова "агропромышленного комплекса, включая мелиорацию земель" заменить словами "мелиорации земель"</w:t>
      </w:r>
    </w:p>
    <w:p>
      <w:r>
        <w:t>дополнить статьей 202 следующего содержания: "Статья 202. Учет мелиоративных систем и отдельно расположенных гидротехнических сооружений Учет мелиоративных систем и отдельно расположенных гидротехнических сооружений представляет собой сбор и систематизацию сведений о мелиоративных системах и об отдельно расположенных гидротехнических сооружениях, в том числе сведений о местоположении и состоянии мелиоративных систем и отдельно расположенных гидротехнических сооружений, об их количественных и качественных характеристиках. Учет мелиоративных систем и отдельно расположенных гидротехнических сооружений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мелиорации земель, и исполнительными органами субъектов Российской Федерации в области мелиорации земель на основе сведений, которые обязаны представлять собственники мелиоративных систем и отдельно расположенных гидротехнических сооружений, а также на основе данных мониторинга мелиорированных земель и других источников информации, в том числе данных иных органов государственной власти. Исполнительные органы субъектов Российской Федерации в области мелиорации земель представляют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мелиорации земель, сведения о мелиоративных системах и об отдельно расположенных гидротехнических сооружениях на территориях соответствующих субъектов Российской Федерации. Порядок осуществления учета мелиоративных систем и отдельно расположенных гидротехнических сооружений, состав, форма и порядок представления сведений, подлежащих указанному учету,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мелиорации земель."</w:t>
      </w:r>
    </w:p>
    <w:p>
      <w:r>
        <w:t>статью 21 дополнить частью третьей следующего содержания: "Сведения, полученные в ходе осуществления мониторинга мелиорированных земель, предоставляются физическим лицам и юридическим лицам бесплатно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мелиорации земель."</w:t>
      </w:r>
    </w:p>
    <w:p>
      <w:r>
        <w:t>статью 23 признать утратившей силу</w:t>
      </w:r>
    </w:p>
    <w:p>
      <w:r>
        <w:t>в статье 24: а) часть первую изложить в следующей редакции: "Планирование мелиорации земель проводится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мелиорации земель, в соответствии с государственными программами Российской Федерации и государственными программами субъектов Российской Федерации в области мелиорации земель, а также по заказам правообладателей земельных участков."; б) в части второй слова "федеральных и региональных (территориальных) программах" заменить словами "государственных программах Российской Федерации и государственных программах субъектов Российской Федерации"; в) в части третьей слова "собственников, владельцев и пользователей" заменить словом "правообладателей", дополнить словами "в области мелиорации земель"</w:t>
      </w:r>
    </w:p>
    <w:p>
      <w:r>
        <w:t>в статье 25: а) в части первой слова "строительные, экологические, санитарные и иные нормы и правила" заменить словами "нормы и правила в области мелиорации земель, экологические, санитарно-эпидемиологические требования, требования законодательства о градостроительной деятельности и иные требования, установленные законодательством Российской Федерации"; б) в части второй слова "агропромышленного комплекса, включая мелиорацию" заменить словами "мелиорации земель"</w:t>
      </w:r>
    </w:p>
    <w:p>
      <w:r>
        <w:t>в статье 27 слова "агропромышленного комплекса, включая мелиорацию" заменить словами "мелиорации земель"</w:t>
      </w:r>
    </w:p>
    <w:p>
      <w:r>
        <w:t>в статье 28: а) в наименовании слова "гражданам (физическим лицам)" заменить словами "физическим лицам"; б) в части первой слова "гражданам (физическим лицам)" заменить словами "физическим лицам", слова "общего пользования" исключить, слова "сооружений и устройств этой системы, являющихся общими для нескольких граждан (физических лиц)" заменить словами "указанной мелиоративной системы"; в) в части второй слова "гражданами (физическими лицами)" заменить словами "физическими лицами", слова "общего пользования" исключить</w:t>
      </w:r>
    </w:p>
    <w:p>
      <w:r>
        <w:t>в статье 29: а) в части первой слова "Граждане (физические лица)" заменить словами "Физические лица"; б) в части второй слова "агропромышленного комплекса, включая мелиорацию" заменить словами "мелиорации земель"; в) в части третьей: в абзаце втором слова "федеральный орган исполнительной власти, осуществляющий функции по оказанию государственных услуг, управлению государственным имуществом в сфере агропромышленного комплекса, включая мелиорацию, и соответствующие органы исполнительной власти субъектов Российской Федерации" заменить словами "федеральный орган исполнительной власти, осуществляющий функции по выработке государственной политики и нормативно-правовому регулированию в сфере мелиорации земель, и исполнительные органы субъектов Российской Федерации в области мелиорации земель"; в абзаце четвертом слова "общего и индивидуального пользования" исключить, слова ", находящихся в собственности граждан (физических лиц) и юридических лиц, - их собственники, владельцы и пользователи" заменить словами ", находящихся в собственности физических лиц и юридических лиц, - их правообладатели"; г) в части четвертой слова "граждан (физических лиц)" заменить словами "физических лиц"</w:t>
      </w:r>
    </w:p>
    <w:p>
      <w:r>
        <w:t>в части пятой статьи 291 слова "агропромышленного комплекса, включая мелиорацию земель" заменить словами "мелиорации земель"</w:t>
      </w:r>
    </w:p>
    <w:p>
      <w:r>
        <w:t>в статье 30: а) в части первой слова "почв на мелиорируемых (мелиорированных) землях" заменить словами "мелиорируемых (мелиорированных) земель"; б) в части второй слова "агропромышленного комплекса, включая мелиорацию" заменить словами "мелиорации земель"</w:t>
      </w:r>
    </w:p>
    <w:p>
      <w:r>
        <w:t>статью 32 изложить в следующей редакции: "Статья 32. Требования в области охраны окружающей среды при мелиорации земель Мелиоративные мероприятия осуществляются с соблюдением требований законодательства в области охраны окружающей среды."</w:t>
      </w:r>
    </w:p>
    <w:p>
      <w:r>
        <w:t>в статье 33 слова "агропромышленного комплекса, включая мелиорацию" заменить словами "мелиорации земель", слова "собственников, владельцев и пользователей" заменить словом "правообладателей", слова ", кредитов банков" исключить</w:t>
      </w:r>
    </w:p>
    <w:p>
      <w:r>
        <w:t>в статье 35 слова "региональными (территориальными) программами" заменить словами "государственными программами субъектов Российской Федерации"</w:t>
      </w:r>
    </w:p>
    <w:p>
      <w:r>
        <w:t>в статье 36 слова "собственников, владельцев и пользователей" заменить словом "правообладателей"</w:t>
      </w:r>
    </w:p>
    <w:p>
      <w:r>
        <w:t>в части второй статьи 371 слова "инфраструктуре государственных мелиоративных систем и (или) отнесенных к государственной собственности отдельно расположенных гидротехнических сооружений" заменить словами "государственным мелиоративным системам и (или) отнесенным к государственной собственности отдельно расположенным гидротехническим сооружениям"</w:t>
      </w:r>
    </w:p>
    <w:p>
      <w:r>
        <w:t>в статье 372: а) в части третьей слова "агропромышленного комплекса, включая мелиорацию" заменить словами "мелиорации земель"; б) в части четвертой слова "агропромышленного комплекса, включая мелиорацию" заменить словами "мелиорации земель"; в) в части пятой слова "агропромышленного комплекса, включая мелиорацию" заменить словами "мелиорации земель"</w:t>
      </w:r>
    </w:p>
    <w:p>
      <w:r>
        <w:t>в статье 38 слова "гражданами (физическими лицами)" заменить словами "физическими лицами"</w:t>
      </w:r>
    </w:p>
    <w:p>
      <w:r>
        <w:t>в статье 40 слова "Граждане (физические лица)" заменить словами "Физические лица"</w:t>
      </w:r>
    </w:p>
    <w:p>
      <w:r>
        <w:rPr>
          <w:b/>
        </w:rPr>
        <w:t>Статья 2</w:t>
      </w:r>
    </w:p>
    <w:p>
      <w:r>
        <w:t>Внести в часть тринадцатую статьи 222 Федерального закона от 16 июля 1998 года № 101-ФЗ "О государственном регулировании обеспечения плодородия земель сельскохозяйственного назначения" (Собрание законодательства Российской Федерации, 1998, № 29, ст. 3399; 2024, № 53, ст. 8509) следующие изменения</w:t>
      </w:r>
    </w:p>
    <w:p>
      <w:r>
        <w:t>в абзаце третьем пункта 9 слово "ввода" заменить словом "приемки"</w:t>
      </w:r>
    </w:p>
    <w:p>
      <w:r>
        <w:t>в пункте 12 после слов "проведения, сведения о" дополнить словами "мелиорируемых (мелиорированных)", слова "на которых проведены мероприятия," исключить</w:t>
      </w:r>
    </w:p>
    <w:p>
      <w:r>
        <w:rPr>
          <w:b/>
        </w:rPr>
        <w:t>Статья 3</w:t>
      </w:r>
    </w:p>
    <w:p>
      <w:r>
        <w:t>Внести в Земельный кодекс Российской Федерации (Собрание законодательства Российской Федерации, 2001, № 44, ст. 4147; 2006, № 23, ст. 2380; № 50, ст. 5279; 2014, № 26, ст. 3377; 2015, № 10, ст. 1418; 2017, № 27, ст. 3940; 2018, № 32, ст. 5134; 2019, № 52, ст. 7795; 2022, № 29, ст. 5251; 2023, № 14, ст. 2373; № 25, ст. 4433; № 32, ст. 6170, 6223; 2024, № 53, ст. 8495) следующие изменения</w:t>
      </w:r>
    </w:p>
    <w:p>
      <w:r>
        <w:t>в подпункте 3 пункта 4 статьи 23 слово "работ" заменить словом "мероприятий"</w:t>
      </w:r>
    </w:p>
    <w:p>
      <w:r>
        <w:t>в подпункте 3 пункта 1 статьи 40 слова "проводить в соответствии с разрешенным использованием оросительные, осушительные, агролесомелиоративные, агрофитомелиоративные, культуртехнические и другие мелиоративные работы," заменить словами "осуществлять мелиоративные мероприятия,"</w:t>
      </w:r>
    </w:p>
    <w:p>
      <w:r>
        <w:rPr>
          <w:b/>
        </w:rPr>
        <w:t>Статья 4</w:t>
      </w:r>
    </w:p>
    <w:p>
      <w:r>
        <w:t>В абзаце четвертом пункта 3 статьи 31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2011, № 50, ст. 7359; 2023, № 6, ст. 920; № 31, ст. 5796; 2025, № 12, ст. 1202) слова "систем и мелиорации" заменить словами "мелиоративных систем".</w:t>
      </w:r>
    </w:p>
    <w:p>
      <w:r>
        <w:rPr>
          <w:b/>
        </w:rPr>
        <w:t>Статья 5</w:t>
      </w:r>
    </w:p>
    <w:p>
      <w:r>
        <w:t>В абзаце первом пункта 4 статьи 6 Федерального закона от 7 июля 2003 года № 126-ФЗ "О связи" (Собрание законодательства Российской Федерации, 2003, № 28, ст. 2895; 2004, № 35, ст. 3607; 2011, № 29, ст. 4284; 2016, № 15, ст. 2066; 2020, № 42, ст. 6525; 2024, № 15, ст. 1960; № 33, ст. 4999) слова "систем мелиорации" заменить словами "мелиоративных систем и отдельно расположенных гидротехнических сооружений".</w:t>
      </w:r>
    </w:p>
    <w:p>
      <w:r>
        <w:rPr>
          <w:b/>
        </w:rPr>
        <w:t>Статья 6</w:t>
      </w:r>
    </w:p>
    <w:p>
      <w:r>
        <w:t>В подпункте "л" части 1 статьи 10 Федерального закона от 21 июля 2005 года № 108-ФЗ "О Всероссийской сельскохозяйственной переписи" (Собрание законодательства Российской Федерации, 2005, № 30, ст. 3119; 2014, № 49, ст. 6920; 2018, № 27, ст. 3947; 2023, № 43, ст. 7602) слова "работ по" исключить.</w:t>
      </w:r>
    </w:p>
    <w:p>
      <w:r>
        <w:rPr>
          <w:b/>
        </w:rPr>
        <w:t>Статья 7</w:t>
      </w:r>
    </w:p>
    <w:p>
      <w:r>
        <w:t>В пункте 4 части 3 статьи 17 Федерального закона от 29 декабря 2006 года № 264-ФЗ "О развитии сельского хозяйства" (Собрание законодательства Российской Федерации, 2007, № 1, ст. 27; 2008, № 49, ст. 5748; 2009, № 30, ст. 3735; 2015, № 7, ст. 1016; 2018, № 31, ст. 4861; № 32, ст. 5073; 2021, № 24, ст. 4193; 2022, № 1, ст. 44; № 24, ст. 3929; 2024, № 53, ст. 8509) слова "химизации и" исключить.</w:t>
      </w:r>
    </w:p>
    <w:p>
      <w:r>
        <w:rPr>
          <w:b/>
        </w:rPr>
        <w:t>Статья 8</w:t>
      </w:r>
    </w:p>
    <w:p>
      <w:r>
        <w:t>В пункте 15 части 1 статьи 7 Федерального закона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(Собрание законодательства Российской Федерации, 2015, № 29, ст. 4350; 2016, № 1, ст. 11; № 27, ст. 4293; 2018, № 27, ст. 3948, 3956; № 31, ст. 4850; 2021, № 1, ст. 3; 2022, № 1, ст. 58; № 18, ст. 3012; № 24, ст. 3914; 2023, № 29, ст. 5314; № 32, ст. 6150; 2024, № 29, ст. 4106; № 31, ст. 4456; № 33, ст. 4998; № 49, ст. 7435) слова "и объекты их инженерной инфраструктуры" исключить.</w:t>
      </w:r>
    </w:p>
    <w:p>
      <w:r>
        <w:rPr>
          <w:b/>
        </w:rPr>
        <w:t>Статья 9</w:t>
      </w:r>
    </w:p>
    <w:p>
      <w:r>
        <w:t>Признать утратившими силу</w:t>
      </w:r>
    </w:p>
    <w:p>
      <w:r>
        <w:t>пункт 5 статьи 70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пункт 3 статьи 12 Федерального закона от 18 декабря 2006 года № 232-ФЗ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2006, № 52, ст. 5498)</w:t>
      </w:r>
    </w:p>
    <w:p>
      <w:r>
        <w:t>статью 3 Федерального закона от 28 ноября 2011 года № 337-ФЗ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2011, № 49, ст. 7015)</w:t>
      </w:r>
    </w:p>
    <w:p>
      <w:r>
        <w:rPr>
          <w:b/>
        </w:rPr>
        <w:t>Статья 10</w:t>
      </w:r>
    </w:p>
    <w:p>
      <w:r>
        <w:t>Настоящий Федеральный закон вступает в силу с 1 сентября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