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крестьянском (фермерском) хозяйстве" и статью 221 Федерального закона "О несостоятельности (банкротстве)"</w:t>
      </w:r>
    </w:p>
    <w:p>
      <w:r>
        <w:rPr>
          <w:b/>
        </w:rPr>
        <w:t>Статья 1</w:t>
      </w:r>
    </w:p>
    <w:p>
      <w:r>
        <w:t>Внести в Федеральный закон от 11 июня 2003 года № 74-ФЗ "О крестьянском (фермерском) хозяйстве" (Собрание законодательства Российской Федерации, 2003, № 24, ст. 2249; 2006, № 50, ст. 5279; 2021, № 27, ст. 5127) следующие изменения: 1) в статье 1: а) в пункте 1 слова ", имеющих в общей собственности имущество" исключить; б) пункт 2 после слов "Фермерское хозяйство" дополнить словами "без образования юридического лица"; в) пункты 3 и 4 признать утратившими силу; 2) дополнить статьей 11 следующего содержания: "Статья 11. Организационно-правовые формы фермерских хозяйств 1. Фермерские хозяйства вправе осуществлять свою деятельность без образования юридического лица или в форме юридического лица.</w:t>
      </w:r>
    </w:p>
    <w:p>
      <w:r>
        <w:rPr>
          <w:b/>
        </w:rPr>
        <w:t xml:space="preserve">2. </w:t>
      </w:r>
      <w:r>
        <w:t>Члены фермерского хозяйства без образования юридического лица вправе принять решение о создании фермерского хозяйства - юридического лица</w:t>
      </w:r>
    </w:p>
    <w:p>
      <w:r>
        <w:rPr>
          <w:b/>
        </w:rPr>
        <w:t xml:space="preserve">3. </w:t>
      </w:r>
      <w:r>
        <w:t>Фермерским хозяйством - юридическим лицом является добровольное объединение граждан на основе членства для совместной производственной или иной хозяйственной деятельности в области сельского хозяйства, основанной на их личном участии и объединении членами фермерского хозяйства - юридического лица имущественных вкладов</w:t>
      </w:r>
    </w:p>
    <w:p>
      <w:r>
        <w:rPr>
          <w:b/>
        </w:rPr>
        <w:t xml:space="preserve">4. </w:t>
      </w:r>
      <w:r>
        <w:t>Фермерское хозяйство признается сельскохозяйственным товаропроизводителем в соответствии с законодательством Российской Федерации со дня внесения федеральным органом исполнительной власти, осуществляющим государственную регистрацию юридических лиц и индивидуальных предпринимателей, сведений о государственной регистрации фермерского хозяйства - юридического лица в единый государственный реестр юридических лиц либо сведений о том, что индивидуальный предприниматель является главой фермерского хозяйства без образования юридического лица, в единый государственный реестр индивидуальных предпринимателей.";</w:t>
      </w:r>
    </w:p>
    <w:p>
      <w:r>
        <w:rPr>
          <w:b/>
        </w:rPr>
        <w:t xml:space="preserve">2. </w:t>
      </w:r>
      <w:r>
        <w:t>Глава фермерского хозяйства без образования юридического лица должен действовать в интересах представляемого им фермерского хозяйства без образования юридического лица добросовестно и разумно и не вправе совершать действия, ущемляющие права и законные интересы фермерского хозяйства без образования юридического лица и его членов.";</w:t>
      </w:r>
    </w:p>
    <w:p>
      <w:r>
        <w:rPr>
          <w:b/>
        </w:rPr>
        <w:t xml:space="preserve">4. </w:t>
      </w:r>
      <w:r>
        <w:t>в статье 4:</w:t>
      </w:r>
    </w:p>
    <w:p>
      <w:r>
        <w:rPr>
          <w:b/>
        </w:rPr>
        <w:t xml:space="preserve">4. </w:t>
      </w:r>
      <w:r>
        <w:t>статью 5 изложить в следующей редакции: "Статья 5. Государственная регистрация фермерского хозяйства Фермерское хозяйство считается созданным со дня внесения федеральным органом исполнительной власти, осуществляющим государственную регистрацию юридических лиц и индивидуальных предпринимателей, сведений о государственной регистрации фермерского хозяйства - юридического лица в единый государственный реестр юридических лиц либо сведений о том, что индивидуальный предприниматель является главой фермерского хозяйства без образования юридического лица, в единый государственный реестр индивидуальных предпринимателей."</w:t>
      </w:r>
    </w:p>
    <w:p>
      <w:r>
        <w:rPr>
          <w:b/>
        </w:rPr>
        <w:t xml:space="preserve">4. </w:t>
      </w:r>
      <w:r>
        <w:t>в статье 6:</w:t>
      </w:r>
    </w:p>
    <w:p>
      <w:r>
        <w:rPr>
          <w:b/>
        </w:rPr>
        <w:t xml:space="preserve">4. </w:t>
      </w:r>
      <w:r>
        <w:t>статью 7 после слов "членами фермерского хозяйства" дополнить словами "без образования юридического лица", дополнить словами ", либо уставом фермерского хозяйства - юридического лица"</w:t>
      </w:r>
    </w:p>
    <w:p>
      <w:r>
        <w:rPr>
          <w:b/>
        </w:rPr>
        <w:t xml:space="preserve">4. </w:t>
      </w:r>
      <w:r>
        <w:t>в статье 8:</w:t>
      </w:r>
    </w:p>
    <w:p>
      <w:r>
        <w:rPr>
          <w:b/>
        </w:rPr>
        <w:t xml:space="preserve">4. </w:t>
      </w:r>
      <w:r>
        <w:t>в статье 9:</w:t>
      </w:r>
    </w:p>
    <w:p>
      <w:r>
        <w:rPr>
          <w:b/>
        </w:rPr>
        <w:t xml:space="preserve">4. </w:t>
      </w:r>
      <w:r>
        <w:t>в статье 14:</w:t>
      </w:r>
    </w:p>
    <w:p>
      <w:r>
        <w:rPr>
          <w:b/>
        </w:rPr>
        <w:t xml:space="preserve">4. </w:t>
      </w:r>
      <w:r>
        <w:t>в статье 15:</w:t>
      </w:r>
    </w:p>
    <w:p>
      <w:r>
        <w:rPr>
          <w:b/>
        </w:rPr>
        <w:t xml:space="preserve">4. </w:t>
      </w:r>
      <w:r>
        <w:t>статью 16 изложить в следующей редакции: "Статья 16. Глава фермерского хозяйства без образования юридического лица 1. Главой фермерского хозяйства без образования юридического лица избирается один из его членов в порядке, установленном соглашением, заключенным между членами фермерского хозяйства без образования юридического лица в соответствии со статьей 4 настоящего Федерального закона</w:t>
      </w:r>
    </w:p>
    <w:p>
      <w:r>
        <w:rPr>
          <w:b/>
        </w:rPr>
        <w:t xml:space="preserve">4. </w:t>
      </w:r>
      <w:r>
        <w:t>наименование дополнить словами "без образования юридического лица"</w:t>
      </w:r>
    </w:p>
    <w:p>
      <w:r>
        <w:rPr>
          <w:b/>
        </w:rPr>
        <w:t xml:space="preserve">4. </w:t>
      </w:r>
      <w:r>
        <w:t>пункт 1 после слов "фермерского хозяйства" дополнить словами "без образования юридического лица"</w:t>
      </w:r>
    </w:p>
    <w:p>
      <w:r>
        <w:rPr>
          <w:b/>
        </w:rPr>
        <w:t xml:space="preserve">4. </w:t>
      </w:r>
      <w:r>
        <w:t>пункт 2 после слов "фермерское хозяйство" дополнить словами "без образования юридического лица"</w:t>
      </w:r>
    </w:p>
    <w:p>
      <w:r>
        <w:rPr>
          <w:b/>
        </w:rPr>
        <w:t xml:space="preserve">4. </w:t>
      </w:r>
      <w:r>
        <w:t>в пункте 3: абзац первый после слов "фермерского хозяйства" дополнить словами "без образования юридического лица"; подпункт 1 дополнить словами "без образования юридического лица"; подпункт 2 после слов "фермерского хозяйства" дополнить словами "без образования юридического лица", дополнить словами "без образования юридического лица"; подпункт 3 дополнить словами "без образования юридического лица"; подпункт 4 после слов "фермерского хозяйства" дополнить словами "без образования юридического лица"; подпункт 5 после слов "фермерского хозяйства" дополнить словами "без образования юридического лица"; подпункт 6 после слов "фермерского хозяйства" дополнить словами "без образования юридического лица"</w:t>
      </w:r>
    </w:p>
    <w:p>
      <w:r>
        <w:rPr>
          <w:b/>
        </w:rPr>
        <w:t xml:space="preserve">4. </w:t>
      </w:r>
      <w:r>
        <w:t>пункт 4 дополнить словами "без образования юридического лица"</w:t>
      </w:r>
    </w:p>
    <w:p>
      <w:r>
        <w:rPr>
          <w:b/>
        </w:rPr>
        <w:t xml:space="preserve">4. </w:t>
      </w:r>
      <w:r>
        <w:t>пункт 5 дополнить словами "без образования юридического лица"</w:t>
      </w:r>
    </w:p>
    <w:p>
      <w:r>
        <w:rPr>
          <w:b/>
        </w:rPr>
        <w:t xml:space="preserve">4. </w:t>
      </w:r>
      <w:r>
        <w:t>пункт 6 после слов "фермерского хозяйства" дополнить словами "без образования юридического лица"</w:t>
      </w:r>
    </w:p>
    <w:p>
      <w:r>
        <w:rPr>
          <w:b/>
        </w:rPr>
        <w:t xml:space="preserve">4. </w:t>
      </w:r>
      <w:r>
        <w:t>пункт 7 после слов "фермерского хозяйства" дополнить словами "без образования юридического лица"</w:t>
      </w:r>
    </w:p>
    <w:p>
      <w:r>
        <w:rPr>
          <w:b/>
        </w:rPr>
        <w:t xml:space="preserve">4. </w:t>
      </w:r>
      <w:r>
        <w:t>пункт 1 изложить в следующей редакции: "1. В состав имущества фермерского хозяйства могут входить земельный участок, жилой дом, другие объекты капитального строительства, некапитальные строения, сооружения, используемые для производства, хранения и первичной переработки сельскохозяйственной продукции, сельскохозяйственные животные и птица, продукция, полученная фермерским хозяйством в результате использования своего имущества, и иное необходимое для осуществления деятельности фермерского хозяйства имущество."</w:t>
      </w:r>
    </w:p>
    <w:p>
      <w:r>
        <w:rPr>
          <w:b/>
        </w:rPr>
        <w:t xml:space="preserve">4. </w:t>
      </w:r>
      <w:r>
        <w:t>пункт 2 изложить в следующей редакции: "2. Плоды, продукция и доходы, полученные в результате осуществления деятельности фермерского хозяйства без образования юридического лица, являются общим имуществом членов фермерского хозяйства без образования юридического лица и используются в соответствии с соглашением, заключенным между ними."</w:t>
      </w:r>
    </w:p>
    <w:p>
      <w:r>
        <w:rPr>
          <w:b/>
        </w:rPr>
        <w:t xml:space="preserve">4. </w:t>
      </w:r>
      <w:r>
        <w:t>в пункте 3: абзац первый после слов "фермерского хозяйства" дополнить словами "без образования юридического лица"; абзац второй после слов "членов фермерского хозяйства" дополнить словами "без образования юридического лица"</w:t>
      </w:r>
    </w:p>
    <w:p>
      <w:r>
        <w:rPr>
          <w:b/>
        </w:rPr>
        <w:t xml:space="preserve">4. </w:t>
      </w:r>
      <w:r>
        <w:t>пункт 4 изложить в следующей редакции: "4. Членами фермерского хозяйства без образования юридического лица определяются перечень объектов, входящих в состав имущества фермерского хозяйства без образования юридического лица, и порядок его формирования."</w:t>
      </w:r>
    </w:p>
    <w:p>
      <w:r>
        <w:rPr>
          <w:b/>
        </w:rPr>
        <w:t xml:space="preserve">4. </w:t>
      </w:r>
      <w:r>
        <w:t>пункт 1 после слов "членами фермерского хозяйства" дополнить словами "без образования юридического лица", дополнить словами ", либо уставом фермерского хозяйства - юридического лица"</w:t>
      </w:r>
    </w:p>
    <w:p>
      <w:r>
        <w:rPr>
          <w:b/>
        </w:rPr>
        <w:t xml:space="preserve">4. </w:t>
      </w:r>
      <w:r>
        <w:t>в пункте 3 слова ", определенным в статье 6 настоящего Федерального закона" исключить</w:t>
      </w:r>
    </w:p>
    <w:p>
      <w:r>
        <w:rPr>
          <w:b/>
        </w:rPr>
        <w:t xml:space="preserve">4. </w:t>
      </w:r>
      <w:r>
        <w:t>наименование дополнить словами "без образования юридического лица"</w:t>
      </w:r>
    </w:p>
    <w:p>
      <w:r>
        <w:rPr>
          <w:b/>
        </w:rPr>
        <w:t xml:space="preserve">4. </w:t>
      </w:r>
      <w:r>
        <w:t>пункт 1 после слов "фермерского хозяйства" дополнить словами "без образования юридического лица"</w:t>
      </w:r>
    </w:p>
    <w:p>
      <w:r>
        <w:rPr>
          <w:b/>
        </w:rPr>
        <w:t xml:space="preserve">4. </w:t>
      </w:r>
      <w:r>
        <w:t>пункт 2 после слов "фермерского хозяйства" дополнить словами "без образования юридического лица"</w:t>
      </w:r>
    </w:p>
    <w:p>
      <w:r>
        <w:rPr>
          <w:b/>
        </w:rPr>
        <w:t xml:space="preserve">4. </w:t>
      </w:r>
      <w:r>
        <w:t>пункт 3 после слов "фермерского хозяйства" дополнить словами "без образования юридического лица"</w:t>
      </w:r>
    </w:p>
    <w:p>
      <w:r>
        <w:rPr>
          <w:b/>
        </w:rPr>
        <w:t xml:space="preserve">4. </w:t>
      </w:r>
      <w:r>
        <w:t>пункт 4 после слов "фермерского хозяйства" дополнить словами "без образования юридического лица"</w:t>
      </w:r>
    </w:p>
    <w:p>
      <w:r>
        <w:rPr>
          <w:b/>
        </w:rPr>
        <w:t xml:space="preserve">4. </w:t>
      </w:r>
      <w:r>
        <w:t>наименование изложить в следующей редакции: "Статья 14. Прием новых членов в фермерское хозяйство без образования юридического лица и прекращение членства в фермерском хозяйстве без образования юридического лица"</w:t>
      </w:r>
    </w:p>
    <w:p>
      <w:r>
        <w:rPr>
          <w:b/>
        </w:rPr>
        <w:t xml:space="preserve">4. </w:t>
      </w:r>
      <w:r>
        <w:t>пункт 1 после слов "фермерское хозяйство" дополнить словами "без образования юридического лица"</w:t>
      </w:r>
    </w:p>
    <w:p>
      <w:r>
        <w:rPr>
          <w:b/>
        </w:rPr>
        <w:t xml:space="preserve">4. </w:t>
      </w:r>
      <w:r>
        <w:t>пункт 2 изложить в следующей редакции: "2. Прием новых членов в фермерское хозяйство без образования юридического лица осуществляется по взаимному согласию членов фермерского хозяйства без образования юридического лица на основании заявления гражданина в письменной форме. В случае приема новых членов в фермерское хозяйство без образования юридического лица в соглашение, заключенное между членами фермерского хозяйства без образования юридического лица в соответствии со статьей 4 настоящего Федерального закона, вносятся изменения."</w:t>
      </w:r>
    </w:p>
    <w:p>
      <w:r>
        <w:rPr>
          <w:b/>
        </w:rPr>
        <w:t xml:space="preserve">4. </w:t>
      </w:r>
      <w:r>
        <w:t>пункт 3 после слов "фермерском хозяйстве" дополнить словами "без образования юридического лица", после слов "фермерского хозяйства" дополнить словами "без образования юридического лица"</w:t>
      </w:r>
    </w:p>
    <w:p>
      <w:r>
        <w:rPr>
          <w:b/>
        </w:rPr>
        <w:t xml:space="preserve">4. </w:t>
      </w:r>
      <w:r>
        <w:t>пункт 4 изложить в следующей редакции: "4. Выход члена фермерского хозяйства из фермерского хозяйства без образования юридического лица осуществляется по его заявлению в письменной форме."</w:t>
      </w:r>
    </w:p>
    <w:p>
      <w:r>
        <w:rPr>
          <w:b/>
        </w:rPr>
        <w:t xml:space="preserve">4. </w:t>
      </w:r>
      <w:r>
        <w:t>пункт 1 изложить в следующей редакции: "1. Соглашением, заключенным между членами фермерского хозяйства без образования юридического лица в соответствии со статьей 4 настоящего Федерального закона, устанавливаются внутренний распорядок фермерского хозяйства, права и обязанности с учетом квалификации и хозяйственной необходимости, а также ответственность за нарушение положений соглашения, заключенного между членами фермерского хозяйства без образования юридического лица в соответствии со статьей 4 настоящего Федерального закона."</w:t>
      </w:r>
    </w:p>
    <w:p>
      <w:r>
        <w:rPr>
          <w:b/>
        </w:rPr>
        <w:t xml:space="preserve">4. </w:t>
      </w:r>
      <w:r>
        <w:t>в пункте 2 слова "по соглашению между членами фермерского хозяйства" заменить словами "соглашением, заключенным между членами фермерского хозяйства без образования юридического лица в соответствии со статьей 4 настоящего Федерального закона, либо уставом фермерского хозяйства - юридического лица"</w:t>
      </w:r>
    </w:p>
    <w:p>
      <w:r>
        <w:rPr>
          <w:b/>
        </w:rPr>
        <w:t xml:space="preserve">2. </w:t>
      </w:r>
      <w:r>
        <w:t>в статье 17:</w:t>
      </w:r>
    </w:p>
    <w:p>
      <w:r>
        <w:rPr>
          <w:b/>
        </w:rPr>
        <w:t xml:space="preserve">2. </w:t>
      </w:r>
      <w:r>
        <w:t>в статье 18:</w:t>
      </w:r>
    </w:p>
    <w:p>
      <w:r>
        <w:rPr>
          <w:b/>
        </w:rPr>
        <w:t xml:space="preserve">2. </w:t>
      </w:r>
      <w:r>
        <w:t>наименование главы 8 дополнить словами "без образования юридического лица"</w:t>
      </w:r>
    </w:p>
    <w:p>
      <w:r>
        <w:rPr>
          <w:b/>
        </w:rPr>
        <w:t xml:space="preserve">2. </w:t>
      </w:r>
      <w:r>
        <w:t>в статье 21:</w:t>
      </w:r>
    </w:p>
    <w:p>
      <w:r>
        <w:rPr>
          <w:b/>
        </w:rPr>
        <w:t xml:space="preserve">2. </w:t>
      </w:r>
      <w:r>
        <w:t>в статье 22:</w:t>
      </w:r>
    </w:p>
    <w:p>
      <w:r>
        <w:rPr>
          <w:b/>
        </w:rPr>
        <w:t xml:space="preserve">2. </w:t>
      </w:r>
      <w:r>
        <w:t>дополнить главой 81 следующего содержания: "ГЛАВА 81. ОСОБЕННОСТИ ПРАВОВОГО ПОЛОЖЕНИЯ ФЕРМЕРСКОГО ХОЗЯЙСТВА - ЮРИДИЧЕСКОГО ЛИЦА</w:t>
      </w:r>
    </w:p>
    <w:p>
      <w:r>
        <w:rPr>
          <w:b/>
        </w:rPr>
        <w:t xml:space="preserve">2. </w:t>
      </w:r>
      <w:r>
        <w:t>наименование дополнить словами "без образования юридического лица"</w:t>
      </w:r>
    </w:p>
    <w:p>
      <w:r>
        <w:rPr>
          <w:b/>
        </w:rPr>
        <w:t xml:space="preserve">2. </w:t>
      </w:r>
      <w:r>
        <w:t>абзац первый дополнить словами "без образования юридического лица"</w:t>
      </w:r>
    </w:p>
    <w:p>
      <w:r>
        <w:rPr>
          <w:b/>
        </w:rPr>
        <w:t xml:space="preserve">2. </w:t>
      </w:r>
      <w:r>
        <w:t>абзац второй дополнить словами "без образования юридического лица"</w:t>
      </w:r>
    </w:p>
    <w:p>
      <w:r>
        <w:rPr>
          <w:b/>
        </w:rPr>
        <w:t xml:space="preserve">2. </w:t>
      </w:r>
      <w:r>
        <w:t>абзац третий после слов "фермерского хозяйства" дополнить словами "без образования юридического лица"</w:t>
      </w:r>
    </w:p>
    <w:p>
      <w:r>
        <w:rPr>
          <w:b/>
        </w:rPr>
        <w:t xml:space="preserve">2. </w:t>
      </w:r>
      <w:r>
        <w:t>абзац пятый после слов "фермерское хозяйство" дополнить словами "без образования юридического лица"</w:t>
      </w:r>
    </w:p>
    <w:p>
      <w:r>
        <w:rPr>
          <w:b/>
        </w:rPr>
        <w:t xml:space="preserve">2. </w:t>
      </w:r>
      <w:r>
        <w:t>абзац шестой дополнить словами "без образования юридического лица"</w:t>
      </w:r>
    </w:p>
    <w:p>
      <w:r>
        <w:rPr>
          <w:b/>
        </w:rPr>
        <w:t xml:space="preserve">2. </w:t>
      </w:r>
      <w:r>
        <w:t>абзац седьмой изложить в следующей редакции: "осуществляет иные полномочия, определяемые соглашением, заключенным между членами фермерского хозяйства без образования юридического лица в соответствии со статьей 4 настоящего Федерального закона."</w:t>
      </w:r>
    </w:p>
    <w:p>
      <w:r>
        <w:rPr>
          <w:b/>
        </w:rPr>
        <w:t xml:space="preserve">2. </w:t>
      </w:r>
      <w:r>
        <w:t>наименование дополнить словами "без образования юридического лица"</w:t>
      </w:r>
    </w:p>
    <w:p>
      <w:r>
        <w:rPr>
          <w:b/>
        </w:rPr>
        <w:t xml:space="preserve">2. </w:t>
      </w:r>
      <w:r>
        <w:t>пункт 1 изложить в следующей редакции: "1. В случае невозможности исполнения главой фермерского хозяйства без образования юридического лица своих обязанностей в течение шести месяцев и более, либо его смерти, либо добровольного отказа им от своих полномочий члены фермерского хозяйства без образования юридического лица по взаимному согласию признают главой фермерского хозяйства без образования юридического лица другого члена фермерского хозяйства без образования юридического лица."</w:t>
      </w:r>
    </w:p>
    <w:p>
      <w:r>
        <w:rPr>
          <w:b/>
        </w:rPr>
        <w:t xml:space="preserve">2. </w:t>
      </w:r>
      <w:r>
        <w:t>пункт 2 после слов "фермерского хозяйства" дополнить словами "без образования юридического лица"</w:t>
      </w:r>
    </w:p>
    <w:p>
      <w:r>
        <w:rPr>
          <w:b/>
        </w:rPr>
        <w:t xml:space="preserve">2. </w:t>
      </w:r>
      <w:r>
        <w:t>пункт 3 после слов "фермерского хозяйства" дополнить словами "без образования юридического лица", дополнить словами "без образования юридического лица"</w:t>
      </w:r>
    </w:p>
    <w:p>
      <w:r>
        <w:rPr>
          <w:b/>
        </w:rPr>
        <w:t xml:space="preserve">2. </w:t>
      </w:r>
      <w:r>
        <w:t>наименование дополнить словами "без образования юридического лица"</w:t>
      </w:r>
    </w:p>
    <w:p>
      <w:r>
        <w:rPr>
          <w:b/>
        </w:rPr>
        <w:t xml:space="preserve">2. </w:t>
      </w:r>
      <w:r>
        <w:t>в пункте 1: абзац первый после слов "Фермерское хозяйство" дополнить словами "без образования юридического лица"; подпункт 1 после слов "фермерского хозяйства" дополнить словами "без образования юридического лица"; подпункт 2 после слов "фермерского хозяйства" дополнить словами "без образования юридического лица"; подпункт 3 дополнить словами "без образования юридического лица"; подпункт 4 после слов "фермерского хозяйства" дополнить словами "без образования юридического лица"</w:t>
      </w:r>
    </w:p>
    <w:p>
      <w:r>
        <w:rPr>
          <w:b/>
        </w:rPr>
        <w:t xml:space="preserve">2. </w:t>
      </w:r>
      <w:r>
        <w:t>пункт 2 после слов "фермерского хозяйства" дополнить словами "без образования юридического лица"</w:t>
      </w:r>
    </w:p>
    <w:p>
      <w:r>
        <w:rPr>
          <w:b/>
        </w:rPr>
        <w:t xml:space="preserve">2. </w:t>
      </w:r>
      <w:r>
        <w:t>наименование дополнить словами "без образования юридического лица"</w:t>
      </w:r>
    </w:p>
    <w:p>
      <w:r>
        <w:rPr>
          <w:b/>
        </w:rPr>
        <w:t xml:space="preserve">2. </w:t>
      </w:r>
      <w:r>
        <w:t>после слов "фермерского хозяйства" дополнить словами "без образования юридического лица"</w:t>
      </w:r>
    </w:p>
    <w:p>
      <w:r>
        <w:rPr>
          <w:b/>
        </w:rPr>
        <w:t>Статья 221. Устав фермерского хозяйства - юридического лица</w:t>
      </w:r>
    </w:p>
    <w:p>
      <w:r>
        <w:rPr>
          <w:b/>
        </w:rPr>
        <w:t xml:space="preserve">1. </w:t>
      </w:r>
      <w:r>
        <w:t>Фермерское хозяйство - юридическое лицо действует на основании устава, утвержденного его членами</w:t>
      </w:r>
    </w:p>
    <w:p>
      <w:r>
        <w:rPr>
          <w:b/>
        </w:rPr>
        <w:t xml:space="preserve">2. </w:t>
      </w:r>
      <w:r>
        <w:t>Устав фермерского хозяйства - юридического лица должен содержать следующие сведения</w:t>
      </w:r>
    </w:p>
    <w:p>
      <w:r>
        <w:rPr>
          <w:b/>
        </w:rPr>
        <w:t xml:space="preserve">3. </w:t>
      </w:r>
      <w:r>
        <w:t>Устав фермерского хозяйства - юридического лица может также содержать иные положения, не противоречащие настоящему Федеральному закону и другим федеральным законам, в том числе в части порядка совершения фермерским хозяйством - юридическим лицом отдельных сделок, предусмотренных уставом фермерского хозяйства - юридического лица</w:t>
      </w:r>
    </w:p>
    <w:p>
      <w:r>
        <w:rPr>
          <w:b/>
        </w:rPr>
        <w:t xml:space="preserve">2. </w:t>
      </w:r>
      <w:r>
        <w:t>наименование фермерского хозяйства - юридического лица и место его нахождения</w:t>
      </w:r>
    </w:p>
    <w:p>
      <w:r>
        <w:rPr>
          <w:b/>
        </w:rPr>
        <w:t xml:space="preserve">2. </w:t>
      </w:r>
      <w:r>
        <w:t>виды деятельности фермерского хозяйства - юридического лица</w:t>
      </w:r>
    </w:p>
    <w:p>
      <w:r>
        <w:rPr>
          <w:b/>
        </w:rPr>
        <w:t xml:space="preserve">2. </w:t>
      </w:r>
      <w:r>
        <w:t>порядок управления деятельностью фермерского хозяйства - юридического лица</w:t>
      </w:r>
    </w:p>
    <w:p>
      <w:r>
        <w:rPr>
          <w:b/>
        </w:rPr>
        <w:t xml:space="preserve">2. </w:t>
      </w:r>
      <w:r>
        <w:t>порядок избрания главы фермерского хозяйства - юридического лица и порядок прекращения его полномочий</w:t>
      </w:r>
    </w:p>
    <w:p>
      <w:r>
        <w:rPr>
          <w:b/>
        </w:rPr>
        <w:t xml:space="preserve">2. </w:t>
      </w:r>
      <w:r>
        <w:t>права и обязанности членов фермерского хозяйства - юридического лица</w:t>
      </w:r>
    </w:p>
    <w:p>
      <w:r>
        <w:rPr>
          <w:b/>
        </w:rPr>
        <w:t xml:space="preserve">2. </w:t>
      </w:r>
      <w:r>
        <w:t>порядок формирования имущества фермерского хозяйства - юридического лица и осуществления прав в отношении этого имущества</w:t>
      </w:r>
    </w:p>
    <w:p>
      <w:r>
        <w:rPr>
          <w:b/>
        </w:rPr>
        <w:t xml:space="preserve">2. </w:t>
      </w:r>
      <w:r>
        <w:t>порядок принятия в члены фермерского хозяйства - юридического лица и порядок прекращения членства в фермерском хозяйстве - юридическом лице</w:t>
      </w:r>
    </w:p>
    <w:p>
      <w:r>
        <w:rPr>
          <w:b/>
        </w:rPr>
        <w:t xml:space="preserve">2. </w:t>
      </w:r>
      <w:r>
        <w:t>сведения об ответственности членов фермерского хозяйства - юридического лица за нарушение положений устава фермерского хозяйства - юридического лица</w:t>
      </w:r>
    </w:p>
    <w:p>
      <w:r>
        <w:rPr>
          <w:b/>
        </w:rPr>
        <w:t xml:space="preserve">2. </w:t>
      </w:r>
      <w:r>
        <w:t>перечень вопросов, решения по которым принимаются единогласно или большинством не менее двух третей голосов от общего числа голосов членов фермерского хозяйства - юридического лица</w:t>
      </w:r>
    </w:p>
    <w:p>
      <w:r>
        <w:rPr>
          <w:b/>
        </w:rPr>
        <w:t>Статья 222. Имущество фермерского хозяйства - юридического лица</w:t>
      </w:r>
    </w:p>
    <w:p>
      <w:r>
        <w:rPr>
          <w:b/>
        </w:rPr>
        <w:t xml:space="preserve">1. </w:t>
      </w:r>
      <w:r>
        <w:t>Фермерское хозяйство - юридическое лицо обладает правом собственности на имущество, переданное ему в форме вкладов и других взносов его членами, а также на имущество, полученное в результате его деятельности и по иным основаниям</w:t>
      </w:r>
    </w:p>
    <w:p>
      <w:r>
        <w:rPr>
          <w:b/>
        </w:rPr>
        <w:t xml:space="preserve">2. </w:t>
      </w:r>
      <w:r>
        <w:t>Правила определения стоимости имущественного вклада в фермерском хозяйстве - юридическом лице устанавливаются уставом фермерского хозяйства - юридического лица</w:t>
      </w:r>
    </w:p>
    <w:p>
      <w:r>
        <w:rPr>
          <w:b/>
        </w:rPr>
        <w:t>Статья 223. Члены фермерского хозяйства - юридического лица. Последствия прекращения членства в фермерском хозяйстве - юридическом лице</w:t>
      </w:r>
    </w:p>
    <w:p>
      <w:r>
        <w:rPr>
          <w:b/>
        </w:rPr>
        <w:t xml:space="preserve">1. </w:t>
      </w:r>
      <w:r>
        <w:t>Членами фермерского хозяйства - юридического лица могут быть только граждане, соответствующие требованиям пункта 2 статьи 3 настоящего Федерального закона</w:t>
      </w:r>
    </w:p>
    <w:p>
      <w:r>
        <w:rPr>
          <w:b/>
        </w:rPr>
        <w:t xml:space="preserve">2. </w:t>
      </w:r>
      <w:r>
        <w:t>Гражданин может быть принят в члены фермерского хозяйства - юридического лица на основании решения собрания членов фермерского хозяйства - юридического лица</w:t>
      </w:r>
    </w:p>
    <w:p>
      <w:r>
        <w:rPr>
          <w:b/>
        </w:rPr>
        <w:t xml:space="preserve">3. </w:t>
      </w:r>
      <w:r>
        <w:t>Член фермерского хозяйства - юридического лица обязан участвовать в образовании имущества фермерского хозяйства - юридического лица в форме внесения имущественного вклада в размерах и сроки, которые предусмотрены уставом фермерского хозяйства - юридического лица</w:t>
      </w:r>
    </w:p>
    <w:p>
      <w:r>
        <w:rPr>
          <w:b/>
        </w:rPr>
        <w:t xml:space="preserve">4. </w:t>
      </w:r>
      <w:r>
        <w:t>Член фермерского хозяйства - юридического лица вправе выйти из него. В этом случае члену фермерского хозяйства - юридического лица выплачивается стоимость его имущественного вклада, определяемая в порядке, установленном пунктом 2 статьи 222 настоящего Федерального закона</w:t>
      </w:r>
    </w:p>
    <w:p>
      <w:r>
        <w:rPr>
          <w:b/>
        </w:rPr>
        <w:t xml:space="preserve">5. </w:t>
      </w:r>
      <w:r>
        <w:t>Член фермерского хозяйства - юридического лица может быть исключен из фермерского хозяйства - юридического лица по решению собрания членов фермерского хозяйства - юридического лица в случае неисполнения или ненадлежащего исполнения обязанностей, возложенных на него настоящим Федеральным законом либо уставом фермерского хозяйства - юридического лица. В этом случае члену фермерского хозяйства - юридического лица выплачивается стоимость его имущественного вклада, определяемая в порядке, установленном пунктом 2 статьи 222 настоящего Федерального закона, если иное не предусмотрено уставом фермерского хозяйства - юридического лица</w:t>
      </w:r>
    </w:p>
    <w:p>
      <w:r>
        <w:rPr>
          <w:b/>
        </w:rPr>
        <w:t xml:space="preserve">6. </w:t>
      </w:r>
      <w:r>
        <w:t>В случае смерти члена фермерского хозяйства - юридического лица выплате наследникам подлежит стоимость имущественного вклада наследодателя, определяемая в порядке, установленном пунктом 2 статьи 222 настоящего Федерального закона</w:t>
      </w:r>
    </w:p>
    <w:p>
      <w:r>
        <w:rPr>
          <w:b/>
        </w:rPr>
        <w:t>Статья 224. Управление деятельностью фермерского хозяйства - юридического лица. Собрание членов фермерского хозяйства - юридического лица</w:t>
      </w:r>
    </w:p>
    <w:p>
      <w:r>
        <w:rPr>
          <w:b/>
        </w:rPr>
        <w:t xml:space="preserve">1. </w:t>
      </w:r>
      <w:r>
        <w:t>Собрание членов фермерского хозяйства - юридического лица является высшим органом управления фермерского хозяйства - юридического лица</w:t>
      </w:r>
    </w:p>
    <w:p>
      <w:r>
        <w:rPr>
          <w:b/>
        </w:rPr>
        <w:t xml:space="preserve">2. </w:t>
      </w:r>
      <w:r>
        <w:t>К исключительной компетенции собрания членов фермерского хозяйства - юридического лица относятся</w:t>
      </w:r>
    </w:p>
    <w:p>
      <w:r>
        <w:rPr>
          <w:b/>
        </w:rPr>
        <w:t xml:space="preserve">3. </w:t>
      </w:r>
      <w:r>
        <w:t>Принятие решений собранием членов фермерского хозяйства - юридического лица осуществляется путем голосования</w:t>
      </w:r>
    </w:p>
    <w:p>
      <w:r>
        <w:rPr>
          <w:b/>
        </w:rPr>
        <w:t xml:space="preserve">4. </w:t>
      </w:r>
      <w:r>
        <w:t>Член фермерского хозяйства - юридического лица имеет один голос при принятии решений собранием членов фермерского хозяйства - юридического лица. Решение собрания членов фермерского хозяйства - юридического лица считается принятым, если за него проголосовало большинство его членов и при этом в его принятии участвовало не менее пятидесяти процентов от общего числа членов фермерского хозяйства - юридического лица, если иное не установлено настоящей статьей либо уставом фермерского хозяйства - юридического лица</w:t>
      </w:r>
    </w:p>
    <w:p>
      <w:r>
        <w:rPr>
          <w:b/>
        </w:rPr>
        <w:t xml:space="preserve">5. </w:t>
      </w:r>
      <w:r>
        <w:t>Решения собрания членов фермерского хозяйства - юридического лица о создании фермерского хозяйства - юридического лица, реорганизации и ликвидации фермерского хозяйства - юридического лица принимаются единогласно</w:t>
      </w:r>
    </w:p>
    <w:p>
      <w:r>
        <w:rPr>
          <w:b/>
        </w:rPr>
        <w:t xml:space="preserve">6. </w:t>
      </w:r>
      <w:r>
        <w:t>Решения собрания членов фермерского хозяйства - юридического лица по вопросам утверждения и изменения устава фермерского хозяйства - юридического лица принимаются большинством не менее двух третей голосов от общего числа голосов членов фермерского хозяйства - юридического лица</w:t>
      </w:r>
    </w:p>
    <w:p>
      <w:r>
        <w:rPr>
          <w:b/>
        </w:rPr>
        <w:t xml:space="preserve">7. </w:t>
      </w:r>
      <w:r>
        <w:t>Собрание членов фермерского хозяйства - юридического лица может принять решение об обязательных для исполнения главой фермерского хозяйства - юридического лица указаниях, связанных с деятельностью фермерского хозяйства - юридического лица, а также о порядке представления главой фермерского хозяйства - юридического лица отчета о своей деятельности</w:t>
      </w:r>
    </w:p>
    <w:p>
      <w:r>
        <w:rPr>
          <w:b/>
        </w:rPr>
        <w:t xml:space="preserve">2. </w:t>
      </w:r>
      <w:r>
        <w:t>определение приоритетных направлений деятельности фермерского хозяйства - юридического лица, порядка образования и использования его имущества</w:t>
      </w:r>
    </w:p>
    <w:p>
      <w:r>
        <w:rPr>
          <w:b/>
        </w:rPr>
        <w:t xml:space="preserve">2. </w:t>
      </w:r>
      <w:r>
        <w:t>утверждение и изменение устава фермерского хозяйства - юридического лица</w:t>
      </w:r>
    </w:p>
    <w:p>
      <w:r>
        <w:rPr>
          <w:b/>
        </w:rPr>
        <w:t xml:space="preserve">2. </w:t>
      </w:r>
      <w:r>
        <w:t>прием новых членов в фермерское хозяйство - юридическое лицо, утверждение прекращения членства в фермерском хозяйстве - юридическом лице</w:t>
      </w:r>
    </w:p>
    <w:p>
      <w:r>
        <w:rPr>
          <w:b/>
        </w:rPr>
        <w:t xml:space="preserve">2. </w:t>
      </w:r>
      <w:r>
        <w:t>избрание главы фермерского хозяйства - юридического лица, принятие решения о прекращении полномочий главы фермерского хозяйства - юридического лица</w:t>
      </w:r>
    </w:p>
    <w:p>
      <w:r>
        <w:rPr>
          <w:b/>
        </w:rPr>
        <w:t xml:space="preserve">2. </w:t>
      </w:r>
      <w:r>
        <w:t>утверждение годовых отчетов и бухгалтерской (финансовой) отчетности фермерского хозяйства - юридического лица</w:t>
      </w:r>
    </w:p>
    <w:p>
      <w:r>
        <w:rPr>
          <w:b/>
        </w:rPr>
        <w:t xml:space="preserve">2. </w:t>
      </w:r>
      <w:r>
        <w:t>принятие решений об участии фермерского хозяйства - юридического лица в других юридических лицах</w:t>
      </w:r>
    </w:p>
    <w:p>
      <w:r>
        <w:rPr>
          <w:b/>
        </w:rPr>
        <w:t xml:space="preserve">2. </w:t>
      </w:r>
      <w:r>
        <w:t>принятие решений о реорганизации и ликвидации фермерского хозяйства - юридического лица, о назначении ликвидационной комиссии и об утверждении ликвидационного баланса</w:t>
      </w:r>
    </w:p>
    <w:p>
      <w:r>
        <w:rPr>
          <w:b/>
        </w:rPr>
        <w:t xml:space="preserve">2. </w:t>
      </w:r>
      <w:r>
        <w:t>избрание ревизионной комиссии (ревизора) и назначение аудиторской организации или индивидуального аудитора фермерского хозяйства - юридического лица</w:t>
      </w:r>
    </w:p>
    <w:p>
      <w:r>
        <w:rPr>
          <w:b/>
        </w:rPr>
        <w:t xml:space="preserve">2. </w:t>
      </w:r>
      <w:r>
        <w:t>иные вопросы, отнесенные уставом фермерского хозяйства - юридического лица к исключительной компетенции собрания членов фермерского хозяйства - юридического лица</w:t>
      </w:r>
    </w:p>
    <w:p>
      <w:r>
        <w:rPr>
          <w:b/>
        </w:rPr>
        <w:t>Статья 225. Глава фермерского хозяйства - юридического лица</w:t>
      </w:r>
    </w:p>
    <w:p>
      <w:r>
        <w:rPr>
          <w:b/>
        </w:rPr>
        <w:t xml:space="preserve">1. </w:t>
      </w:r>
      <w:r>
        <w:t>Единоличным исполнительным органом фермерского хозяйства - юридического лица является глава фермерского хозяйства - юридического лица</w:t>
      </w:r>
    </w:p>
    <w:p>
      <w:r>
        <w:rPr>
          <w:b/>
        </w:rPr>
        <w:t xml:space="preserve">2. </w:t>
      </w:r>
      <w:r>
        <w:t>Избрание главы фермерского хозяйства - юридического лица и прекращение его полномочий осуществляются собранием членов фермерского хозяйства - юридического лица в порядке, установленном уставом фермерского хозяйства - юридического лица</w:t>
      </w:r>
    </w:p>
    <w:p>
      <w:r>
        <w:rPr>
          <w:b/>
        </w:rPr>
        <w:t xml:space="preserve">3. </w:t>
      </w:r>
      <w:r>
        <w:t>Полномочия главы фермерского хозяйства - юридического лица устанавливаются уставом фермерского хозяйства - юридического лица</w:t>
      </w:r>
    </w:p>
    <w:p>
      <w:r>
        <w:rPr>
          <w:b/>
        </w:rPr>
        <w:t xml:space="preserve">4. </w:t>
      </w:r>
      <w:r>
        <w:t>Глава фермерского хозяйства - юридического лица подотчетен собранию членов фермерского хозяйства - юридического лица."</w:t>
      </w:r>
    </w:p>
    <w:p>
      <w:r>
        <w:rPr>
          <w:b/>
        </w:rPr>
        <w:t>Статья 2</w:t>
      </w:r>
    </w:p>
    <w:p>
      <w:r>
        <w:t>Пункт 1 статьи 221 Федерального закона от 26 октября 2002 года № 127-ФЗ "О несостоятельности (банкротстве)" (Собрание законодательства Российской Федерации, 2002, № 43, ст. 4190) изложить в следующей редакции: "1. В случае признания арбитражным судом крестьянского (фермерского) хозяйства банкротом и открытия конкурсного производства в конкурсную массу крестьянского (фермерского) хозяйства включаются находящиеся в общей собственности членов крестьянского (фермерского) хозяйства земельный участок, объекты капитального строительства, некапитальные строения, сооружения, используемые для производства, хранения и первичной переработки сельскохозяйственной продукции, сельскохозяйственные животные и птица, продукция, полученная фермерским хозяйством в результате использования своего имущества, и иное необходимое для осуществления деятельности крестьянского (фермерского) хозяйства имущество, а также право аренды принадлежащего крестьянскому (фермерскому) хозяйству земельного участка и иные принадлежащие крестьянскому (фермерскому) хозяйству и имеющие денежную оценку имущественные права.".</w:t>
      </w:r>
    </w:p>
    <w:p>
      <w:r>
        <w:rPr>
          <w:b/>
        </w:rPr>
        <w:t>Статья 3</w:t>
      </w:r>
    </w:p>
    <w:p>
      <w:r>
        <w:rPr>
          <w:b/>
        </w:rPr>
        <w:t xml:space="preserve">1. </w:t>
      </w:r>
      <w:r>
        <w:t>Настоящий Федеральный закон вступает в силу по истечении десяти дней после дня его официального опубликования</w:t>
      </w:r>
    </w:p>
    <w:p>
      <w:r>
        <w:rPr>
          <w:b/>
        </w:rPr>
        <w:t xml:space="preserve">2. </w:t>
      </w:r>
      <w:r>
        <w:t>Действие положений Федерального закона от 11 июня 2003 года № 74-ФЗ "О крестьянском (фермерском) хозяйстве" (в редакции настоящего Федерального закона) распространяется на фермерские хозяйства - юридические лица, созданные до дня вступления в силу настоящего Федерального закона. Уставы таких фермерских хозяйств - юридических лиц подлежат приведению в соответствие с положениями Федерального закона от 11 июня 2003 года № 74-ФЗ "О крестьянском (фермерском) хозяйстве" (в редакции настоящего Федерального закона) при первом внесении изменений в уставы таких организаций. До приведения уставов таких организаций в соответствие с положениями Федерального закона от 11 июня 2003 года № 74-ФЗ "О крестьянском (фермерском) хозяйстве" (в редакции настоящего Федерального закона) уставы таких организаций действуют в части, не противоречащей положениям указанного Федерального закона</w:t>
      </w:r>
    </w:p>
    <w:p>
      <w:r>
        <w:rPr>
          <w:b/>
        </w:rPr>
        <w:t xml:space="preserve">3. </w:t>
      </w:r>
      <w:r>
        <w:t>Фермерские хозяйства, сведения о которых внесены в единый государственный реестр индивидуальных предпринимателей, в случае, предусмотренном подпунктом 2 пункта 1 статьи 21 Федерального закона от 11 июня 2003 года № 74-ФЗ "О крестьянском (фермерском) хозяйстве" (в редакции настоящего Федерального закона), могут быть исключены из указанного реестра в порядке, предусмотренном статьей 224 Федерального закона от 8 августа 2001 года № 129-ФЗ "О государственной регистрации юридических лиц и индивидуальных предпринимателей"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