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 Федерального закона "О свободе совести и о религиозных объединениях"</w:t>
      </w:r>
    </w:p>
    <w:p>
      <w:r>
        <w:rPr>
          <w:b/>
        </w:rPr>
        <w:t>Статья 1</w:t>
      </w:r>
    </w:p>
    <w:p>
      <w:r>
        <w:t>Внести в статью 3 Федерального закона от 26 сентября 1997 года № 125-ФЗ "О свободе совести и о религиозных объединениях" (Собрание законодательства Российской Федерации, 1997, № 39, ст. 4465; 2006, № 29, ст. 3122; 2015, № 29, ст. 4387) изменение, дополнив ее пунктом 61 следующего содержания: "61. Использование изображений и иных форм воспроизведения культовых зданий и иных объектов религиозного назначения, официальных геральдических знаков, их узнаваемых частей, содержащих на момент воспроизведения религиозные символы религий, указанных в преамбуле настоящего Федерального закона, без данных символов, в том числе в средствах массовой информации, в информационно-телекоммуникационных сетях, при продаже товаров, выполнении работ, оказании услуг и в рекламе, не допускается, за исключением случаев, если воспроизводятся исторические изображения с указанием на соответствующий период времени при условии, что в указанный период соответствующие религиозные символы отсутствовали, либо воспроизведение религиозных символов влечет за собой их осквернение.".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