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особенностях правового регулирования отношений в сферах охраны здоровья, обязательного медицинского страхования, обращения лекарственных средств и обращения медицинских изделий в связи с принятием в Российскую Федерацию Донецкой Народной Республики, Луганской Народной Республики, Запорожской области и Херсонской области"</w:t>
      </w:r>
    </w:p>
    <w:p>
      <w:r>
        <w:rPr>
          <w:b/>
        </w:rPr>
        <w:t>Статья 1</w:t>
      </w:r>
    </w:p>
    <w:p>
      <w:r>
        <w:t>Внести в статью 5 Федерального закона от 17 февраля 2023 года № 16-ФЗ "Об особенностях правового регулирования отношений в сферах охраны здоровья, обязательного медицинского страхования, обращения лекарственных средств и обращения медицинских изделий в связи с принятием в Российскую Федерацию Донецкой Народной Республики, Луганской Народной Республики, Запорожской области и Херсонской области" (Собрание законодательства Российской Федерации, 2023, № 8, ст. 1194; № 49, ст. 8663) следующие изменения</w:t>
      </w:r>
    </w:p>
    <w:p>
      <w:r>
        <w:t>в части 1 слова "До 1 января 2025 года" заменить словами "До 1 января 2026 года", слова "средств бюджетов Донецкой Народной Республики, Луганской Народной Республики, Запорожской области и Херсонской области" заменить словами "средств федерального бюджета, бюджетов Донецкой Народной Республики, Луганской Народной Республики, Запорожской области и Херсонской области, а также средств Федерального фонда обязательного медицинского страхования"</w:t>
      </w:r>
    </w:p>
    <w:p>
      <w:r>
        <w:t>дополнить частью 41 следующего содержания: "41. В 2025 году финансовое обеспечение оказания скорой, в том числе скорой специализированной, медицинской помощи, первичной медико-санитарной помощи, включенных в базовую программу обязательного медицинского страхования, оказываемых медицинскими организациями, функции и полномочия учредителей в отношении которых осуществляют Правительство Российской Федерации или федеральные органы исполнительной власти, застрахованным по обязательному медицинскому страхованию гражданам Российской Федерации, иностранным гражданам и лицам без гражданства, проживающим на территориях Донецкой Народной Республики, Луганской Народной Республики, Запорожской области и Херсонской области, в соответствии с едиными требованиями базовой программы обязательного медицинского страхования, осуществляется за счет межбюджетных трансфертов, передаваемых из бюджета Федерального фонда обязательного медицинского страхования в бюджеты территориальных фондов обязательного медицинского страхования Донецкой Народной Республики, Луганской Народной Республики, Запорожской области и Херсонской области."</w:t>
      </w:r>
    </w:p>
    <w:p>
      <w:r>
        <w:t>в части 5 слова "В 2023 и 2024 годах" заменить словами "В 2023 - 2025 годах"</w:t>
      </w:r>
    </w:p>
    <w:p>
      <w:r>
        <w:t>часть 6 изложить в следующей редакции: "6. В 2025 году размер страховых взносов на обязательное медицинское страхование неработающего населения в Донецкой Народной Республике, Луганской Народной Республике, Запорожской области и Херсонской области определяется как произведение численности неработающих застрахованных лиц в Донецкой Народной Республике, Луганской Народной Республике, Запорожской области и Херсонской области по состоянию на 1 января 2024 года и тарифа страхового взноса на обязательное медицинское страхование неработающего населения, установленного Федеральным законом от 30 ноября 2011 года № 354-ФЗ "О размере и порядке расчета тарифа страхового взноса на обязательное медицинское страхование неработающего населения"."</w:t>
      </w:r>
    </w:p>
    <w:p>
      <w:r>
        <w:t>в части 61 слова "В 2024 году" заменить словами "В 2025 году"</w:t>
      </w:r>
    </w:p>
    <w:p>
      <w:r>
        <w:t>в части 62 слова "В 2024 году" заменить словами "В 2025 году"</w:t>
      </w:r>
    </w:p>
    <w:p>
      <w:r>
        <w:t>в части 64 слова "В 2024 году" заменить словами "В 2025 году"</w:t>
      </w:r>
    </w:p>
    <w:p>
      <w:r>
        <w:t>в части 65 слова "в 2024 году" заменить словами "в 2024 и 2025 годах"</w:t>
      </w:r>
    </w:p>
    <w:p>
      <w:r>
        <w:t>в части 66 слова "В 2024 году" заменить словами "В 2025 году"</w:t>
      </w:r>
    </w:p>
    <w:p>
      <w:r>
        <w:t>дополнить частью 67 следующего содержания: "67. В 2025 году финансовое обеспечение оказания медицинской помощи методом заместительной почечной терапии при хронической почечной недостаточности в амбулаторных условиях, включенной в базовую программу обязательного медицинского страхования, гражданам Российской Федерации, иностранным гражданам и лицам без гражданства, проживающим на территориях Донецкой Народной Республики, Луганской Народной Республики, Запорожской области и Херсонской области, застрахованным по обязательному медицинскому страхованию в медицинских организациях негосударственной формы собственности, участвующих в реализации территориальных программ обязательного медицинского страхования иных субъектов Российской Федерации, в соответствии с едиными требованиями базовой программы обязательного медицинского страхования осуществляется за счет межбюджетных трансфертов, передаваемых из бюджета Федерального фонда обязательного медицинского страхования в бюджеты территориальных фондов обязательного медицинского страхования Донецкой Народной Республики, Луганской Народной Республики, Запорожской области и Херсонской области, в порядке, установленном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