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15-1 и 15-2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2014, № 16, ст. 1831; № 48, ст. 6638; 2016, № 1, ст. 85; 2018, № 53, ст. 8454; 2019, № 30, ст. 4134; № 31, ст. 4416; 2020, № 6, ст. 595; № 50, ст. 8057; 2021, № 27, ст. 5102; 2022, № 29, ст. 5324; 2023, № 25, ст. 4404; № 29, ст. 5334; 2024, № 33, ст. 4949) следующие изменения</w:t>
      </w:r>
    </w:p>
    <w:p>
      <w:r>
        <w:t>в статье 151: а) в пункте 2: абзац первый изложить в следующей редакции: "2. Сертификат, указанный в подпункте 1 пункта 1 настоящей статьи, выдается на территории Российской Федерации либо за ее пределами государственными учреждениями, включенными в установленный Правительством Российской Федерации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 (далее - перечень), иностранным гражданам, сдавшим указанный экзамен. Включение государственных учреждений в перечень осуществляется Правительством Российской Федерации на основании предложений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 в сфере внутренних дел и федеральным органом исполнительной власти, осуществляющим функции по нормативно-правовому регулированию в сфере федерального государственного контроля (надзора) за соблюдением обязательных требований к проведению экзамена по русскому языку как иностранному, истории России и основам законодательства Российской Федерации и выдаче иностранным гражданам сертификата."; в абзаце втором слова "Перечень организаций" заменить словом "Перечень"; абзац третий изложить в следующей редакции: "Порядок и критерии включения государственных учреждений в перечень, порядок ведения перечня, порядок и основания исключения государственных учреждений из перечня утверждаются Правительством Российской Федерации."; б) в абзаце первом пункта 3 слова "организациями, осуществляющими образовательную деятельность, включенными в перечень организаций," заменить словами "государственными учреждениями, включенными в перечень,"; в) абзац первый пункта 4 изложить в следующей редакции: "4. Государственные учреждения, включенные в перечень, проводят экзамен по русскому языку как иностранному, истории России и основам законодательства Российской Федерации за плату, размер которой определяется Правительством Российской Федерации. При организации и проведении экзамена по русскому языку как иностранному, истории России и основам законодательства Российской Федерации государственным учреждениям, включенным в перечень, запрещается передавать третьим лицам права и обязанности по проведению экзамена и (или) выдаче иностранным гражданам сертификата, указанного в подпункте 1 пункта 1 настоящей статьи. К организации и проведению экзамена в части приема документов, информационного обеспечения и к организационно-техническому обеспечению процедуры проведения экзамена государственные учреждения, включенные в перечень, вправе привлекать подведомственное предприятие или уполномоченную организацию."</w:t>
      </w:r>
    </w:p>
    <w:p>
      <w:r>
        <w:t>в пункте 2 статьи 152 слово "организациями," заменить словами "государственными учреждениями,"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Федеральным законом от 25 июля 2002 года № 115-ФЗ "О правовом положении иностранных граждан в Российской Федерации" (в редакции настоящего Федерального закона), не применяются положения части 1 статьи 3 и статьи 11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