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19 июля 1997 года № 109-ФЗ "О безопасном обращении с пестицидами и агрохимикатами" (Собрание законодательства Российской Федерации, 1997, № 29, ст. 3510; 2003, № 2, ст. 153, 167; 2006, № 43, ст. 4412; 2009, № 1, ст. 17, 21; 2010, № 41, ст. 5189; 2011, № 30, ст. 4590, 4596; 2017, № 17, ст. 2452; 2021, № 1, ст. 61; № 27, ст. 5049; 2022, № 29, ст. 5215; 2023, № 12, ст. 1880; № 14, ст. 2377; № 29, ст. 5324) следующие изменения</w:t>
      </w:r>
    </w:p>
    <w:p>
      <w:r>
        <w:t>в статье 1: а) в абзаце шестом слова "в сфере агропромышленного комплекса, оказанию государственных услуг в сфере агропромышленного комплекса" заменить словами "в области безопасного обращения с пестицидами и агрохимикатами"; б) абзац двенадцатый изложить в следующей редакции: "лабораторные исследования пестицидов и агрохимикатов - исследования пестицидов и агрохимикатов, проводимые российскими испытательными лабораториями (центрами), иностранными испытательными лабораториями (центрами) в целях получения данных о свойствах пестицидов и агрохимикатов и (или) оценки угрозы причинения вреда жизни, здоровью людей, вреда окружающей среде, в том числе в целях определения остаточного количества действующих веществ пестицидов и агрохимикатов в окружающей среде и сельскохозяйственной продукции;"; в) абзац тринадцатый признать утратившим силу; г) абзац пятнадцатый изложить в следующей редакции: "российская испытательная лаборатория (центр) - российское юридическое лицо, признанное соответствующим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в порядке, установленном Правительством Российской Федерации;"; д) абзац шестнадцатый изложить в следующей редакции: "иностранная испытательная лаборатория (центр) - иностранное юридическое лицо, имеющее государственную регистрацию в соответствии с законодательством иностранного государства и признанное соответствующим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е) дополнить новым абзацем семнадцатым следующего содержания: "аудит иностранных испытательных лабораторий (центров) - деятельность по проведению проверки иностранных юридических лиц, осуществляющих лабораторные исследования в целях определения остаточного количества действующих веществ пестицидов и агрохимикатов в продукции растительного происхождения, предназначенной для ввоза в Российскую Федерацию из государств, не являющихся членами Евразийского экономического союза, для подтверждения компетентности иностранных испытательных лабораторий (центров), методов и результатов осуществляемых ими лабораторных исследований;"</w:t>
      </w:r>
    </w:p>
    <w:p>
      <w:r>
        <w:t>статью 4 дополнить новым абзацем девятым следующего содержания: "проведение аудита иностранных испытательных лабораторий (центров), осуществляющих лабораторные исследования в целях определения остаточного количества действующих веществ пестицидов и агрохимикатов в продукции растительного происхождения, предназначенной для ввоза в Российскую Федерацию из государств, не являющихся членами Евразийского экономического союза, для подтверждения компетентности иностранных испытательных лабораторий (центров), методов и результатов осуществляемых ими лабораторных исследований;"</w:t>
      </w:r>
    </w:p>
    <w:p>
      <w:r>
        <w:t>в статье 8: а) в части первой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б) в части восьмой: в абзаце четвертом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абзаце шестом слова "федеральный орган исполнительной власти, осуществляющий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 в) в части четырнадцатой слова "федеральный орган исполнительной власти, осуществляющий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в статье 82: а) в части первой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б) в части второй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в части шестой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в статье 83: а) в наименовании слова "осуществляющие функции по контролю (надзору)" заменить словами "осуществляющие федеральный государственный контроль (надзор)"; б) в части первой слова "осуществляющие функции по контролю (надзору)" заменить словами "осуществляющие федеральный государственный контроль (надзор)"; в) в части третьей слова "осуществляющие функции по контролю (надзору)" заменить словами "осуществляющие федеральный государственный контроль (надзор)"</w:t>
      </w:r>
    </w:p>
    <w:p>
      <w:r>
        <w:t>в статье 9: а) в части второй слова "федеральный орган исполнительной власти, осуществляющий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 б) в части третьей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в части пятой слова "федеральный орган исполнительной власти, осуществляющий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в статье 91: а) в части второй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б) в части четвертой: в абзаце четвертом слова "осуществляющий функции по контролю (надзору)" заменить словами "осуществляющий федеральный государственный контроль (надзор)"; в абзаце пятом слова "осуществляющий функции по контролю (надзору)" заменить словами "осуществляющий федеральный государственный контроль (надзор)"</w:t>
      </w:r>
    </w:p>
    <w:p>
      <w:r>
        <w:t>в статье 10: а) в части второй: в абзаце втором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абзаце третьем слово "неклинических" исключить; в абзаце четвертом слово "неклинических" исключить; б) в части восьмой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в части девятой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г) в части одиннадцатой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в статье 101: а) в части первой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б) в абзаце четвертом части третьей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в части пятой статьи 11 слова "федеральный орган исполнительной власти, осуществляющий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в статье 151: а) в наименовании слова "осуществляющих функции по контролю (надзору)" заменить словами "осуществляющих федеральный государственный контроль (надзор)"; б) в части первой слова "осуществляющих функции по контролю (надзору)" заменить словами "осуществляющих федеральный государственный контроль (надзор)"; в) в абзаце первом части второй слова "осуществляющих функции по контролю (надзору)" заменить словами "осуществляющих федеральный государственный контроль (надзор)"; г) в абзаце первом части третьей слова "осуществляющих функции по контролю (надзору)" заменить словами "осуществляющих федеральный государственный контроль (надзор)"</w:t>
      </w:r>
    </w:p>
    <w:p>
      <w:r>
        <w:t>в статье 152: а) в части восьмой слова "осуществляющим функции по контролю и надзору" заменить словами "осуществляющим федеральный государственный контроль (надзор)"; б) в части девятой слова "осуществляющий функции по контролю (надзору)" заменить словами "осуществляющий федеральный государственный контроль (надзор)", слова "является государственное бюджетное учреждение, подведомственное федеральному органу исполнительной власти, осуществляющему функции по контролю (надзору)" заменить словами "является федеральное государственное бюджетное учреждение, подведомственное федеральному органу исполнительной власти, осуществляющему федеральный государственный контроль (надзор)"</w:t>
      </w:r>
    </w:p>
    <w:p>
      <w:r>
        <w:t>в части второй статьи 17 слова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заменить словами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дополнить статьей 201 следующего содержания: "Статья 201. Лабораторные исследования пестицидов и агрохимикатов Лабораторные исследования пестицидов и агрохимикатов представляют собой отбор и исследования проб и (или) образцов пестицидов и агрохимикатов в целях определения их соответствия требованиям законодательства Российской Федерации. Порядок проведения отбора проб и (или) образцов пестицидов и агрохимикатов в целях определения их соответствия требованиям законодательства Российской Федерации устанавливается Правительством Российской Федерации.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федеральный орган исполнительной власти, осуществляющий федеральный государственный контроль (надзор) в области безопасного обращения с пестицидами и агрохимикатами, проводит аудит иностранных испытательных лабораторий (центров), осуществляющих лабораторные исследования в целях определения остаточного количества действующих веществ пестицидов и агрохимикатов в продукции растительного происхождения, предназначенной для ввоза в Российскую Федерацию, за исключением лабораторий государств - членов Евразийского экономического союза, для подтверждения компетентности таких лабораторий, методов и результатов осуществляемых ими лабораторных исследований. Перечень иностранных государств, не являющихся членами Евразийского экономического союза, лаборатории которых подлежат указанному аудиту, устанавливает Правительство Российской Федерации."</w:t>
      </w:r>
    </w:p>
    <w:p>
      <w:r>
        <w:t>в статье 21: а) в части первой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б) в части второй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в) в части третьей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оказанию государственных услуг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 г) в части шестой слова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заменить словами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безопасного обращения с пестицидами и агрохимикатами"</w:t>
      </w:r>
    </w:p>
    <w:p>
      <w:r>
        <w:t>в части шестой статьи 211 слова "осуществляющий функции по контролю (надзору)" заменить словами "осуществляющий федеральный государственный контроль (надзор)"</w:t>
      </w:r>
    </w:p>
    <w:p>
      <w:r>
        <w:t>в абзаце первом части второй статьи 26 слова "осуществляющий функции по контролю и надзору" заменить словами "осуществляющий федеральный государственный контроль (надзор)"</w:t>
      </w:r>
    </w:p>
    <w:p>
      <w:r>
        <w:rPr>
          <w:b/>
        </w:rPr>
        <w:t>Статья 2</w:t>
      </w:r>
    </w:p>
    <w:p>
      <w:r>
        <w:t>Внести в Федеральный закон от 21 июля 2014 года № 206-ФЗ "О карантине растений" (Собрание законодательства Российской Федерации, 2014, № 30, ст. 4207; 2015, № 29, ст. 4339; 2018, № 18, ст. 2571; 2020, № 29, ст. 4504; 2021, № 24, ст. 4188; 2023, № 43, ст. 7602; 2024, № 1, ст. 31, 33; № 29, ст. 4096) следующие изменения: 1) в статье 2: а) дополнить пунктом 41 следующего содержания: "41) иностранная испытательная лаборатория (центр) - иностранное юридическое лицо, имеющее государственную регистрацию в соответствии с законодательством иностранного государства и признанное соответствующим принципам надлежащей лабораторной практики, соответствующим принципам надлежащей лабораторной практики Организации экономического сотрудничества и развития;"; б) пункт 7 признать утратившим силу; в) дополнить пунктом 121 следующего содержания: "121) аудит иностранных испытательных лабораторий (центров) - деятельность по проведению проверки иностранных юридических лиц, осуществляющих лабораторные исследования подкарантинной продукции, в отношении которой осуществляется предотгрузочный фитосанитарный контроль (инспекция), для подтверждения компетентности иностранных испытательных лабораторий (центров), методов и результатов осуществляемых ими лабораторных исследований;"; г) дополнить пунктом 321 следующего содержания: "321) предотгрузочный фитосанитарный контроль (инспекция) - обследование подкарантинной продукции в целях подтверждения ее соответствия карантинным фитосанитарным требованиям, осуществляемое на территориях государств, не являющихся членами Евразийского экономического союза, в местах отгрузки этой продукции, а в случаях, предусмотренных настоящим Федеральным законом, - в местах выращивания этой продукции;"; д) дополнить пунктом 361 следующего содержания: "361) федеральный государственный карантинный фитосанитарный контроль (надзор) - деятельность федерального органа исполнительной власти, осуществляющего федеральный государственный карантинный фитосанитарный контроль (надзор), направленная на обеспечение соблюдения юридическими лицами, индивидуальными предпринимателями и гражданами обязательных требований в области карантина растений при производстве (в том числе переработке), ввозе в Российскую Федерацию, вывозе из Российской Федерации, хранении, перевозке, реализации, карантинном фитосанитарном обеззараживании и уничтожении подкарантинной продукции, подкарантинных объектов;"; 2) в части 1 статьи 5: а) в пункте 4 слово "лаборатории," исключить; б) дополнить пунктами 141 и 142 следующего содержания: "141) осуществление предотгрузочного фитосанитарного контроля (инспекции); 142) проведение аудита иностранных испытательных лабораторий (центров), за исключением иностранных испытательных лабораторий (центров) государств, являющихся членами Евразийского экономического союза, осуществляющих лабораторные исследования в области карантина растений в отношении подкарантинной продукции, предназначенной для ввоза в Российскую Федерацию, для подтверждения компетентности иностранных испытательных лабораторий (центров), методов и результатов осуществляемых ими лабораторных исследований;"; 3) в части 5 статьи 19 слова "анализа отобранных образцов подкарантинной продукции в лабораториях, уполномоченных федеральным органом исполнительной власти, осуществляющим федеральный государственный карантинный фитосанитарный контроль (надзор)," заменить словами "исследования проб и (или) образцов подкарантинной продукции в соответствии со статьей 26 настоящего Федерального закона"; 4) часть 2 статьи 21 изложить в следующей редакции: "2. Для получения карантинного сертификата гражданином, юридическим лицом представляется в федеральный орган исполнительной власти, осуществляющий федеральный государственный карантинный фитосанитарный контроль (надзор), посредством федеральной государственной информационной системы в области карантина растений, предусмотренной статьей 52 настоящего Федерального закона, или с использованием федеральной государственной информационной системы "Единый портал государственных и муниципальных услуг (функций)" заявление о выдаче карантинного сертификата, содержащее следующие сведения: 1) о наименовании и месте нахождения получателя или грузополучателя, отправителя или грузоотправителя подкарантинной продукции, для которой характерны заражение и (или) засорение карантинным объектом, в соответствии с транспортными документами и иными документами; 2) о наименовании подкарантинной продукции, указанной в пункте 1 настоящей части, и ее объеме; 3) о транспортных средствах, включая номера их государственной регистрации; 4) о заключении о карантинном фитосанитарном состоянии подкарантинной продукции, указанной в пункте 1 настоящей части."; 5) в статье 22: а) наименование изложить в следующей редакции: "Статья 22. Ввоз в Российскую Федерацию подкарантинной продукции"; б) дополнить частью 11 следующего содержания: "11. По обращению национальных организаций по карантину и защите растений стран-экспортеров, не являющихся членами Евразийского экономического союза, перечень которых установлен Правительством Российской Федерации, в отношении подкарантинной продукции, предназначенной для ввоза в Российскую Федерацию из таких стран, может быть осуществлен предотгрузочный фитосанитарный контроль (инспекция) на территориях таких стран в порядке, установленном Правительством Российской Федерации."; 6) статью 26 дополнить частями 11 и 12 следующего содержания: "11. При ввозе в Российскую Федерацию подкарантинной продукции, в отношении которой был осуществлен предотгрузочный фитосанитарный контроль (инспекция), документы, необходимые для указанного ввоза, признаются при условии проведения предварительного аудита иностранных испытательных лабораторий (центров).</w:t>
      </w:r>
    </w:p>
    <w:p>
      <w:r>
        <w:rPr>
          <w:b/>
        </w:rPr>
        <w:t xml:space="preserve">12. </w:t>
      </w:r>
      <w:r>
        <w:t>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 федеральный орган исполнительной власти, осуществляющий федеральный государственный карантинный фитосанитарный контроль (надзор), проводит аудит иностранных испытательных лабораторий (центров), которые осуществляют лабораторные исследования в области карантина растений (за исключением испытательных лабораторий (центров) государств - членов Евразийского экономического союза) в отношении подкарантинной продукции, предназначенной для ввоза в Российскую Федерацию, для подтверждения компетентности иностранных испытательных лабораторий (центров). Перечень иностранных государств, не являющихся членами Евразийского экономического союза, лаборатории которых подлежат указанному аудиту, устанавливает Правительство Российской Федерации.";</w:t>
      </w:r>
    </w:p>
    <w:p>
      <w:r>
        <w:rPr>
          <w:b/>
        </w:rPr>
        <w:t xml:space="preserve">12. </w:t>
      </w:r>
      <w:r>
        <w:t>статью 28 дополнить частью 33 следующего содержания: "33. Федеральный государственный карантинный фитосанитарный контроль (надзор) в пунктах пропуска через Государственную границу Российской Федерации осуществляется без проведения мероприятий, предусмотренных пунктами 2 и 4 части 3 настоящей статьи, при условии, что в отношении подкарантинной продукции осуществлен предотгрузочный фитосанитарный контроль (инспекция) в соответствии с частью 11 статьи 22 настоящего Федерального закона не позднее чем за один год до ввоза подкарантинной продукции в Российскую Федерацию, за исключением случаев, если в ходе осуществления таможенного контроля выявлены объекты, отличные от ввозимой в Российскую Федерацию подкарантинной продукции, и (или) принято решение, предусмотренное пунктом 3 или 4 части 31 настоящей статьи."</w:t>
      </w:r>
    </w:p>
    <w:p>
      <w:r>
        <w:rPr>
          <w:b/>
        </w:rPr>
        <w:t xml:space="preserve">12. </w:t>
      </w:r>
      <w:r>
        <w:t>в части 6 статьи 29 слова "трех рабочих дней" заменить словами "одного рабочего дня"</w:t>
      </w:r>
    </w:p>
    <w:p>
      <w:r>
        <w:rPr>
          <w:b/>
        </w:rPr>
        <w:t>Статья 3</w:t>
      </w:r>
    </w:p>
    <w:p>
      <w:r>
        <w:t>Подпункт "а" пункта 4 статьи 1 Федерального закона от 25 декабря 2023 года № 652-ФЗ "О внесении изменений в Федеральный закон "О карантине растений" (Собрание законодательства Российской Федерации, 2024, № 1, ст. 33) исключить.</w:t>
      </w:r>
    </w:p>
    <w:p>
      <w:r>
        <w:rPr>
          <w:b/>
        </w:rPr>
        <w:t>Статья 4</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пункта 4 статьи 2 и статьи 3 настоящего Федерального закона</w:t>
      </w:r>
    </w:p>
    <w:p>
      <w:r>
        <w:rPr>
          <w:b/>
        </w:rPr>
        <w:t xml:space="preserve">2. </w:t>
      </w:r>
      <w:r>
        <w:t>Статья 3 настоящего Федерального закона вступает в силу со дня официального опубликования настоящего Федерального закона</w:t>
      </w:r>
    </w:p>
    <w:p>
      <w:r>
        <w:rPr>
          <w:b/>
        </w:rPr>
        <w:t xml:space="preserve">3. </w:t>
      </w:r>
      <w:r>
        <w:t>Пункт 4 статьи 2 настоящего Федерального закона вступает в силу с 1 марта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