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"Об архивном деле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