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Алжирской Народной Демократической Республики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