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контроле (надзоре) и муниципальном контроле в Российской Федерации"</w:t>
      </w:r>
    </w:p>
    <w:p>
      <w:r>
        <w:rPr>
          <w:b/>
        </w:rPr>
        <w:t>Статья 1</w:t>
      </w:r>
    </w:p>
    <w:p>
      <w:r>
        <w:t>Внести в Федеральный закон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2023, № 32, ст. 6215; 2024, № 33, ст. 4985) следующие изменения</w:t>
      </w:r>
    </w:p>
    <w:p>
      <w:r>
        <w:t>часть 5 статьи 7 дополнить словами ",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
        <w:t>статью 15 дополнить частью 3 следующего содержания: "3.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r>
        <w:t>в статье 17: а) часть 1 дополнить пунктами 6 и 7 следующего содержания: "6)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
        <w:t>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 б) дополнить частью 41 следующего содержания: "41.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частью 2 статьи 19 настоящего Федерального закона."</w:t>
      </w:r>
    </w:p>
    <w:p>
      <w:r>
        <w:t>часть 1 статьи 18 дополнить пунктом 21 следующего содержания: "21) перечень объектов контроля;"</w:t>
      </w:r>
    </w:p>
    <w:p>
      <w:r>
        <w:t>в статье 19: а) в части 1: в пункте 1 слова "таких нарушений;" заменить словами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части 3 статьи 56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 дополнить пунктами 5 - 7 следующего содержания: "5) формирование плана проведения плановых контрольных (надзорных) мероприятий</w:t>
      </w:r>
    </w:p>
    <w:p>
      <w:r>
        <w:t>учет сведений о соглашениях о надлежащем устранении выявленных нарушений обязательных требований</w:t>
      </w:r>
    </w:p>
    <w:p>
      <w:r>
        <w:t>иные цели, установленные правилами формирования и ведения единого реестра контрольных (надзорных) мероприятий."; б) часть 4 дополнить словами ", если иное не предусмотрено настоящим Федеральным законом"; в) в части 7 слова "абзаце первом настоящей части" заменить словами "части 6 настоящей статьи"</w:t>
      </w:r>
    </w:p>
    <w:p>
      <w:r>
        <w:t>часть 7 статьи 22 признать утратившей силу</w:t>
      </w:r>
    </w:p>
    <w:p>
      <w:r>
        <w:t>часть 7 статьи 23 дополнить пунктами 7 и 8 следующего содержания: "7)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
        <w:t>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
        <w:t>в статье 24: а) часть 2 после слов "без взаимодействия с контролируемыми лицами" дополнить словами "(за исключением сбора, обработки, анализа и учета сведений в рамках обязательного профилактического визита)"; б) часть 6 после слов "Контролируемое лицо" дополнить словами ", в том числе с использованием единого портала государственных и муниципальных услуг (функций),"</w:t>
      </w:r>
    </w:p>
    <w:p>
      <w:r>
        <w:t>статью 25 изложить в следующей редакции:</w:t>
      </w:r>
    </w:p>
    <w:p>
      <w:r>
        <w:rPr>
          <w:b/>
        </w:rP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
        <w:rPr>
          <w:b/>
        </w:rPr>
        <w:t xml:space="preserve">1. </w:t>
      </w:r>
      <w:r>
        <w:t>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
        <w:rPr>
          <w:b/>
        </w:rPr>
        <w:t xml:space="preserve">2. </w:t>
      </w:r>
      <w:r>
        <w:t>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
        <w:rPr>
          <w:b/>
        </w:rPr>
        <w:t xml:space="preserve">3. </w:t>
      </w:r>
      <w:r>
        <w:t>Контрольный (надзорный) орган вправе провести вместо планового контрольного (надзорного) мероприятия, указанного в пункте 1 части 2 настоящей статьи, обязательный профилактический визит</w:t>
      </w:r>
    </w:p>
    <w:p>
      <w:r>
        <w:rPr>
          <w:b/>
        </w:rPr>
        <w:t xml:space="preserve">4. </w:t>
      </w:r>
      <w:r>
        <w:t>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
        <w:rPr>
          <w:b/>
        </w:rPr>
        <w:t xml:space="preserve">5. </w:t>
      </w:r>
      <w:r>
        <w:t>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частью 2 настоящей статьи, в отношении определенных категорий риска не проводятся</w:t>
      </w:r>
    </w:p>
    <w:p>
      <w:r>
        <w:rPr>
          <w:b/>
        </w:rPr>
        <w:t xml:space="preserve">6. </w:t>
      </w:r>
      <w:r>
        <w:t>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
        <w:rPr>
          <w:b/>
        </w:rPr>
        <w:t xml:space="preserve">7. </w:t>
      </w:r>
      <w:r>
        <w:t>Положения настоящей статьи не ограничивают проведение обязательных профилактических визитов, указанных в пунктах 2 - 4 части 1 и части 2 статьи 521 настоящего Федерального закона.";</w:t>
      </w:r>
    </w:p>
    <w:p>
      <w:r>
        <w:rPr>
          <w:b/>
        </w:rPr>
        <w:t xml:space="preserve">7. </w:t>
      </w:r>
      <w:r>
        <w:t>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
        <w:rPr>
          <w:b/>
        </w:rPr>
        <w:t xml:space="preserve">2. </w:t>
      </w:r>
      <w:r>
        <w:t>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
        <w:rPr>
          <w:b/>
        </w:rPr>
        <w:t xml:space="preserve">2. </w:t>
      </w:r>
      <w:r>
        <w:t>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
        <w:rPr>
          <w:b/>
        </w:rPr>
        <w:t xml:space="preserve">2. </w:t>
      </w:r>
      <w: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
        <w:rPr>
          <w:b/>
        </w:rPr>
        <w:t xml:space="preserve">7. </w:t>
      </w:r>
      <w:r>
        <w:t>часть 3 статьи 28 изложить в следующей редакции: "3.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частях 1 и 2 статьи 26 настоящего Федерального закона, устанавливаются в соответствии с требованиями трудового законодательства."</w:t>
      </w:r>
    </w:p>
    <w:p>
      <w:r>
        <w:rPr>
          <w:b/>
        </w:rPr>
        <w:t xml:space="preserve">7. </w:t>
      </w:r>
      <w:r>
        <w:t>часть 8 статьи 30 дополнить словами ", а также подготовку предложений по результатам обобщения правоприменительной практики"</w:t>
      </w:r>
    </w:p>
    <w:p>
      <w:r>
        <w:rPr>
          <w:b/>
        </w:rPr>
        <w:t xml:space="preserve">7. </w:t>
      </w:r>
      <w:r>
        <w:t>статью 36 дополнить пунктом 7 следующего содержания: "7)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
        <w:rPr>
          <w:b/>
        </w:rPr>
        <w:t xml:space="preserve">7. </w:t>
      </w:r>
      <w:r>
        <w:t>в статье 40:</w:t>
      </w:r>
    </w:p>
    <w:p>
      <w:r>
        <w:rPr>
          <w:b/>
        </w:rPr>
        <w:t xml:space="preserve">7. </w:t>
      </w:r>
      <w:r>
        <w:t>решений об отказе в проведении обязательных профилактических визитов по заявлениям контролируемых лиц</w:t>
      </w:r>
    </w:p>
    <w:p>
      <w:r>
        <w:rPr>
          <w:b/>
        </w:rPr>
        <w:t xml:space="preserve">7. </w:t>
      </w:r>
      <w:r>
        <w:t>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
        <w:rPr>
          <w:b/>
        </w:rPr>
        <w:t xml:space="preserve">7. </w:t>
      </w:r>
      <w:r>
        <w:t>в части 1 статьи 41:</w:t>
      </w:r>
    </w:p>
    <w:p>
      <w:r>
        <w:rPr>
          <w:b/>
        </w:rPr>
        <w:t xml:space="preserve">7. </w:t>
      </w:r>
      <w:r>
        <w:t>в статье 43:</w:t>
      </w:r>
    </w:p>
    <w:p>
      <w:r>
        <w:rPr>
          <w:b/>
        </w:rPr>
        <w:t xml:space="preserve">7. </w:t>
      </w:r>
      <w:r>
        <w:t>часть 4 статьи 44 изложить в следующей редакции: "4. Порядок разработки, утверждения и актуализации программы профилактики рисков причинения вреда утверждается Правительством Российской Федерации."</w:t>
      </w:r>
    </w:p>
    <w:p>
      <w:r>
        <w:rPr>
          <w:b/>
        </w:rPr>
        <w:t xml:space="preserve">7. </w:t>
      </w:r>
      <w:r>
        <w:t>в статье 45:</w:t>
      </w:r>
    </w:p>
    <w:p>
      <w:r>
        <w:rPr>
          <w:b/>
        </w:rPr>
        <w:t xml:space="preserve">7. </w:t>
      </w:r>
      <w:r>
        <w:t>часть 5 статьи 47 признать утратившей силу</w:t>
      </w:r>
    </w:p>
    <w:p>
      <w:r>
        <w:rPr>
          <w:b/>
        </w:rPr>
        <w:t xml:space="preserve">7. </w:t>
      </w:r>
      <w:r>
        <w:t>статью 48 дополнить частями 6 и 7 следующего содержания: "6.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
        <w:rPr>
          <w:b/>
        </w:rPr>
        <w:t xml:space="preserve">7. </w:t>
      </w:r>
      <w:r>
        <w:t>часть 2 дополнить пунктом 4 следующего содержания: "4)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рассматривается руководителем контрольного (надзорного) органа или органом, созданным в соответствии с частью 3 настоящей статьи."</w:t>
      </w:r>
    </w:p>
    <w:p>
      <w:r>
        <w:rPr>
          <w:b/>
        </w:rPr>
        <w:t xml:space="preserve">7. </w:t>
      </w:r>
      <w:r>
        <w:t>в части 4: пункт 1 дополнить словами "и обязательных профилактических визитов"; пункт 2 после слова "мероприятий" дополнить словами "и обязательных профилактических визитов"; пункт 3 дополнить словами "и обязательных профилактических визитов"; дополнить пунктами 4 - 6 следующего содержания: "4) решений об отнесении объектов контроля к соответствующей категории риска</w:t>
      </w:r>
    </w:p>
    <w:p>
      <w:r>
        <w:rPr>
          <w:b/>
        </w:rPr>
        <w:t xml:space="preserve">7. </w:t>
      </w:r>
      <w:r>
        <w:t>пункт 6 изложить в следующей редакции: "6)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настоящего Федерального закона;"</w:t>
      </w:r>
    </w:p>
    <w:p>
      <w:r>
        <w:rPr>
          <w:b/>
        </w:rPr>
        <w:t xml:space="preserve">7. </w:t>
      </w:r>
      <w:r>
        <w:t>дополнить пунктом 7 следующего содержания: "7)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
        <w:rPr>
          <w:b/>
        </w:rPr>
        <w:t xml:space="preserve">7. </w:t>
      </w:r>
      <w:r>
        <w:t>часть 2 изложить в следующей редакции: "2.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
        <w:rPr>
          <w:b/>
        </w:rPr>
        <w:t xml:space="preserve">7. </w:t>
      </w:r>
      <w:r>
        <w:t>дополнить частью 21 следующего содержания: "21.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
        <w:rPr>
          <w:b/>
        </w:rPr>
        <w:t xml:space="preserve">7. </w:t>
      </w:r>
      <w:r>
        <w:t>в части 2 слова "1 и 5" заменить словами "1, 4, 5 и 7"</w:t>
      </w:r>
    </w:p>
    <w:p>
      <w:r>
        <w:rPr>
          <w:b/>
        </w:rPr>
        <w:t xml:space="preserve">7. </w:t>
      </w:r>
      <w:r>
        <w:t>в части 3 слова "При этом" заменить словами "Если иное не установлено настоящим Федеральным законом,"</w:t>
      </w:r>
    </w:p>
    <w:p>
      <w:r>
        <w:rPr>
          <w:b/>
        </w:rPr>
        <w:t xml:space="preserve">7. </w:t>
      </w:r>
      <w:r>
        <w:t>часть 4 дополнить словами ", либо в случаях, предусмотренных настоящим Федеральным законом, принимает меры, указанные в статье 90 настоящего Федерального закона"</w:t>
      </w:r>
    </w:p>
    <w:p>
      <w:r>
        <w:rPr>
          <w:b/>
        </w:rPr>
        <w:t xml:space="preserve">7. </w:t>
      </w:r>
      <w:r>
        <w:t>часть 2 статьи 49 дополнить словами ",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
        <w:rPr>
          <w:b/>
        </w:rPr>
        <w:t xml:space="preserve">7. </w:t>
      </w:r>
      <w:r>
        <w:t>в статье 51:</w:t>
      </w:r>
    </w:p>
    <w:p>
      <w:r>
        <w:rPr>
          <w:b/>
        </w:rPr>
        <w:t xml:space="preserve">7. </w:t>
      </w:r>
      <w:r>
        <w:t>статью 52 изложить в следующей редакции:</w:t>
      </w:r>
    </w:p>
    <w:p>
      <w:r>
        <w:rPr>
          <w:b/>
        </w:rPr>
        <w:t xml:space="preserve">7. </w:t>
      </w:r>
      <w:r>
        <w:t>часть 2 дополнить предложением следующего содержания: "Контролируемое лицо должно иметь возможность осуществить самообследование без идентификации пользователя."</w:t>
      </w:r>
    </w:p>
    <w:p>
      <w:r>
        <w:rPr>
          <w:b/>
        </w:rPr>
        <w:t xml:space="preserve">7. </w:t>
      </w:r>
      <w:r>
        <w:t>в части 8 слова "при проведении внепланового" заменить словами "при проведении обязательного профилактического визита или"</w:t>
      </w:r>
    </w:p>
    <w:p>
      <w:r>
        <w:rPr>
          <w:b/>
        </w:rPr>
        <w:t>Статья 52. Профилактический визит</w:t>
      </w:r>
    </w:p>
    <w:p>
      <w:r>
        <w:rPr>
          <w:b/>
        </w:rPr>
        <w:t xml:space="preserve">1. </w:t>
      </w:r>
      <w: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
        <w:rPr>
          <w:b/>
        </w:rPr>
        <w:t xml:space="preserve">2. </w:t>
      </w:r>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
        <w:rPr>
          <w:b/>
        </w:rPr>
        <w:t xml:space="preserve">3. </w:t>
      </w:r>
      <w: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
        <w:rPr>
          <w:b/>
        </w:rPr>
        <w:t xml:space="preserve">4. </w:t>
      </w:r>
      <w: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настоящего Федерального закона.";</w:t>
      </w:r>
    </w:p>
    <w:p>
      <w:r>
        <w:rPr>
          <w:b/>
        </w:rPr>
        <w:t xml:space="preserve">4. </w:t>
      </w:r>
      <w:r>
        <w:t>дополнить статьями 521 и 522 следующего содержания:</w:t>
      </w:r>
    </w:p>
    <w:p>
      <w:r>
        <w:rPr>
          <w:b/>
        </w:rPr>
        <w:t>Статья 521. Обязательный профилактический визит</w:t>
      </w:r>
    </w:p>
    <w:p>
      <w:r>
        <w:rPr>
          <w:b/>
        </w:rPr>
        <w:t xml:space="preserve">1. </w:t>
      </w:r>
      <w:r>
        <w:t>Обязательный профилактический визит проводится</w:t>
      </w:r>
    </w:p>
    <w:p>
      <w:r>
        <w:rPr>
          <w:b/>
        </w:rPr>
        <w:t xml:space="preserve">2. </w:t>
      </w:r>
      <w:r>
        <w:t>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
        <w:rPr>
          <w:b/>
        </w:rPr>
        <w:t xml:space="preserve">3. </w:t>
      </w:r>
      <w:r>
        <w:t>Обязательный профилактический визит не предусматривает отказ контролируемого лица от его проведения</w:t>
      </w:r>
    </w:p>
    <w:p>
      <w:r>
        <w:rPr>
          <w:b/>
        </w:rPr>
        <w:t xml:space="preserve">4. </w:t>
      </w:r>
      <w: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
        <w:rPr>
          <w:b/>
        </w:rPr>
        <w:t xml:space="preserve">5. </w:t>
      </w:r>
      <w:r>
        <w:t>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
        <w:rPr>
          <w:b/>
        </w:rPr>
        <w:t xml:space="preserve">6. </w:t>
      </w:r>
      <w:r>
        <w:t>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7 настоящей статьи</w:t>
      </w:r>
    </w:p>
    <w:p>
      <w:r>
        <w:rPr>
          <w:b/>
        </w:rPr>
        <w:t xml:space="preserve">7. </w:t>
      </w:r>
      <w:r>
        <w:t>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
        <w:rPr>
          <w:b/>
        </w:rPr>
        <w:t xml:space="preserve">8. </w:t>
      </w:r>
      <w: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
        <w:rPr>
          <w:b/>
        </w:rPr>
        <w:t xml:space="preserve">9. </w:t>
      </w:r>
      <w: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настоящего Федерального закона для контрольных (надзорных) мероприятий</w:t>
      </w:r>
    </w:p>
    <w:p>
      <w:r>
        <w:rPr>
          <w:b/>
        </w:rPr>
        <w:t xml:space="preserve">10. </w:t>
      </w:r>
      <w: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настоящего Федерального закона для контрольных (надзорных) мероприятий</w:t>
      </w:r>
    </w:p>
    <w:p>
      <w:r>
        <w:rPr>
          <w:b/>
        </w:rPr>
        <w:t xml:space="preserve">11. </w:t>
      </w:r>
      <w: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настоящего Федерального закона для контрольных (надзорных) мероприятий</w:t>
      </w:r>
    </w:p>
    <w:p>
      <w:r>
        <w:rPr>
          <w:b/>
        </w:rPr>
        <w:t xml:space="preserve">12. </w:t>
      </w:r>
      <w:r>
        <w:t>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
        <w:rPr>
          <w:b/>
        </w:rPr>
        <w:t xml:space="preserve">13. </w:t>
      </w:r>
      <w: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настоящего Федерального закона</w:t>
      </w:r>
    </w:p>
    <w:p>
      <w:r>
        <w:rPr>
          <w:b/>
        </w:rPr>
        <w:t xml:space="preserve">1. </w:t>
      </w:r>
      <w:r>
        <w:t>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w:t>
      </w:r>
    </w:p>
    <w:p>
      <w:r>
        <w:rPr>
          <w:b/>
        </w:rPr>
        <w:t xml:space="preserve">1. </w:t>
      </w:r>
      <w:r>
        <w:t>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
        <w:rPr>
          <w:b/>
        </w:rPr>
        <w:t xml:space="preserve">1. </w:t>
      </w:r>
      <w:r>
        <w:t>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
        <w:rPr>
          <w:b/>
        </w:rPr>
        <w:t xml:space="preserve">1. </w:t>
      </w:r>
      <w:r>
        <w:t>по поручению:</w:t>
      </w:r>
    </w:p>
    <w:p>
      <w:r>
        <w:rPr>
          <w:b/>
        </w:rPr>
        <w:t xml:space="preserve">1. </w:t>
      </w:r>
      <w:r>
        <w:t>Президента Российской Федерации</w:t>
      </w:r>
    </w:p>
    <w:p>
      <w:r>
        <w:rPr>
          <w:b/>
        </w:rPr>
        <w:t xml:space="preserve">1. </w:t>
      </w:r>
      <w:r>
        <w:t>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
        <w:rPr>
          <w:b/>
        </w:rPr>
        <w:t xml:space="preserve">1. </w:t>
      </w:r>
      <w:r>
        <w:t>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
        <w:rPr>
          <w:b/>
        </w:rPr>
        <w:t xml:space="preserve">7. </w:t>
      </w:r>
      <w:r>
        <w:t>вид контроля, в рамках которого должны быть проведены обязательные профилактические визиты</w:t>
      </w:r>
    </w:p>
    <w:p>
      <w:r>
        <w:rPr>
          <w:b/>
        </w:rPr>
        <w:t xml:space="preserve">7. </w:t>
      </w:r>
      <w:r>
        <w:t>перечень контролируемых лиц, в отношении которых должны быть проведены обязательные профилактические визиты</w:t>
      </w:r>
    </w:p>
    <w:p>
      <w:r>
        <w:rPr>
          <w:b/>
        </w:rPr>
        <w:t xml:space="preserve">7. </w:t>
      </w:r>
      <w:r>
        <w:t>предмет обязательного профилактического визита</w:t>
      </w:r>
    </w:p>
    <w:p>
      <w:r>
        <w:rPr>
          <w:b/>
        </w:rPr>
        <w:t xml:space="preserve">7. </w:t>
      </w:r>
      <w:r>
        <w:t>период, в течение которого должны быть проведены обязательные профилактические визиты</w:t>
      </w:r>
    </w:p>
    <w:p>
      <w:r>
        <w:rPr>
          <w:b/>
        </w:rPr>
        <w:t>Статья 522. Профилактический визит по инициативе контролируемого лица</w:t>
      </w:r>
    </w:p>
    <w:p>
      <w:r>
        <w:rPr>
          <w:b/>
        </w:rPr>
        <w:t xml:space="preserve">1. </w:t>
      </w:r>
      <w: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
        <w:rPr>
          <w:b/>
        </w:rPr>
        <w:t xml:space="preserve">2. </w:t>
      </w:r>
      <w:r>
        <w:t>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
        <w:rPr>
          <w:b/>
        </w:rPr>
        <w:t xml:space="preserve">3. </w:t>
      </w:r>
      <w:r>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
        <w:rPr>
          <w:b/>
        </w:rPr>
        <w:t xml:space="preserve">4. </w:t>
      </w:r>
      <w:r>
        <w:t>Решение об отказе в проведении профилактического визита принимается в следующих случаях</w:t>
      </w:r>
    </w:p>
    <w:p>
      <w:r>
        <w:rPr>
          <w:b/>
        </w:rPr>
        <w:t xml:space="preserve">5. </w:t>
      </w:r>
      <w: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
        <w:rPr>
          <w:b/>
        </w:rPr>
        <w:t xml:space="preserve">6. </w:t>
      </w:r>
      <w:r>
        <w:t>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
        <w:rPr>
          <w:b/>
        </w:rPr>
        <w:t xml:space="preserve">7. </w:t>
      </w:r>
      <w: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
        <w:rPr>
          <w:b/>
        </w:rPr>
        <w:t xml:space="preserve">8. </w:t>
      </w:r>
      <w:r>
        <w:t>Разъяснения и рекомендации, полученные контролируемым лицом в ходе профилактического визита, носят рекомендательный характер</w:t>
      </w:r>
    </w:p>
    <w:p>
      <w:r>
        <w:rPr>
          <w:b/>
        </w:rPr>
        <w:t xml:space="preserve">9. </w:t>
      </w:r>
      <w: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
        <w:rPr>
          <w:b/>
        </w:rPr>
        <w:t xml:space="preserve">10. </w:t>
      </w:r>
      <w: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
        <w:rPr>
          <w:b/>
        </w:rPr>
        <w:t xml:space="preserve">4. </w:t>
      </w:r>
      <w:r>
        <w:t>от контролируемого лица поступило уведомление об отзыве заявления</w:t>
      </w:r>
    </w:p>
    <w:p>
      <w:r>
        <w:rPr>
          <w:b/>
        </w:rPr>
        <w:t xml:space="preserve">4. </w:t>
      </w:r>
      <w:r>
        <w:t>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
        <w:rPr>
          <w:b/>
        </w:rPr>
        <w:t xml:space="preserve">4. </w:t>
      </w:r>
      <w:r>
        <w:t>в течение года до даты подачи заявления контрольным (надзорным) органом проведен профилактический визит по ранее поданному заявлению</w:t>
      </w:r>
    </w:p>
    <w:p>
      <w:r>
        <w:rPr>
          <w:b/>
        </w:rPr>
        <w:t xml:space="preserve">4. </w:t>
      </w:r>
      <w:r>
        <w:t>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
        <w:rPr>
          <w:b/>
        </w:rPr>
        <w:t xml:space="preserve">10. </w:t>
      </w:r>
      <w:r>
        <w:t>в статье 56:</w:t>
      </w:r>
    </w:p>
    <w:p>
      <w:r>
        <w:rPr>
          <w:b/>
        </w:rPr>
        <w:t xml:space="preserve">10. </w:t>
      </w:r>
      <w:r>
        <w:t>в статье 57:</w:t>
      </w:r>
    </w:p>
    <w:p>
      <w:r>
        <w:rPr>
          <w:b/>
        </w:rPr>
        <w:t xml:space="preserve">10. </w:t>
      </w:r>
      <w:r>
        <w:t>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
        <w:rPr>
          <w:b/>
        </w:rPr>
        <w:t xml:space="preserve">10. </w:t>
      </w:r>
      <w:r>
        <w:t>уклонение контролируемого лица от проведения обязательного профилактического визита.";</w:t>
      </w:r>
    </w:p>
    <w:p>
      <w:r>
        <w:rPr>
          <w:b/>
        </w:rPr>
        <w:t xml:space="preserve">10. </w:t>
      </w:r>
      <w:r>
        <w:t>статью 60 изложить в следующей редакции:</w:t>
      </w:r>
    </w:p>
    <w:p>
      <w:r>
        <w:rPr>
          <w:b/>
        </w:rPr>
        <w:t xml:space="preserve">10. </w:t>
      </w:r>
      <w:r>
        <w:t>в части 4 слово "Оценка" заменить словами "Если иное не предусмотрено настоящим Федеральным законом, оценка"</w:t>
      </w:r>
    </w:p>
    <w:p>
      <w:r>
        <w:rPr>
          <w:b/>
        </w:rPr>
        <w:t xml:space="preserve">10. </w:t>
      </w:r>
      <w:r>
        <w:t>часть 5 изложить в следующей редакции: "5.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
        <w:rPr>
          <w:b/>
        </w:rPr>
        <w:t xml:space="preserve">10. </w:t>
      </w:r>
      <w:r>
        <w:t>дополнить частью 6 следующего содержания: "6.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
        <w:rPr>
          <w:b/>
        </w:rPr>
        <w:t xml:space="preserve">10. </w:t>
      </w:r>
      <w:r>
        <w:t>в части 1: пункт 1 изложить в следующей редакции: "1)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пункт 3 после слов "Правительства Российской Федерации" дополнить словами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дополнить пунктами 7 - 9 следующего содержания: "7)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
        <w:rPr>
          <w:b/>
        </w:rPr>
        <w:t xml:space="preserve">10. </w:t>
      </w:r>
      <w:r>
        <w:t>в части 3 слова "внеплановой выездной проверки, внепланового инспекционного визита" заменить словами "внепланового контрольного (надзорного) мероприятия"</w:t>
      </w:r>
    </w:p>
    <w:p>
      <w:r>
        <w:rPr>
          <w:b/>
        </w:rP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
        <w:rPr>
          <w:b/>
        </w:rPr>
        <w:t xml:space="preserve">1. </w:t>
      </w:r>
      <w:r>
        <w:t>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w:t>
      </w:r>
    </w:p>
    <w:p>
      <w:r>
        <w:rPr>
          <w:b/>
        </w:rPr>
        <w:t xml:space="preserve">2. </w:t>
      </w:r>
      <w:r>
        <w:t>Решение контрольного (надзорного) органа о проведении контрольного (надзорного) мероприятия принимается также</w:t>
      </w:r>
    </w:p>
    <w:p>
      <w:r>
        <w:rPr>
          <w:b/>
        </w:rPr>
        <w:t xml:space="preserve">3. </w:t>
      </w:r>
      <w:r>
        <w:t>В случаях, предусмотренных пунктами 2 и 3 части 2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
        <w:rPr>
          <w:b/>
        </w:rPr>
        <w:t xml:space="preserve">1. </w:t>
      </w:r>
      <w:r>
        <w:t>о причинении или непосредственной угрозе причинения вреда жизни и тяжкого или среднего вреда (ущерба) здоровью граждан</w:t>
      </w:r>
    </w:p>
    <w:p>
      <w:r>
        <w:rPr>
          <w:b/>
        </w:rPr>
        <w:t xml:space="preserve">1. </w:t>
      </w:r>
      <w:r>
        <w:t>о причинении вреда (ущерба) или непосредственной угрозе причинения вреда (ущерба) обороне страны и безопасности государства</w:t>
      </w:r>
    </w:p>
    <w:p>
      <w:r>
        <w:rPr>
          <w:b/>
        </w:rPr>
        <w:t xml:space="preserve">1. </w:t>
      </w:r>
      <w:r>
        <w:t>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Кодексом Российской Федерации об административных правонарушениях</w:t>
      </w:r>
    </w:p>
    <w:p>
      <w:r>
        <w:rPr>
          <w:b/>
        </w:rPr>
        <w:t xml:space="preserve">1. </w:t>
      </w:r>
      <w:r>
        <w:t>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
        <w:rPr>
          <w:b/>
        </w:rPr>
        <w:t xml:space="preserve">1. </w:t>
      </w:r>
      <w:r>
        <w:t>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
        <w:rPr>
          <w:b/>
        </w:rPr>
        <w:t xml:space="preserve">1. </w:t>
      </w:r>
      <w:r>
        <w:t>об угрозе возникновения чрезвычайных ситуаций природного и (или) техногенного характера, эпидемий, эпизоотий</w:t>
      </w:r>
    </w:p>
    <w:p>
      <w:r>
        <w:rPr>
          <w:b/>
        </w:rPr>
        <w:t xml:space="preserve">2. </w:t>
      </w:r>
      <w:r>
        <w:t>при возникновении чрезвычайных ситуаций природного и (или) техногенного характера, эпидемий, эпизоотий</w:t>
      </w:r>
    </w:p>
    <w:p>
      <w:r>
        <w:rPr>
          <w:b/>
        </w:rPr>
        <w:t xml:space="preserve">2. </w:t>
      </w:r>
      <w:r>
        <w:t>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
        <w:rPr>
          <w:b/>
        </w:rPr>
        <w:t xml:space="preserve">2. </w:t>
      </w:r>
      <w:r>
        <w:t>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
        <w:rPr>
          <w:b/>
        </w:rPr>
        <w:t xml:space="preserve">2. </w:t>
      </w:r>
      <w:r>
        <w:t>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rPr>
          <w:b/>
        </w:rPr>
        <w:t xml:space="preserve">2. </w:t>
      </w:r>
      <w:r>
        <w:t>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
        <w:rPr>
          <w:b/>
        </w:rPr>
        <w:t xml:space="preserve">2. </w:t>
      </w:r>
      <w:r>
        <w:t>при поступлении информации о нарушении обязательных требований, предусмотренных статьей 20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подпунктом 11 пункта 2 статьи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3. </w:t>
      </w:r>
      <w:r>
        <w:t>дополнить статьей 611 следующего содержания:</w:t>
      </w:r>
    </w:p>
    <w:p>
      <w:r>
        <w:rPr>
          <w:b/>
        </w:rPr>
        <w:t>Статья 611. Индикаторы риска нарушения обязательных требований</w:t>
      </w:r>
    </w:p>
    <w:p>
      <w:r>
        <w:rPr>
          <w:b/>
        </w:rPr>
        <w:t xml:space="preserve">1. </w:t>
      </w:r>
      <w:r>
        <w:t>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
        <w:rPr>
          <w:b/>
        </w:rPr>
        <w:t xml:space="preserve">2. </w:t>
      </w:r>
      <w: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
        <w:rPr>
          <w:b/>
        </w:rPr>
        <w:t xml:space="preserve">3. </w:t>
      </w:r>
      <w:r>
        <w:t>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r>
        <w:rPr>
          <w:b/>
        </w:rPr>
        <w:t xml:space="preserve">4. </w:t>
      </w:r>
      <w:r>
        <w:t>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
        <w:rPr>
          <w:b/>
        </w:rPr>
        <w:t xml:space="preserve">13. </w:t>
      </w:r>
      <w:r>
        <w:t>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частью 5 статьи 21 настоящего Федерального закона.";</w:t>
      </w:r>
    </w:p>
    <w:p>
      <w:r>
        <w:rPr>
          <w:b/>
        </w:rPr>
        <w:t xml:space="preserve">4. </w:t>
      </w:r>
      <w:r>
        <w:t>в статье 62:</w:t>
      </w:r>
    </w:p>
    <w:p>
      <w:r>
        <w:rPr>
          <w:b/>
        </w:rPr>
        <w:t xml:space="preserve">4. </w:t>
      </w:r>
      <w:r>
        <w:t>в статье 64:</w:t>
      </w:r>
    </w:p>
    <w:p>
      <w:r>
        <w:rPr>
          <w:b/>
        </w:rPr>
        <w:t xml:space="preserve">4. </w:t>
      </w:r>
      <w:r>
        <w:t>часть 11 статьи 65 после слов "лицо контрольного (надзорного) органа вправе" дополнить словами "не позднее трех месяцев с даты составления акта о невозможности проведения контрольного (надзорного) мероприятия"</w:t>
      </w:r>
    </w:p>
    <w:p>
      <w:r>
        <w:rPr>
          <w:b/>
        </w:rPr>
        <w:t xml:space="preserve">4. </w:t>
      </w:r>
      <w:r>
        <w:t>в статье 66:</w:t>
      </w:r>
    </w:p>
    <w:p>
      <w:r>
        <w:rPr>
          <w:b/>
        </w:rPr>
        <w:t xml:space="preserve">4. </w:t>
      </w:r>
      <w:r>
        <w:t>в статье 67:</w:t>
      </w:r>
    </w:p>
    <w:p>
      <w:r>
        <w:rPr>
          <w:b/>
        </w:rPr>
        <w:t xml:space="preserve">4. </w:t>
      </w:r>
      <w:r>
        <w:t>дополнить частью 11 следующего содержания: "11. В случае, если поручение, указанное в части 1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2 настоящей статьи."</w:t>
      </w:r>
    </w:p>
    <w:p>
      <w:r>
        <w:rPr>
          <w:b/>
        </w:rPr>
        <w:t xml:space="preserve">4. </w:t>
      </w:r>
      <w:r>
        <w:t>в пункте 2 части 2 слова "(групп контролируемых лиц)" исключить</w:t>
      </w:r>
    </w:p>
    <w:p>
      <w:r>
        <w:rPr>
          <w:b/>
        </w:rPr>
        <w:t xml:space="preserve">4. </w:t>
      </w:r>
      <w:r>
        <w:t>в части 2 после слов "Контрольное надзорное мероприятие" дополнить словами ", предусматривающее взаимодействие с контролируемым лицом,", слова "наблюдения за соблюдением обязательных требований и выездного обследования, а также" исключить</w:t>
      </w:r>
    </w:p>
    <w:p>
      <w:r>
        <w:rPr>
          <w:b/>
        </w:rPr>
        <w:t xml:space="preserve">4. </w:t>
      </w:r>
      <w:r>
        <w:t>в части 3 слова "наблюдения за соблюдением обязательных требований, выездного обследования" заменить словами "контрольных (надзорных) мероприятий без взаимодействия"</w:t>
      </w:r>
    </w:p>
    <w:p>
      <w:r>
        <w:rPr>
          <w:b/>
        </w:rPr>
        <w:t xml:space="preserve">4. </w:t>
      </w:r>
      <w:r>
        <w:t>в части 1 цифры "3 - 6" заменить цифрами "3 - 9"</w:t>
      </w:r>
    </w:p>
    <w:p>
      <w:r>
        <w:rPr>
          <w:b/>
        </w:rPr>
        <w:t xml:space="preserve">4. </w:t>
      </w:r>
      <w:r>
        <w:t>часть 3 изложить в следующей редакции: "3.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
        <w:rPr>
          <w:b/>
        </w:rPr>
        <w:t xml:space="preserve">4. </w:t>
      </w:r>
      <w:r>
        <w:t>часть 12 изложить в следующей редакции: "12.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настоящей статьи. В этом случае контролируемое лицо может не уведомляться о проведении внепланового контрольного (надзорного) мероприятия."</w:t>
      </w:r>
    </w:p>
    <w:p>
      <w:r>
        <w:rPr>
          <w:b/>
        </w:rPr>
        <w:t xml:space="preserve">4. </w:t>
      </w:r>
      <w:r>
        <w:t>дополнить частью 61 следующего содержания: "61.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
        <w:rPr>
          <w:b/>
        </w:rPr>
        <w:t xml:space="preserve">4. </w:t>
      </w:r>
      <w:r>
        <w:t>в части 11 цифры "3 - 6" заменить цифрами "3, 4, 6, 8", слова "и частью 12 статьи 66" заменить словами ", частью 12 статьи 66 и частью 7 статьи 75"</w:t>
      </w:r>
    </w:p>
    <w:p>
      <w:r>
        <w:rPr>
          <w:b/>
        </w:rPr>
        <w:t xml:space="preserve">4. </w:t>
      </w:r>
      <w:r>
        <w:t>дополнить частями 12 и 13 следующего содержания: "12.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
        <w:rPr>
          <w:b/>
        </w:rPr>
        <w:t xml:space="preserve">13. </w:t>
      </w:r>
      <w:r>
        <w:t>в статье 68:</w:t>
      </w:r>
    </w:p>
    <w:p>
      <w:r>
        <w:rPr>
          <w:b/>
        </w:rPr>
        <w:t xml:space="preserve">13. </w:t>
      </w:r>
      <w:r>
        <w:t>в статье 69:</w:t>
      </w:r>
    </w:p>
    <w:p>
      <w:r>
        <w:rPr>
          <w:b/>
        </w:rPr>
        <w:t xml:space="preserve">13. </w:t>
      </w:r>
      <w:r>
        <w:t>в статье 70:</w:t>
      </w:r>
    </w:p>
    <w:p>
      <w:r>
        <w:rPr>
          <w:b/>
        </w:rPr>
        <w:t xml:space="preserve">13. </w:t>
      </w:r>
      <w:r>
        <w:t>в статье 71:</w:t>
      </w:r>
    </w:p>
    <w:p>
      <w:r>
        <w:rPr>
          <w:b/>
        </w:rPr>
        <w:t xml:space="preserve">13. </w:t>
      </w:r>
      <w:r>
        <w:t>в статье 72:</w:t>
      </w:r>
    </w:p>
    <w:p>
      <w:r>
        <w:rPr>
          <w:b/>
        </w:rPr>
        <w:t xml:space="preserve">13. </w:t>
      </w:r>
      <w:r>
        <w:t>в статье 73:</w:t>
      </w:r>
    </w:p>
    <w:p>
      <w:r>
        <w:rPr>
          <w:b/>
        </w:rPr>
        <w:t xml:space="preserve">13. </w:t>
      </w:r>
      <w:r>
        <w:t>в статье 75:</w:t>
      </w:r>
    </w:p>
    <w:p>
      <w:r>
        <w:rPr>
          <w:b/>
        </w:rPr>
        <w:t xml:space="preserve">13. </w:t>
      </w:r>
      <w:r>
        <w:t>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
        <w:rPr>
          <w:b/>
        </w:rPr>
        <w:t xml:space="preserve">13. </w:t>
      </w:r>
      <w:r>
        <w:t>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статьей 20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r>
        <w:rPr>
          <w:b/>
        </w:rPr>
        <w:t xml:space="preserve">13. </w:t>
      </w:r>
      <w:r>
        <w:t>в статье 76:</w:t>
      </w:r>
    </w:p>
    <w:p>
      <w:r>
        <w:rPr>
          <w:b/>
        </w:rPr>
        <w:t xml:space="preserve">13. </w:t>
      </w:r>
      <w:r>
        <w:t>статью 77 дополнить частью 5 следующего содержания: "5.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
        <w:rPr>
          <w:b/>
        </w:rPr>
        <w:t xml:space="preserve">13. </w:t>
      </w:r>
      <w:r>
        <w:t>часть 12 изложить в следующей редакции: "12.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частью 5 статьи 21 настоящего Федерального закона."</w:t>
      </w:r>
    </w:p>
    <w:p>
      <w:r>
        <w:rPr>
          <w:b/>
        </w:rPr>
        <w:t xml:space="preserve">13. </w:t>
      </w:r>
      <w:r>
        <w:t>статью 78 дополнить частью 3 следующего содержания: "3.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
        <w:rPr>
          <w:b/>
        </w:rPr>
        <w:t xml:space="preserve">13. </w:t>
      </w:r>
      <w:r>
        <w:t>часть 13 дополнить словами ", лица, выполняющего работы, оказывающего услуги"</w:t>
      </w:r>
    </w:p>
    <w:p>
      <w:r>
        <w:rPr>
          <w:b/>
        </w:rPr>
        <w:t xml:space="preserve">13. </w:t>
      </w:r>
      <w:r>
        <w:t>статью 84 дополнить частью 11 следующего содержания: "11.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
        <w:rPr>
          <w:b/>
        </w:rPr>
        <w:t xml:space="preserve">13. </w:t>
      </w:r>
      <w:r>
        <w:t>в части 14 цифры "3 - 6" заменить цифрами "3, 4, 6, 8"</w:t>
      </w:r>
    </w:p>
    <w:p>
      <w:r>
        <w:rPr>
          <w:b/>
        </w:rPr>
        <w:t xml:space="preserve">13. </w:t>
      </w:r>
      <w:r>
        <w:t>часть 2 статьи 85 после слова "подразделений)" дополнить словами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
        <w:rPr>
          <w:b/>
        </w:rPr>
        <w:t xml:space="preserve">13. </w:t>
      </w:r>
      <w:r>
        <w:t>часть 1 статьи 86 после слов "не установлены настоящим Федеральным законом" дополнить словами "и принятыми в соответствии с ним нормативными правовыми актами"</w:t>
      </w:r>
    </w:p>
    <w:p>
      <w:r>
        <w:rPr>
          <w:b/>
        </w:rPr>
        <w:t xml:space="preserve">13. </w:t>
      </w:r>
      <w:r>
        <w:t>в статье 87:</w:t>
      </w:r>
    </w:p>
    <w:p>
      <w:r>
        <w:rPr>
          <w:b/>
        </w:rPr>
        <w:t xml:space="preserve">13. </w:t>
      </w:r>
      <w:r>
        <w:t>в статье 88:</w:t>
      </w:r>
    </w:p>
    <w:p>
      <w:r>
        <w:rPr>
          <w:b/>
        </w:rPr>
        <w:t xml:space="preserve">13. </w:t>
      </w:r>
      <w:r>
        <w:t>статью 89 признать утратившей силу</w:t>
      </w:r>
    </w:p>
    <w:p>
      <w:r>
        <w:rPr>
          <w:b/>
        </w:rPr>
        <w:t xml:space="preserve">13. </w:t>
      </w:r>
      <w:r>
        <w:t>в пункте 1 части 2 статьи 90 после слов "предписание об устранении выявленных нарушений" дополнить словами "обязательных требований", слова "и (или) о проведении мероприятий по предотвращению причинения вреда (ущерба) охраняемым законом ценностям" исключить</w:t>
      </w:r>
    </w:p>
    <w:p>
      <w:r>
        <w:rPr>
          <w:b/>
        </w:rPr>
        <w:t xml:space="preserve">13. </w:t>
      </w:r>
      <w:r>
        <w:t>дополнить статьями 901 и 902 следующего содержания:</w:t>
      </w:r>
    </w:p>
    <w:p>
      <w:r>
        <w:rPr>
          <w:b/>
        </w:rPr>
        <w:t xml:space="preserve">13. </w:t>
      </w:r>
      <w:r>
        <w:t>часть 11 после слов "изъятой (изъятых) в ходе осуществления выборочного контроля" дополнить словами ", за счет средств соответствующего бюджета бюджетной системы Российской Федерации"</w:t>
      </w:r>
    </w:p>
    <w:p>
      <w:r>
        <w:rPr>
          <w:b/>
        </w:rPr>
        <w:t xml:space="preserve">13. </w:t>
      </w:r>
      <w:r>
        <w:t>в части 12 цифры "3 - 6" заменить цифрами "3, 4, 6, 8"</w:t>
      </w:r>
    </w:p>
    <w:p>
      <w:r>
        <w:rPr>
          <w:b/>
        </w:rPr>
        <w:t xml:space="preserve">13. </w:t>
      </w:r>
      <w:r>
        <w:t>дополнить частью 21 следующего содержания: "21. Инспекционный визит, указанный в части 2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
        <w:rPr>
          <w:b/>
        </w:rPr>
        <w:t xml:space="preserve">13. </w:t>
      </w:r>
      <w:r>
        <w:t>в части 7 цифры "3 - 6" заменить цифрами "3, 4, 6, 8"</w:t>
      </w:r>
    </w:p>
    <w:p>
      <w:r>
        <w:rPr>
          <w:b/>
        </w:rPr>
        <w:t xml:space="preserve">13. </w:t>
      </w:r>
      <w:r>
        <w:t>дополнить частью 11 следующего содержания: "11. Рейдовый осмотр, указанный в части 1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
        <w:rPr>
          <w:b/>
        </w:rPr>
        <w:t xml:space="preserve">13. </w:t>
      </w:r>
      <w:r>
        <w:t>дополнить частью 71 следующего содержания: "71.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
        <w:rPr>
          <w:b/>
        </w:rPr>
        <w:t xml:space="preserve">13. </w:t>
      </w:r>
      <w:r>
        <w:t>часть 11 после слов "изъятой (изъятых) в ходе рейдового осмотра" дополнить словами ", за счет средств соответствующего бюджета бюджетной системы Российской Федерации"</w:t>
      </w:r>
    </w:p>
    <w:p>
      <w:r>
        <w:rPr>
          <w:b/>
        </w:rPr>
        <w:t xml:space="preserve">13. </w:t>
      </w:r>
      <w:r>
        <w:t>в части 12 слова "3 - 6 части 1 статьи 57 и частями 12 и 121" заменить словами "3, 4, 6, 8 части 1, частью 3 статьи 57 и частью 12"</w:t>
      </w:r>
    </w:p>
    <w:p>
      <w:r>
        <w:rPr>
          <w:b/>
        </w:rPr>
        <w:t xml:space="preserve">13. </w:t>
      </w:r>
      <w:r>
        <w:t>в части 5 слово "пояснения" заменить словами "письменные объяснения"</w:t>
      </w:r>
    </w:p>
    <w:p>
      <w:r>
        <w:rPr>
          <w:b/>
        </w:rPr>
        <w:t xml:space="preserve">13. </w:t>
      </w:r>
      <w:r>
        <w:t>часть 7 изложить в следующей редакции: "7.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
        <w:rPr>
          <w:b/>
        </w:rPr>
        <w:t xml:space="preserve">13. </w:t>
      </w:r>
      <w:r>
        <w:t>часть 9 изложить в следующей редакции: "9.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настоящего Федерального закона."</w:t>
      </w:r>
    </w:p>
    <w:p>
      <w:r>
        <w:rPr>
          <w:b/>
        </w:rPr>
        <w:t xml:space="preserve">13. </w:t>
      </w:r>
      <w:r>
        <w:t>дополнить частью 21 следующего содержания: "21. Выездная проверка, указанная в части 1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
        <w:rPr>
          <w:b/>
        </w:rPr>
        <w:t xml:space="preserve">13. </w:t>
      </w:r>
      <w:r>
        <w:t>в части 5 цифры "3 - 6" заменить цифрами "3, 4, 6, 8"</w:t>
      </w:r>
    </w:p>
    <w:p>
      <w:r>
        <w:rPr>
          <w:b/>
        </w:rPr>
        <w:t xml:space="preserve">13. </w:t>
      </w:r>
      <w:r>
        <w:t>в абзаце первом части 3 слово "осуществляться" заменить словами "совершаться следующие контрольные (надзорные) действия"</w:t>
      </w:r>
    </w:p>
    <w:p>
      <w:r>
        <w:rPr>
          <w:b/>
        </w:rPr>
        <w:t xml:space="preserve">13. </w:t>
      </w:r>
      <w:r>
        <w:t>часть 5 дополнить словами ", за исключением случаев, установленных федеральным законом о виде контроля"</w:t>
      </w:r>
    </w:p>
    <w:p>
      <w:r>
        <w:rPr>
          <w:b/>
        </w:rPr>
        <w:t xml:space="preserve">13. </w:t>
      </w:r>
      <w:r>
        <w:t>часть 6 признать утратившей силу</w:t>
      </w:r>
    </w:p>
    <w:p>
      <w:r>
        <w:rPr>
          <w:b/>
        </w:rPr>
        <w:t xml:space="preserve">13. </w:t>
      </w:r>
      <w:r>
        <w:t>часть 7 изложить в следующей редакции: "7.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
        <w:rPr>
          <w:b/>
        </w:rPr>
        <w:t xml:space="preserve">13. </w:t>
      </w:r>
      <w:r>
        <w:t>дополнить частью 9 следующего содержания: "9. Незамедлительное проведение контрольной закупки в соответствии с положениями части 7 настоящей статьи осуществляется:</w:t>
      </w:r>
    </w:p>
    <w:p>
      <w:r>
        <w:rPr>
          <w:b/>
        </w:rPr>
        <w:t xml:space="preserve">13. </w:t>
      </w:r>
      <w:r>
        <w:t>в части 2 слова "и (или) с применением" заменить словами "(за исключением проведения выездного обследования) и (или) с применением фотосъемки или"</w:t>
      </w:r>
    </w:p>
    <w:p>
      <w:r>
        <w:rPr>
          <w:b/>
        </w:rPr>
        <w:t xml:space="preserve">13. </w:t>
      </w:r>
      <w:r>
        <w:t>дополнить частью 5 следующего содержания: "5.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
        <w:rPr>
          <w:b/>
        </w:rPr>
        <w:t xml:space="preserve">13. </w:t>
      </w:r>
      <w:r>
        <w:t>часть 2 дополнить предложением следующего содержания: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
        <w:rPr>
          <w:b/>
        </w:rPr>
        <w:t xml:space="preserve">13. </w:t>
      </w:r>
      <w:r>
        <w:t>часть 3 после слов "проведения такого мероприятия" дополнить словами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после слов "оформления акта не установлен" дополнить словами "настоящим Федеральным законом или"</w:t>
      </w:r>
    </w:p>
    <w:p>
      <w:r>
        <w:rPr>
          <w:b/>
        </w:rPr>
        <w:t xml:space="preserve">13. </w:t>
      </w:r>
      <w:r>
        <w:t>часть 2 изложить в следующей редакции: "2.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статьей 21 настоящего Федерального закона."</w:t>
      </w:r>
    </w:p>
    <w:p>
      <w:r>
        <w:rPr>
          <w:b/>
        </w:rPr>
        <w:t xml:space="preserve">13. </w:t>
      </w:r>
      <w:r>
        <w:t>дополнить частью 4 следующего содержания: "4.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частью 3 статьи 87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настоящего Федерального закона."</w:t>
      </w:r>
    </w:p>
    <w:p>
      <w:r>
        <w:rPr>
          <w:b/>
        </w:rPr>
        <w:t>Статья 901. Предписание об устранении выявленных нарушений обязательных требований</w:t>
      </w:r>
    </w:p>
    <w:p>
      <w:r>
        <w:rPr>
          <w:b/>
        </w:rPr>
        <w:t xml:space="preserve">1. </w:t>
      </w:r>
      <w: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
        <w:rPr>
          <w:b/>
        </w:rPr>
        <w:t xml:space="preserve">2. </w:t>
      </w:r>
      <w: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
        <w:rPr>
          <w:b/>
        </w:rPr>
        <w:t xml:space="preserve">3. </w:t>
      </w:r>
      <w: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
        <w:rPr>
          <w:b/>
        </w:rPr>
        <w:t xml:space="preserve">4. </w:t>
      </w:r>
      <w:r>
        <w:t>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
        <w:rPr>
          <w:b/>
        </w:rPr>
        <w:t xml:space="preserve">2. </w:t>
      </w:r>
      <w:r>
        <w:t>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
        <w:rPr>
          <w:b/>
        </w:rPr>
        <w:t xml:space="preserve">2. </w:t>
      </w:r>
      <w:r>
        <w:t>срок устранения выявленного нарушения обязательных требований с указанием конкретной даты</w:t>
      </w:r>
    </w:p>
    <w:p>
      <w:r>
        <w:rPr>
          <w:b/>
        </w:rPr>
        <w:t xml:space="preserve">2. </w:t>
      </w:r>
      <w:r>
        <w:t>перечень рекомендованных мероприятий по устранению выявленного нарушения обязательных требований</w:t>
      </w:r>
    </w:p>
    <w:p>
      <w:r>
        <w:rPr>
          <w:b/>
        </w:rPr>
        <w:t xml:space="preserve">2. </w:t>
      </w:r>
      <w:r>
        <w:t>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
        <w:rPr>
          <w:b/>
        </w:rPr>
        <w:t>Статья 902. Соглашение о надлежащем устранении выявленных нарушений обязательных требований</w:t>
      </w:r>
    </w:p>
    <w:p>
      <w:r>
        <w:rPr>
          <w:b/>
        </w:rPr>
        <w:t xml:space="preserve">1. </w:t>
      </w:r>
      <w:r>
        <w:t>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
        <w:rPr>
          <w:b/>
        </w:rPr>
        <w:t xml:space="preserve">2. </w:t>
      </w:r>
      <w:r>
        <w:t>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
        <w:rPr>
          <w:b/>
        </w:rPr>
        <w:t xml:space="preserve">3. </w:t>
      </w:r>
      <w:r>
        <w:t>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
        <w:rPr>
          <w:b/>
        </w:rPr>
        <w:t xml:space="preserve">4. </w:t>
      </w:r>
      <w: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и принимает меры, предусмотренные пунктом 3 части 2 статьи 90 настоящего Федерального закона, при этом осуществляя поэтапную оценку исполнения контролируемым лицом соглашения</w:t>
      </w:r>
    </w:p>
    <w:p>
      <w:r>
        <w:rPr>
          <w:b/>
        </w:rPr>
        <w:t xml:space="preserve">5. </w:t>
      </w:r>
      <w:r>
        <w:t>Соглашение должно включать</w:t>
      </w:r>
    </w:p>
    <w:p>
      <w:r>
        <w:rPr>
          <w:b/>
        </w:rPr>
        <w:t xml:space="preserve">6. </w:t>
      </w:r>
      <w:r>
        <w:t>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
        <w:rPr>
          <w:b/>
        </w:rPr>
        <w:t xml:space="preserve">7. </w:t>
      </w:r>
      <w:r>
        <w:t>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
        <w:rPr>
          <w:b/>
        </w:rPr>
        <w:t xml:space="preserve">8. </w:t>
      </w:r>
      <w:r>
        <w:t>По истечении срока исполнения соглашения контрольный (надзорный) орган принимает решение о признании соглашения исполненным или неисполненным</w:t>
      </w:r>
    </w:p>
    <w:p>
      <w:r>
        <w:rPr>
          <w:b/>
        </w:rPr>
        <w:t xml:space="preserve">9. </w:t>
      </w:r>
      <w:r>
        <w:t>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r>
        <w:rPr>
          <w:b/>
        </w:rPr>
        <w:t xml:space="preserve">10. </w:t>
      </w:r>
      <w:r>
        <w:t>Контролируемое лицо не имеет права отказаться от исполнения соглашения в одностороннем порядке.";</w:t>
      </w:r>
    </w:p>
    <w:p>
      <w:r>
        <w:rPr>
          <w:b/>
        </w:rPr>
        <w:t xml:space="preserve">5. </w:t>
      </w:r>
      <w:r>
        <w:t>перечень выявленных нарушений обязательных требований, подлежащих устранению контролируемым лицом</w:t>
      </w:r>
    </w:p>
    <w:p>
      <w:r>
        <w:rPr>
          <w:b/>
        </w:rPr>
        <w:t xml:space="preserve">5. </w:t>
      </w:r>
      <w:r>
        <w:t>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
        <w:rPr>
          <w:b/>
        </w:rPr>
        <w:t xml:space="preserve">5. </w:t>
      </w:r>
      <w:r>
        <w:t>срок исполнения соглашения</w:t>
      </w:r>
    </w:p>
    <w:p>
      <w:r>
        <w:rPr>
          <w:b/>
        </w:rPr>
        <w:t xml:space="preserve">10. </w:t>
      </w:r>
      <w:r>
        <w:t>в пункте 11 части 2 статьи 91 после слов "проведение контрольного (надзорного) мероприятия" дополнить словами ", предусматривающего взаимодействие с контролируемым лицом", слова ", за исключением проведения наблюдения за соблюдением обязательных требований и выездного обследования" исключить</w:t>
      </w:r>
    </w:p>
    <w:p>
      <w:r>
        <w:rPr>
          <w:b/>
        </w:rPr>
        <w:t xml:space="preserve">10. </w:t>
      </w:r>
      <w:r>
        <w:t>в части 2 статьи 93 слова "статьей 89" заменить словами "статьями 39 - 43", слова "для рассмотрения возражений в отношении акта контрольного (надзорного) мероприятия" исключить</w:t>
      </w:r>
    </w:p>
    <w:p>
      <w:r>
        <w:rPr>
          <w:b/>
        </w:rPr>
        <w:t xml:space="preserve">10. </w:t>
      </w:r>
      <w:r>
        <w:t>в части 2 статьи 94 слово "десяти" заменить словами "пяти рабочих"</w:t>
      </w:r>
    </w:p>
    <w:p>
      <w:r>
        <w:rPr>
          <w:b/>
        </w:rPr>
        <w:t>Статья 2</w:t>
      </w:r>
    </w:p>
    <w:p>
      <w:r>
        <w:t>Пункт 43 статьи 129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 признать утратившим силу.</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3, пункт 46 статьи 1 настоящего Федерального закона вступают в силу с 1 сентября 2025 года</w:t>
      </w:r>
    </w:p>
    <w:p>
      <w:r>
        <w:rPr>
          <w:b/>
        </w:rPr>
        <w:t xml:space="preserve">3. </w:t>
      </w:r>
      <w:r>
        <w:t>Пункт 51 статьи 1 настоящего Федерального закона вступает в силу с 1 января 2026 года. Президент Российской Федерации В.Путин Москва, Кремль 28 декабря 2024 года № 540-ФЗ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