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безопасном обращении с пестицидами и агрохимикатами"</w:t>
      </w:r>
    </w:p>
    <w:p>
      <w:r>
        <w:rPr>
          <w:b/>
        </w:rPr>
        <w:t>Статья 1</w:t>
      </w:r>
    </w:p>
    <w:p>
      <w:r>
        <w:t>Внести в Федеральный закон от 19 июля 1997 года № 109-ФЗ "О безопасном обращении с пестицидами и агрохимикатами" (Собрание законодательства Российской Федерации, 1997, № 29, ст. 3510; 2003, № 2, ст. 153, 167; 2009, № 1, ст. 17, 21; 2010, № 41, ст. 5189; 2011, № 30, ст. 4590, 4596; 2017, № 17, ст. 2452; 2020, № 31, ст. 5067; 2021, № 1, ст. 61; № 27, ст. 5049; 2022, № 29, ст. 5215; 2023, № 12, ст. 1880; № 14, ст. 2377; № 29, ст. 5324; 2024, № 1, ст. 3; № 46, ст. 6904) следующие изменения</w:t>
      </w:r>
    </w:p>
    <w:p>
      <w:r>
        <w:t>абзацы шестой и двадцать первый статьи 1 признать утратившими силу</w:t>
      </w:r>
    </w:p>
    <w:p>
      <w:r>
        <w:t>статью 3 изложить в следующей редакции: "Статья 3. Обращение пестицидов и агрохимикатов Обращение пестицидов и агрохимикатов осуществляется в соответствии с требованиями настоящего Федерального закона и других федеральных законов и изданных в соответствии с ними иных нормативных правовых актов Российской Федерации. Обращение пестицидов и агрохимикатов допускается при условии их государственной регистрации в Реестре пестицидов и агрохимикатов, за исключением случаев, предусмотренных настоящим Федеральным законом."</w:t>
      </w:r>
    </w:p>
    <w:p>
      <w:r>
        <w:t>абзац шестой статьи 4 изложить в следующей редакции: "осуществление государственной регистрации пестицидов и агрохимикатов, включая ведение Реестра пестицидов и агрохимикатов;"</w:t>
      </w:r>
    </w:p>
    <w:p>
      <w:r>
        <w:t>в статье 8: а) часть первую изложить в следующей редакции: "Государственная регистрация пестицидов и агрохимикатов проводится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установленном им порядке и включает в себя: организацию регистрационных испытаний пестицидов и агрохимикатов; организацию и проведение экспертизы регламентов применения пестицидов и агрохимикатов; организацию и проведение экспертизы результатов регистрационных испытаний пестицидов и агрохимикатов; внесение сведений о пестициде или об агрохимикате в Реестр пестицидов и агрохимикатов."; б) в части второй слова "государственной регистрации пестицидов и агрохимикатов" заменить словами "записи сведений о пестициде или об агрохимикате в Реестре пестицидов и агрохимикатов"; в) в абзаце пятом части восьмой слова "в свидетельство о государственной регистрации пестицида или агрохимиката" заменить словами "в Реестр пестицидов и агрохимикатов"; г) дополнить частью пятнадцатой следующего содержания: "Порядок государственной регистрации пестицида или агрохимиката и отказа в государственной регистрации пестицида или агрохимиката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w:t>
      </w:r>
    </w:p>
    <w:p>
      <w:r>
        <w:t>статьи 82, 83, 9 и 91 признать утратившими силу</w:t>
      </w:r>
    </w:p>
    <w:p>
      <w:r>
        <w:t>статью 10 дополнить частью тринадцатой следующего содержания: "Организацию регистрационных испытаний пестицидов и агрохимикатов и государственную регистрацию пестицидов и агрохимикатов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безопасного обращения с пестицидами и агрохимикатами."</w:t>
      </w:r>
    </w:p>
    <w:p>
      <w:r>
        <w:t>дополнить статьей 111 следующего содержания: "Статья 111. Реестр пестицидов и агрохимикатов Реестр пестицидов и агрохимикатов содержит сведения о пестицидах и об агрохимикатах, о номерах государственной регистрации пестицидов и агрохимикатов, а также о регламентах применения пестицидов и агрохимикатов. Пестицид или агрохимикат считается зарегистрированным в Реестре пестицидов и агрохимикатов со дня внесения в него сведений о пестициде или об агрохимикате и присвоения пестициду или агрохимикату номера государственной регистрации. Подтверждением государственной регистрации пестицида или агрохимиката является соответствующая запись о государственной регистрации пестицида или агрохимиката в Реестре пестицидов и агрохимикатов. Сведения о регламентах применения пестицидов и агрохимикатов вносятся в Реестр пестицидов и агрохимикатов после регистрационных испытаний пестицидов и агрохимикатов и их экспертизы в соответствии со статьями 10, 101 и 11 настоящего Федерального закона. В случае изменения регламентов применения пестицидов и агрохимикатов и (или) изменения сферы их применения соответствующие сведения вносятся в Реестр пестицидов и агрохимикатов. Изменение регламентов применения пестицидов и агрохимикатов и (или) изменение сферы их применения осуществляются по решению Межведомственной комиссии по вопросам безопасного обращения с пестицидами и агрохимикатами в порядке, установленном Правительством Российской Федерации, на основании заключения санитарно-эпидемиологической экспертизы пестицида или агрохимиката, выданного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и (или) заключения государственной экологической экспертизы проекта технической документации на пестицид или агрохимикат, выданного федеральным органом исполнительной власти в области экологической экспертизы. Порядок ведения Реестра пестицидов и агрохимикатов и выдачи выписок из него, типовая форма выписки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Выписки из Реестра пестицидов и агрохимикатов предоставляются изготовителю или разработчику на безвозмездной основе."</w:t>
      </w:r>
    </w:p>
    <w:p>
      <w:r>
        <w:t>дополнить статьей 112 следующего содержания: "Статья 112. Исключение пестицида и агрохимиката из Реестра пестицидов и агрохимикатов Исключение пестицида или агрохимиката из Реестра пестицидов и агрохимикатов осуществляется по решению Межведомственной комиссии по вопросам безопасного обращения с пестицидами и агрохимикатами в порядке, установленном Правительством Российской Федерации. Основанием для исключения пестицида или агрохимиката из Реестра пестицидов и агрохимикатов является:</w:t>
      </w:r>
    </w:p>
    <w:p>
      <w:r>
        <w:t>заключение санитарно-эпидемиологической экспертизы пестицида или агрохимиката, выданное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w:t>
      </w:r>
    </w:p>
    <w:p>
      <w:r>
        <w:t>заключение государственной экологической экспертизы проекта технической документации на пестицид или агрохимикат, выданное федеральным органом исполнительной власти в области экологической экспертизы</w:t>
      </w:r>
    </w:p>
    <w:p>
      <w:r>
        <w:t>непредставление в федеральный орган исполнительной власти, осуществляющий функции по контролю (надзору) в области безопасного обращения с пестицидами и агрохимикатами, образцов пестицидов и агрохимикатов, а также аналитических стандартов действующих веществ пестицидов, входящих в их состав, и методик определения состава пестицида или агрохимиката либо действующих веществ пестицидов в соответствии с частью четвертой статьи 113 настоящего Федерального закона</w:t>
      </w:r>
    </w:p>
    <w:p>
      <w:r>
        <w:t>представление в федеральный орган исполнительной власти, осуществляющий функции по контролю (надзору) в области безопасного обращения с пестицидами и агрохимикатами, образцов пестицидов и агрохимикатов, не соответствующих образцам пестицидов и агрохимикатов, прошедших государственную регистрацию в соответствии со статьей 8 настоящего Федерального закона."</w:t>
      </w:r>
    </w:p>
    <w:p>
      <w:r>
        <w:t>дополнить статьей 113 следующего содержания: "Статья 113. Порядок представления образцов пестицидов и агрохимикатов, а также аналитических стандартов действующих веществ пестицидов, входящих в их состав, и методик определения состава пестицида или агрохимиката либо действующих веществ пестицидов Изготовитель или разработчик пестицида или агрохимиката не позднее 30 рабочих дней со дня государственной регистрации пестицида или агрохимиката представляет в федеральные органы исполнительной власти, осуществляющие функции по контролю (надзору) в области безопасного обращения с пестицидами и агрохимикатами, образцы пестицида или агрохимиката (не более 1 килограмма (литра), а также аналитические стандарты действующих веществ пестицидов (не более 50 граммов (миллилитров), входящих в их состав, и методики определения состава пестицида или агрохимиката либо действующих веществ пестицидов. Образцы пестицидов или агрохимикатов, а также аналитические стандарты действующих веществ пестицидов, входящих в их состав, и методики определения состава пестицида или агрохимиката либо действующих веществ пестицидов представляются однократно в течение срока действия государственной регистрации пестицида и (или) агрохимиката. Порядок хранения и использования образцов пестицидов или агрохимикатов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случае непредставления в срок, предусмотренный частью первой настоящей статьи, образцов пестицидов или агрохимикатов, а также аналитических стандартов действующих веществ пестицидов, входящих в их состав, и методик определения состава пестицида или агрохимиката либо действующих веществ пестицидов или представления образцов пестицидов или агрохимикатов, не соответствующих пестицидам или агрохимикатам, зарегистрированным в соответствии со статьей 8 настоящего Федерального закона, федеральные органы исполнительной власти, осуществляющие функции по контролю (надзору) в области безопасного обращения с пестицидами и агрохимикатами, уведомляют изготовителя или разработчика о необходимости представления образцов пестицидов или агрохимикатов, а также аналитических стандартов действующих веществ пестицидов, входящих в их состав, и методик определения состава пестицида или агрохимиката либо действующих веществ пестицидов в тридцатидневный срок."</w:t>
      </w:r>
    </w:p>
    <w:p>
      <w:r>
        <w:t>в статье 15: а) часть вторую изложить в следующей редакции: "Предметом федерального государственного контроля (надзора) в области безопасного обращения с пестицидами и агрохимикатами является соблюдение гражданами и юридическими лицами:</w:t>
      </w:r>
    </w:p>
    <w:p>
      <w:r>
        <w:t>требований к пестицидам и агрохимикатам при ввозе на территорию Российской Федерации с территорий государств, не являющихся членами Евразийского экономического союза (наличие государственной регистрации пестицидов и агрохимикатов в Реестре пестицидов и агрохимикатов, соответствие ввозимых в Российскую Федерацию пестицидов и агрохимикатов сведениям о пестицидах или об агрохимикатах, содержащимся в Реестре пестицидов и агрохимикатов)</w:t>
      </w:r>
    </w:p>
    <w:p>
      <w:r>
        <w:t>регламентов применения пестицидов и агрохимикатов при производстве сельскохозяйственной продукции (за исключением применения пестицидов и агрохимикатов гражданами для ведения личного подсобного хозяйства), в том числе запрета на применение незарегистрированных пестицидов и агрохимикатов</w:t>
      </w:r>
    </w:p>
    <w:p>
      <w:r>
        <w:t>требований к вывозу из Российской Федерации пестицидов и агрохимикатов, не предназначенных для применения на территории Российской Федерации."; б) дополнить новой частью третьей следующего содержания: "Оценка соблюдения лицом, которому принадлежит партия пестицидов или агрохимикатов, требований к вывозу из Российской Федерации пестицидов и агрохимикатов, не предназначенных для применения на территории Российской Федерации, установленных настоящим Федеральным законом, осуществляется уполномоченным Правительством Российской Федерации федеральным органом исполнительной власти в случае:</w:t>
      </w:r>
    </w:p>
    <w:p>
      <w:r>
        <w:t>непредставления в Федеральную государственную информационную систему прослеживаемости пестицидов и агрохимикатов информации о вывозе из Российской Федерации партии пестицидов или агрохимикатов</w:t>
      </w:r>
    </w:p>
    <w:p>
      <w:r>
        <w:t>отсутствия в Федеральной государственной информационной системе прослеживаемости пестицидов и агрохимикатов информации таможенных органов о вывозе из Российской Федерации и об убытии с таможенной территории Евразийского экономического союза партии пестицидов или агрохимикатов, не предназначенных для применения на территории Российской Федерации, по истечении 10 рабочих дней со дня представления информации, указанной в пункте 1 настоящей части."; в) части третью - пятую считать соответственно частями четвертой - шестой</w:t>
      </w:r>
    </w:p>
    <w:p>
      <w:r>
        <w:t>в части второй статьи 151: а) абзац второй изложить в следующей редакции: "проверять наличие государственной регистрации пестицида и агрохимиката в Реестре пестицидов и агрохимикатов;"; б) в абзаце третьем слова "требованиям действующего регистрационного свидетельства о государственной регистрации пестицида и (или) агрохимиката" заменить словами "сведениям о пестициде и об агрохимикате, содержащимся в Реестре пестицидов и агрохимикатов"; в) в абзаце четвертом слова "требованиям действующего регистрационного свидетельства о государственной регистрации пестицида и (или) агрохимиката" заменить словами "зарегистрированным пестициду или агрохимикату"</w:t>
      </w:r>
    </w:p>
    <w:p>
      <w:r>
        <w:t>в статье 152: а) часть первую изложить в следующей редакции: "Федеральная государственная информационная система прослеживаемости пестицидов и агрохимикатов создается в целях обеспечения учета партий пестицидов и агрохимикатов при их обращении, партий пестицидов и агрохимикатов, не предназначенных для применения на территории Российской Федерации, а также в целях осуществления анализа, обработки представленных в нее сведений и информации и контроля за достоверностью таких сведений и информации."; б) в части третьей: абзац девятый изложить в следующей редакции: "номер государственной регистрации пестицида или агрохимиката в Реестре пестицидов и агрохимикатов;"; абзац двадцатый дополнить словами "или агрохимикатов"; в абзаце двадцать втором слова "адрес либо местоположение земельного участка" заменить словами "адреса либо местоположения земельного участка и иных объектов"; дополнить абзацами двадцать восьмым - сорок четвертым следующего содержания: "о партии пестицидов или агрохимикатов, не предназначенных для применения на территории Российской Федерации, включая: код вида продукции согласно Общероссийскому классификатору видов продукции; вид продукции; торговое наименование; действующие вещества пестицидов и их содержание, состав агрохимикатов; наименование, место нахождения изготовителя, разработчика продукции; объем фасовки; объем и номер партии; дату производства; срок годности; сведения о маркировочных знаках; информацию о реквизитах документа, на основании которого осуществляются производство и вывоз из Российской Федерации пестицидов и агрохимикатов, об объеме производимых пестицидов и агрохимикатов, о сроке (сроках) их поставки (вывоза из Российской Федерации); наименование, место нахождения лица, которому принадлежит партия пестицидов или агрохимикатов; наименование грузополучателя партии; информацию о таможенной декларации на пестициды или агрохимикаты, не предназначенные для применения на территории Российской Федерации; информацию о вывозе из Российской Федерации и об убытии с таможенной территории Евразийского экономического союза партии пестицидов или агрохимикатов, не предназначенных для применения на территории Российской Федерации, в том числе сведения об объеме такой партии, о дате и месте ее фактического убытия с таможенной территории Евразийского экономического союза; информацию об использовании пестицидов и агрохимикатов, не предназначенных для применения на территории Российской Федерации, для производства пестицидов и агрохимикатов."</w:t>
      </w:r>
    </w:p>
    <w:p>
      <w:r>
        <w:t>в статье 18: а) в части первой: абзац третий дополнить словами ", за исключением пестицидов и агрохимикатов, не предназначенных для применения на территории Российской Федерации"; абзац пятый после слов "их утилизацию" дополнить словами "или уничтожение"; б) часть вторую изложить в следующей редакции: "Производство пестицидов и агрохимикатов, не прошедших государственную регистрацию, для применения на территории Российской Федерации запрещается."</w:t>
      </w:r>
    </w:p>
    <w:p>
      <w:r>
        <w:t>в части второй статьи 20 слова "и издаваемыми уполномоченными органами исполнительной власти Российской Федерации в соответствии с ним правилами" исключить</w:t>
      </w:r>
    </w:p>
    <w:p>
      <w:r>
        <w:t>в статье 21: а) часть третью изложить в следующей редакции: "Ввоз в Российскую Федерацию регистрационных образцов пестицидов для проведения регистрационных испытаний и (или) научных исследований осуществляется без государственной регистрации в количестве, необходимом для проведения регистрационных испытаний и (или) научных исследований пестицида в соответствии с программой регистрационных испытаний при наличии заключения (разрешительного документа), выдаваемого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б) дополнить новой частью четвертой следующего содержания: "Предоставление заключения (разрешительного документа) на ввоз пестицидов (образцов) подтверждается записью в Реестре заключений (разрешительных документов) на ввоз пестицидов. Порядок ведения Реестра заключений (разрешительных документов) на ввоз пестицидов (образцов) и выдачи выписок из него, типовая форма выписки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часть четвертую считать частью пятой; г) часть пятую считать частью шестой и изложить ее в следующей редакции: "Ввоз в Российскую Федерацию пестицидов и агрохимикатов, не зарегистрированных в Реестре пестицидов и агрохимикатов, не допускается, если иное не установлено настоящей статьей и актами, составляющими право Евразийского экономического союза."; д) часть шестую считать частью седьмой и в ней слово "выдачи" заменить словом "предоставления"; е) дополнить частью восьмой следующего содержания: "Порядок подготовки, утверждения и предоставления заключения (разрешительного документа)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w:t>
      </w:r>
    </w:p>
    <w:p>
      <w:r>
        <w:t>в статье 22: а) часть вторую изложить в следующей редакции: "Безопасность применения пестицидов и агрохимикатов на территории Российской Федерации обеспечивается соблюдением регламентов применения пестицидов и агрохимикатов, а также требований к безопасному обращению с пестицидами и агрохимикатами, исключающих их негативное воздействие на здоровье человека и окружающую среду, установленных законодательством Российской Федерации."; б) дополнить частью пятой следующего содержания: "Применение пестицидов и агрохимикатов, не прошедших государственную регистрацию, на территории Российской Федерации запрещается."</w:t>
      </w:r>
    </w:p>
    <w:p>
      <w:r>
        <w:t>в части первой статьи 23 слова "Государственный каталог пестицидов и агрохимикатов, разрешенных к применению на территории Российской Федерации" заменить словами "Реестр пестицидов и агрохимикатов"</w:t>
      </w:r>
    </w:p>
    <w:p>
      <w:r>
        <w:t>главу IV дополнить статьей 241 следующего содержания: "Статья 241. Вывоз из Российской Федерации пестицидов и агрохимикатов Вывоз из Российской Федерации пестицидов и агрохимикатов осуществляется в соответствии с настоящим Федеральным законом и другими федеральными законами. Вывоз из Российской Федерации пестицидов или агрохимикатов, не предназначенных для применения на территории Российской Федерации, осуществляется изготовителем или юридическими лицами, входящими с ним в одну группу лиц. Пестициды и агрохимикаты, не предназначенные для применения на территории Российской Федерации, не требуют государственной регистрации в Реестре пестицидов и агрохимикатов. Изготовитель или юридические лица, входящие с ним в одну группу лиц, обязаны обеспечить вывоз из Российской Федерации партии пестицидов или агрохимикатов, не предназначенных для применения на территории Российской Федерации, в сроки и объеме, которые указаны в документе, на основании которого осуществляются производство и вывоз из Российской Федерации партии таких пестицидов или агрохимикатов, и представить в Федеральную государственную информационную систему прослеживаемости пестицидов и агрохимикатов информацию о вывозе из Российской Федерации партии таких пестицидов или агрохимикатов. В случае, если в сроки, установленные документом, на основании которого осуществляются производство и вывоз из Российской Федерации партии пестицидов или агрохимикатов, не предназначенных для применения на территории Российской Федерации, не осуществлен вывоз из Российской Федерации партии таких пестицидов или агрохимикатов, изготовитель или юридические лица, входящие с ним в одну группу лиц, в течение одного года по истечении указанного срока вывоза обязаны осуществить вывоз из Российской Федерации партии таких пестицидов или агрохимикатов либо использовать их для производства пестицидов и агрохимикатов в соответствии со статьей 18 настоящего Федерального закона."</w:t>
      </w:r>
    </w:p>
    <w:p>
      <w:r>
        <w:rPr>
          <w:b/>
        </w:rPr>
        <w:t>Статья 2</w:t>
      </w:r>
    </w:p>
    <w:p>
      <w:r>
        <w:t>Признать утратившими силу</w:t>
      </w:r>
    </w:p>
    <w:p>
      <w:r>
        <w:t>пункт 2 статьи 1 Федерального закона от 17 апреля 2017 года № 70-ФЗ "О внесении изменений в статьи 1 и 9 Федерального закона "О безопасном обращении с пестицидами и агрохимикатами" (Собрание законодательства Российской Федерации, 2017, № 17, ст. 2452)</w:t>
      </w:r>
    </w:p>
    <w:p>
      <w:r>
        <w:t>абзацы второй - седьмой пункта 7 статьи 2 Федерального закона от 28 июня 2021 года № 221-ФЗ "О внесении изменений в отдельные законодательные акты Российской Федерации" (Собрание законодательства Российской Федерации, 2021, № 27, ст. 5049)</w:t>
      </w:r>
    </w:p>
    <w:p>
      <w:r>
        <w:t>пункты 4 - 6 статьи 2 Федерального закона от 18 марта 2023 года № 67-ФЗ "О внесении изменений в статью 16 Федерального закона "О радиационной безопасности населения" и Федеральный закон "О безопасном обращении с пестицидами и агрохимикатами" (Собрание законодательства Российской Федерации, 2023, № 12, ст. 1880)</w:t>
      </w:r>
    </w:p>
    <w:p>
      <w:r>
        <w:t>пункты 4 - 7 статьи 1 Федерального закона от 9 ноября 2024 года № 376-ФЗ "О внесении изменений в отдельные законодательные акты Российской Федерации" (Собрание законодательства Российской Федерации, 2024, № 46, ст. 6904)</w:t>
      </w:r>
    </w:p>
    <w:p>
      <w:r>
        <w:rPr>
          <w:b/>
        </w:rPr>
        <w:t>Статья 3</w:t>
      </w:r>
    </w:p>
    <w:p>
      <w:r>
        <w:rPr>
          <w:b/>
        </w:rPr>
        <w:t xml:space="preserve">1. </w:t>
      </w:r>
      <w:r>
        <w:t>Свидетельства о государственной регистрации пестицида и (или) агрохимиката, выданные до дня вступления в силу настоящего Федерального закона, действуют до окончания срока их действия</w:t>
      </w:r>
    </w:p>
    <w:p>
      <w:r>
        <w:rPr>
          <w:b/>
        </w:rPr>
        <w:t xml:space="preserve">2. </w:t>
      </w:r>
      <w:r>
        <w:t>Выписка из Реестра пестицидов и агрохимикатов приравнивается к свидетельству о государственной регистрации пестицида и (или) агрохимиката, предусмотренному актами, составляющими право Евразийского экономического союза</w:t>
      </w:r>
    </w:p>
    <w:p>
      <w:r>
        <w:rPr>
          <w:b/>
        </w:rPr>
        <w:t>Статья 4</w:t>
      </w:r>
    </w:p>
    <w:p>
      <w:r>
        <w:t>Настоящий Федеральный закон вступает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