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31 Федерального закона "О службе в органах внутренних дел Российской Федерации и внесении изменений в отдельные законодательные акты Российской Федерации" и статью 12 Федерального закона "О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статью 31 Федерального закона от 30 ноября 2011 года № 342-ФЗ "О службе в органах внутренних дел Российской Федерации и внесении изменений в отдельные законодательные акты Российской Федерации" (Собрание законодательства Российской Федерации, 2011, № 49, ст. 7020; 2016, № 27, ст. 4233) следующие изменения</w:t>
      </w:r>
    </w:p>
    <w:p>
      <w:r>
        <w:t>часть 1 после слов "по вышестоящей" дополнить словами "или равнозначной"</w:t>
      </w:r>
    </w:p>
    <w:p>
      <w:r>
        <w:t>дополнить частью 11 следующего содержания: "11. В период действия военного положения или чрезвычайного положения, в период проведения контртеррористической операции, специальных и иных определенных Президентом Российской Федерации операций и выполнения задач в области территориальной обороны, в условиях вооруженного конфликта, при ликвидации последствий аварий, катастроф природного и техногенного характера и других чрезвычайных ситуаций, при пресечении массовых нарушений общественного порядка и угроз общественной безопасности и в иных подобных, критических по степени опасности и последствиям для граждан, общества и государства особых условиях природного, биологического, техногенного или социального характера на сотрудника органов внутренних дел с его согласия могут быть временно возложены обязанности по вышестоящей, равнозначной или нижестоящей должности в органах внутренних дел без учета сроков, установленных частями 2 и 3 настоящей статьи, с одновременным освобождением его от выполнения обязанностей по замещаемой должности либо без такового. Срок исполнения обязанностей по вышестоящей, равнозначной или нижестоящей должности в органах внутренних дел не может превышать один месяц после окончания периода действия таких условий."</w:t>
      </w:r>
    </w:p>
    <w:p>
      <w:r>
        <w:rPr>
          <w:b/>
        </w:rPr>
        <w:t>Статья 2</w:t>
      </w:r>
    </w:p>
    <w:p>
      <w:r>
        <w:t>Пункт 4 части 1 статьи 12 Федерального закона от 19 июля 2011 года № 247-ФЗ "О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Федерации" (Собрание законодательства Российской Федерации, 2011, № 30, ст. 4595; № 46, ст. 6407; 2013, № 27, ст. 3477; № 48, ст. 6165; 2014, № 23, ст. 2929; № 45, ст. 6152; 2016, № 27, ст. 4160; № 50, ст. 6977; 2023, № 16, ст. 2755) дополнить словами ", в порядке, определяемом руководителем федерального органа исполнительной власти в сфере внутренних дел, руководителем иного федерального органа исполнительной власти, в котором проходил службу сотрудник".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