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 и 13 Федерального закона "О полиции" и статью 30 Федерального закона "О безопасности дорожного движения"</w:t>
      </w:r>
    </w:p>
    <w:p>
      <w:r>
        <w:rPr>
          <w:b/>
        </w:rPr>
        <w:t>Статья 1</w:t>
      </w:r>
    </w:p>
    <w:p>
      <w:r>
        <w:t>Внести в Федеральный закон от 7 февраля 2011 года № 3-ФЗ "О полиции" (Собрание законодательства Российской Федерации, 2011, № 7, ст. 900; № 27, ст. 3880, 3881; № 49, ст. 7067; 2013, № 14, ст. 1645; № 26, ст. 3207; № 27, ст. 3477; 2014, № 6, ст. 559, 566; № 42, ст. 5615; 2015, № 10, ст. 1393; № 29, ст. 4374; 2016, № 27, ст. 4160, 4238; 2017, № 22, ст. 3071; № 31, ст. 4821; № 50, ст. 7562; 2018, № 1, ст. 26; № 11, ст. 1591; № 31, ст. 4857; № 32, ст. 5076; 2019, № 23, ст. 2905; № 40, ст. 5488; № 42, ст. 5802; № 49, ст. 6963; № 52, ст. 7805; 2020, № 6, ст. 591; 2021, № 1, ст. 4; № 15, ст. 2447; № 24, ст. 4188; № 52, ст. 8983; 2023, № 1, ст. 16, 85; № 6, ст. 921; № 18, ст. 3249; № 32, ст. 6172; 2024, № 31, ст. 4455; № 33, ст. 4928, 4956) следующие изменения</w:t>
      </w:r>
    </w:p>
    <w:p>
      <w:r>
        <w:t>в части 1 статьи 12: а) в пункте 19 слова "осуществлять государственный контроль (надзор) за соблюдением правил, стандартов, технических норм и иных требований нормативных документов в области обеспечения безопасности дорожного движения, за организацией и проведением технического осмотра транспортных средств, а также за соблюдением специализированными организациями установленных требований к ним и за деятельностью специализированных организаций, связанной с участием в государственной регистрации транспортных средств, за деятельностью изготовителей государственных регистрационных знаков транспортных средств" заменить словами "осуществлять федеральный государственный контроль (надзор) в области безопасности дорожного движения в порядке, определяемом Правительством Российской Федерации"; б) дополнить пунктом 192 следующего содержания: "192) осуществлять государственный контроль (надзор) за реализацией исполнительными органами субъектов Российской Федерации и органами местного самоуправления, их должностными лицами полномочий, связанных с обеспечением безопасности дорожного движения и соблюдением требований в области обеспечения безопасности дорожного движения;"</w:t>
      </w:r>
    </w:p>
    <w:p>
      <w:r>
        <w:t>в части 1 статьи 13: а) в пункте 20 слова "правилам их содержания" заменить словами "требованиям к условиям их эксплуатации"; б) в пункте 21 слова "при осуществлении государственного контроля (надзора) в области обеспечения безопасности дорожного движения проводить проверки деятельности организаций и индивидуальных предпринимателей, выдавать должностным лицам этих организаций и индивидуальным предпринимателям предписания об устранении выявленных нарушений, в том числе нарушений требований нормативных правовых актов в области обеспечения безопасности дорожного движения при строительстве, ремонте, реконструкции и содержании дорог" заменить словами "при осуществлении федерального государственного контроля (надзора) в области безопасности дорожного движения и государственного контроля (надзора) за реализацией исполнительными органами субъектов Российской Федерации и органами местного самоуправления, их должностными лицами полномочий, связанных с обеспечением безопасности дорожного движения и соблюдением требований в области обеспечения безопасности дорожного движения, выдавать контролируемым лицам предписания об устранении выявленных нарушений"</w:t>
      </w:r>
    </w:p>
    <w:p>
      <w:r>
        <w:rPr>
          <w:b/>
        </w:rPr>
        <w:t>Статья 2</w:t>
      </w:r>
    </w:p>
    <w:p>
      <w:r>
        <w:t>Внести в статью 30 Федерального закона от 10 декабря 1995 года № 196-ФЗ "О безопасности дорожного движения" (Собрание законодательства Российской Федерации, 1995, № 50, ст. 4873; 2021, № 24, ст. 4188; 2024, № 33, ст. 4928) следующие изменения: 1) пункт 13 изложить в следующей редакции: "13. Государственный контроль (надзор) за реализацией исполнительными органами субъектов Российской Федерации и органами местного самоуправления, их должностными лицами полномочий, связанных с обеспечением безопасности дорожного движения и соблюдением требований в области обеспечения безопасности дорожного движения, осуществляется в соответствии с Федеральным законом от 6 октября 2003 года № 131-ФЗ "Об общих принципах организации местного самоуправления в Российской Федерации", Федеральным законом от 21 декабря 2021 года № 414-ФЗ "Об общих принципах организации публичной власти в субъектах Российской Федерации" и положением, утверждаемым Правительством Российской Федерации, а также с учетом особенностей, установленных пунктами 14 и 15 настоящей статьи."; 2) дополнить пунктами 14 и 15 следующего содержания: "14. Государственный контроль (надзор) за реализацией исполнительными органами субъектов Российской Федерации и органами местного самоуправления, их должностными лицами полномочий, связанных с обеспечением безопасности дорожного движения и соблюдением требований в области обеспечения безопасности дорожного движения, осуществляется посредством проведения проверок, выездного обследования и наблюдения за соблюдением обязательных требований без взаимодействия с исполнительными органами субъектов Российской Федерации и органами местного самоуправления, их должностными лицами, рейдовых мероприятий на дорогах (рейдового осмотра, постоянного рейда) и профилактических мероприятий (информирования, консультирования контролируемого лица, объявления ему предостережения), а также посредством принятия предусмотренных законодательством Российской Федерации мер по пресечению выявленных нарушений и (или) устранению их последствий.</w:t>
      </w:r>
    </w:p>
    <w:p>
      <w:r>
        <w:rPr>
          <w:b/>
        </w:rPr>
        <w:t xml:space="preserve">15. </w:t>
      </w:r>
      <w:r>
        <w:t>При осуществлении государственного контроля (надзора) за реализацией исполнительными органами субъектов Российской Федерации и органами местного самоуправления, их должностными лицами полномочий, связанных с обеспечением безопасности дорожного движения и соблюдением требований в области обеспечения безопасности дорожного движения, контролируемым лицам может выдаваться предписание об устранении нарушений, выявленных в том числе в ходе выездного обследования и наблюдения за соблюдением обязательных требований, рейдовых мероприятий на дорогах."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