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28.12.2024 № 504-ФЗ</w:t>
      </w:r>
    </w:p>
    <w:p>
      <w:r>
        <w:t>О ратификации Соглашения между Правительством Российской Федерации и Правительством Республики Таджикистан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сотрудничестве в области исследования и использования космического пространства в мирных целях Принят Государственной Думой 17 декабря 2024 года Одобрен Советом Федерации 20 декабря 2024 года Ратифицировать Соглашение между Правительством Российской Федерации и Правительством Республики Таджикистан о сотрудничестве в области исследования и использования космического пространства в мирных целях, подписанное в городе Москве 19 июня 2023 года. Президент Российской Федерации В.Путин Москва, Кремль 28 декабря 2024 года № 504-ФЗ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