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24.5 Кодекса Российской Федерации об административных правонарушениях и статью 2 Федерального закона "О внесении изменений в Кодекс Российской Федерации об административных правонарушениях"</w:t>
      </w:r>
    </w:p>
    <w:p>
      <w:r>
        <w:rPr>
          <w:b/>
        </w:rPr>
        <w:t>Статья 1</w:t>
      </w:r>
    </w:p>
    <w:p>
      <w:r>
        <w:t>Внести в статью 24.5 Кодекса Российской Федерации об административных правонарушениях (Собрание законодательства Российской Федерации, 2002, № 1, ст. 1; 2006, № 50, ст. 5281; 2014, № 42, ст. 5615; 2015, № 24, ст. 3367; № 41, ст. 5642; 2016, № 26, ст. 3864; 2017, № 17, ст. 2450; № 22, ст. 3069; 2018, № 18, ст. 2573; 2021, № 9, ст. 1476) следующие изменения</w:t>
      </w:r>
    </w:p>
    <w:p>
      <w:r>
        <w:t>часть 4 изложить в следующей редакции: "4. В случае, если во время производства по делу об административном правонарушении, связанном с неисполнением или ненадлежащим исполнением полномочий органа государственной власти субъекта Российской Федерации, органа местного самоуправления, с невыполнением или ненадлежащим выполнением государственным, муниципальным учреждением уставных задач, будет установлено, что высшим должностным лицом субъекта Российской Федерации, председателем высшего исполнительного органа субъекта Российской 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органа государственной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 или выделялись в размере, недостаточном для осуществления соответствующих полномочий, выполнения соответствующих уставных задач, что привело к неисполнению или ненадлежащему исполнению соответствующих полномочий, к невыполнению или ненадлежащему выполнению соответствующих уставных задач, производство по делу об административном правонарушении в отношении указанных органов, учреждений и их должностных лиц подлежит прекращению."</w:t>
      </w:r>
    </w:p>
    <w:p>
      <w:r>
        <w:t>дополнить частью 5 следующего содержания: "5. В случае, если во время производства по делу об административном правонарушении, связанном с неисполнением или ненадлежащим исполнением государственных полномочий, переданных для осуществления органам государственной власти субъектов Российской Федерации, органам местного самоуправления, будет установлено, что субвенции на осуществление таких полномочий выделены в размере, недостаточном для их осуществления, что привело к неисполнению или ненадлежащему исполнению таких полномочий, производство по делу об указанном административном правонарушении в отношении указанных органов и их должностных лиц подлежит прекращению."</w:t>
      </w:r>
    </w:p>
    <w:p>
      <w:r>
        <w:rPr>
          <w:b/>
        </w:rPr>
        <w:t>Статья 2</w:t>
      </w:r>
    </w:p>
    <w:p>
      <w:r>
        <w:t>В части 2 статьи 2 Федерального закона от 1 апреля 2020 года № 99-ФЗ "О внесении изменений в Кодекс Российской Федерации об административных правонарушениях" (Собрание законодательства Российской Федерации, 2020, № 14, ст. 2029; 2021, № 1, ст. 10; 2022, № 1, ст. 3; № 52, ст. 9348; 2024, № 1, ст. 2) цифры "2024" заменить цифрами "2025".</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