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Китайской Народной Республики об облегчении поездок граждан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