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4 декабря 2007 года № 329-ФЗ "О физической культуре и спорте в Российской Федерации" (Собрание законодательства Российской Федерации, 2007, № 50, ст. 6242; 2008, № 30, ст. 3616; № 52, ст. 6236; 2009, № 29, ст. 3612; № 48, ст. 5726; 2010, № 19, ст. 2290; 2011, № 9, ст. 1207; № 49, ст. 7062; № 50, ст. 7354, 7355; 2012, № 31, ст. 4325; № 53, ст. 7582; 2013, № 23, ст. 2866; № 27, ст. 3477; № 30, ст. 4025, 4031; 2014, № 23, ст. 2930; № 26, ст. 3376; 2015, № 1, ст. 43, 76; № 27, ст. 3993, 3995; № 41, ст. 5628; 2016, № 18, ст. 2507; № 23, ст. 3277; № 27, ст. 4217; № 48, ст. 6736; 2017, № 17, ст. 2460; № 31, ст. 4751; № 50, ст. 7544; 2018, № 7, ст. 975; № 17, ст. 2428; № 24, ст. 3414; № 31, ст. 4861; № 52, ст. 8097; № 53, ст. 8490; 2019, № 27, ст. 3537; № 31, ст. 4462; 2020, № 31, ст. 5004, 5031, 5032; № 50, ст. 8074; 2021, № 1, ст. 63; № 15, ст. 2454; № 18, ст. 3071, 3082; № 27, ст. 5179; 2022, № 1, ст. 31; № 10, ст. 1400; № 52, ст. 9374; 2023, № 10, ст. 1572; № 18, ст. 3251; № 26, ст. 4680; № 43, ст. 7602; № 49, ст. 8681; 2024, № 1, ст. 32, 65; № 25, ст. 3403; № 31, ст. 4474; № 33, ст. 5022) следующие изменения: 1) в статье 2: а) пункт 12 после слов "на своих территориях" дополнить словами ", федеральной территорией "Сириус", после слов "спортсменов от субъектов Российской Федерации" дополнить словами ", от федеральной территории "Сириус"; б) в пункте 36 слова "и спортивных сборных команд субъектов Российской Федерации" заменить словами ", спортивных сборных команд субъектов Российской Федерации, спортивных сборных команд федеральной территории "Сириус"; в) пункт 62 после слов "органах государственной власти" дополнить словами ", органах публичной власти федеральной территории "Сириус", после слов "органов государственной власти," дополнить словами "органов публичной власти федеральной территории "Сириус","; г) пункт 9 после слов "субъектов Российской Федерации," дополнить словами "федеральной территории "Сириус","; д) дополнить пунктом 101-1 следующего содержания: "101-1) программа развития вида спорта в федеральной территории "Сириус" - программа, которая разрабатывается в порядке, установленном уполномоченным органом публичной власти федеральной территории "Сириус", сроком на четыре года соответствующей общероссийской спортивной федерацией, заключившей с уполномоченным органом публичной власти федеральной территории "Сириус" соглашение в соответствии с пунктом 8 части 2 статьи 81 настоящего Федерального закона, устанавливает перечень мероприятий, цели, задачи и целевые показатели деятельности соответствующей общероссийской спортивной федерации по развитию определенного вида спорта в федеральной территории "Сириус" и утверждается уполномоченным органом публичной власти федеральной территории "Сириус";"; е) дополнить пунктом 204 следующего содержания: "204) спортивные сборные команды федеральной территории "Сириус" - формируемые общероссийскими спортивными федерациями, осуществляющими свою деятельность в федеральной территории "Сириус", коллективы спортсменов, относящихся к различным возрастным группам, тренеров, ученых, специалистов в области физической культуры и спорта для подготовки к межрегиональным и всероссийским официальным спортивным соревнованиям и участия в них от имени федеральной территории "Сириус";"; 2) пункт 9 статьи 3 после слов "органов местного самоуправления" дополнить словами ", органов публичной власти федеральной территории "Сириус"; 3) в статье 4: а) часть 2 после слов "субъектов Российской Федерации," дополнить словами "нормативные правовые акты органов публичной власти федеральной территории "Сириус","; б) часть 21 изложить в следующей редакции: "21. Нормативными правовыми актами органов публичной власти федеральной территории "Сириус" может устанавливаться специальное регулирование осуществления деятельности в области физической культуры и спорта в федеральной территории "Сириус" в соответствии с Федеральным законом от 22 декабря 2020 года № 437-ФЗ "О федеральной территории "Сириус". Требования нормативных правовых актов органов публичной власти федеральной территории "Сириус" в области физической культуры и спорта не могут быть ниже соответствующих требований, устанавливаемых настоящим Федеральным законом, другими федеральными законами, регулирующими деятельность в области физической культуры и спорта, и принимаемыми в соответствии с ними иными нормативными правовыми актами Российской Федерации, а также должны соответствовать основным принципам законодательства о физической культуре и спорте, установленным статьей 3 настоящего Федерального закона, и не приводить к нарушению прав спортсменов, установленных частью 1 статьи 24 настоящего Федерального закона. Органы публичной власти федеральной территории "Сириус" вправе вводить экспериментальный правовой режим в федеральной территории "Сириус", направленный на дополнительное обеспечение реализации полномочий и прав федеральной территории "Сириус", установленных статьей 81 настоящего Федерального закона, на основании принимаемой такими органами программы экспериментального правового режима. Порядок разработки указанной программы, перечень вопросов, которые могут регулироваться в рамках экспериментального правового режима, устанавливаются Правительством Российской Федерации."; 4) пункт 9 статьи 5 после слов "органы местного самоуправления," дополнить словами "органы публичной власти федеральной территории "Сириус","; 5) дополнить статьей 81 следующего содержания: "Статья 81. Полномочия и права органов публичной власти федеральной территории "Сириус" в области физической культуры и спорта 1. К полномочиям органов публичной власти федеральной территории "Сириус" в области физической культуры и спорта относятся: 1) определение основных задач и направлений развития физической культуры и спорта в федеральной территории "Сириус", принятие и реализация государственных программ развития физической культуры и спорта федеральной территории "Сириус"; 2) участие в подготовке программ развития видов спорта в Российской Федерации в части включения в них мероприятий по развитию детско-юношеского спорта (включая школьный спорт), массового спорта, спорта инвалидов и лиц с ограниченными возможностями здоровья в федеральной территории "Сириус" в соответствии с настоящим Федеральным законом; 3) утверждение программ развития видов спорта в федеральной территории "Сириус" и участие в их реализации; 4) определение эффективности деятельности общероссийских спортивных федераций по развитию видов спорта в федеральной территории "Сириус", в том числе эффективности реализации программ развития видов спорта в федеральной территории "Сириус", в порядке, установленном уполномоченным органом публичной власти федеральной территории "Сириус"; 5) учреждение почетных званий, наград, премий и иных форм поощрения в области физической культуры и спорта федеральной территории "Сириус"; 6) организация и проведение официальных физкультурных мероприятий и спортивных мероприятий федеральной территории "Сириус", а именно: а) установление порядка проведения официальных физкультурных мероприятий и спортивных мероприятий федеральной территории "Сириус"; б) установление порядка разработки и утверждения календарного плана официальных физкультурных мероприятий и спортивных мероприятий федеральной территории "Сириус", в том числе порядка включения физкультурных мероприятий и спортивных мероприятий в указанный календарный план; в) ежегодное формирование и утверждение перечня значимых официальных физкультурных мероприятий и спортивных мероприятий, проводимых в федеральной территории "Сириус"; г) утверждение и реализация календарного плана официальных физкультурных мероприятий и спортивных мероприятий федеральной территории "Сириус", в том числе включающего в себя физкультурные мероприятия и спортивные мероприятия по реализации комплекса ГТО; д) установление порядка финансирования и норм расходов средств на проведение официальных физкультурных мероприятий и спортивных мероприятий, включенных в календарный план федеральной территории "Сириус"; е) содействие обеспечению общественного порядка и общественной безопасности при проведении официальных физкультурных мероприятий и спортивных мероприятий в федеральной территории "Сириус"; ж) информационное обеспечение проведения официальных физкультурных мероприятий и спортивных мероприятий в федеральной территории "Сириус"; 7) наделение некоммерческих организаций правом по оценке выполнения нормативов испытаний (тестов) комплекса ГТО в федеральной территории "Сириус"; 8) участие в организации мероприятий по выдвижению Российской Федерации, городов Российской Федерации в качестве кандидатов на право проведения международных физкультурных мероприятий и спортивных мероприятий в федеральной территории "Сириус", подготовке и проведению таких мероприятий с учетом требований, установленных соответствующими международными спортивными организациями; 9) утверждение порядка формирования и обеспечение спортивных сборных команд федеральной территории "Сириус", а именно: а) наделение статусом "Спортивная сборная команда федеральной территории "Сириус" коллективов по различным видам спорта, включенным во Всероссийский реестр видов спорта; б) материально-техническое обеспечение, в том числе обеспечение спортивной экипировкой, финансовое, научно-методическое, медико-биологическое и антидопинговое обеспечение спортивных сборных команд федеральной территории "Сириус"; в) направление спортивных сборных команд федеральной территории "Сириус" для участия в межрегиональных и во всероссийских официальных спортивных соревнованиях; г) обеспечение подготовки спортивного резерва для спортивных сборных команд федеральной территории "Сириус"; 10) развитие детско-юношеского спорта (включая школьный спорт) в федеральной территории "Сириус"; 11) развитие и обеспечение доступности массового спорта, содействие развитию спорта высших достижений в федеральной территории "Сириус"; 12) содействие развитию профессионального спорта в федеральной территории "Сириус" путем предоставления государственной поддержки физкультурно-спортивным организациям, основным видом деятельности которых является развитие профессионального спорта; 13) содействие в осуществлении мероприятий по подготовке спортивных сборных команд федеральной территории "Сириус" к межрегиональным и всероссийским официальным спортивным соревнованиям, в том числе путем оказания в соответствии с настоящим Федеральным законом и нормативными правовыми актами органов публичной власти федеральной территории "Сириус" поддержки общероссийским спортивным федерациям, заключившим с уполномоченным органом публичной власти федеральной территории "Сириус" соглашения в соответствии с пунктом 8 части 2 настоящей статьи; 14) присвоение спортивных разрядов, квалификационных категорий тренеров, квалификационных категорий специалистов в области физической культуры и спорта и квалификационных категорий спортивных судей в соответствии со статьей 22 настоящего Федерального закона; 15) реализация мер по развитию физической культуры и спорта инвалидов, лиц с ограниченными возможностями здоровья, адаптивной физической культуры и адаптивного спорта в федеральной территории "Сириус"; 16) популяризация физической культуры и спорта среди различных групп населения, в том числе среди инвалидов, лиц с ограниченными возможностями здоровья, в федеральной территории "Сириус"; 17) организация физкультурно-спортивной работы по месту жительства и месту отдыха граждан, включая создание условий для занятий инвалидов, лиц с ограниченными возможностями здоровья физической культурой и спортом, в федеральной территории "Сириус"; 18) организация подготовки и дополнительного профессионального образования кадров в области физической культуры и спорта в федеральной территории "Сириус"; 19) создание центров спортивной подготовки федеральной территории "Сириус", обеспечение их деятельности; 20) участие в обеспечении подготовки спортивного резерва для спортивных сборных команд Российской Федерации; 21) координация деятельности физкультурно-спортивных организаций по подготовке спортивного резерва для спортивных сборных команд федеральной территории "Сириус" и участию спортивных сборных команд федеральной территории "Сириус" в межрегиональных и во всероссийских официальных спортивных соревнованиях; 22) осуществление иных установленных в соответствии с законодательством Российской Федерации и нормативными правовыми актами федеральной территории "Сириус" полномочий.</w:t>
      </w:r>
    </w:p>
    <w:p>
      <w:r>
        <w:rPr>
          <w:b/>
        </w:rPr>
        <w:t xml:space="preserve">2. </w:t>
      </w:r>
      <w:r>
        <w:t>Органы публичной власти федеральной территории "Сириус" за счет средств бюджета федеральной территории "Сириус" вправе</w:t>
      </w:r>
    </w:p>
    <w:p>
      <w:r>
        <w:rPr>
          <w:b/>
        </w:rPr>
        <w:t xml:space="preserve">3. </w:t>
      </w:r>
      <w:r>
        <w:t>Органы публичной власти федеральной территории "Сириус" вправе устанавливать дополнительное материальное обеспечение лицам, имеющим выдающиеся достижения и особые заслуги перед Российской Федерацией в области физической культуры и спорта, в том числе завоевавшим звания чемпионов или призеров Олимпийских игр, Паралимпийских игр, Сурдлимпийских игр, чемпионов мира, чемпионов Европы, имеющим почетные спортивные звания, ведомственные награды органов государственной власти в области физической культуры и спорта или награжденным государственными наградами Российской Федерации за заслуги в области физической культуры и спорта.";</w:t>
      </w:r>
    </w:p>
    <w:p>
      <w:r>
        <w:rPr>
          <w:b/>
        </w:rPr>
        <w:t xml:space="preserve">2. </w:t>
      </w:r>
      <w:r>
        <w:t>Общероссийские спортивные федерации, заключившие с уполномоченным органом публичной власти федеральной территории "Сириус" соглашения в соответствии с пунктом 8 части 2 статьи 81 настоящего Федерального закона, обязаны</w:t>
      </w:r>
    </w:p>
    <w:p>
      <w:r>
        <w:rPr>
          <w:b/>
        </w:rPr>
        <w:t xml:space="preserve">5. </w:t>
      </w:r>
      <w:r>
        <w:t>Спортивные сборные команды федеральной территории "Сириус" для участия в межрегиональных и во всероссийских спортивных соревнованиях формируются общероссийскими спортивными федерациями, заключившими с уполномоченным органом публичной власти федеральной территории "Сириус" соглашения в соответствии с пунктом 8 части 2 статьи 81 настоящего Федерального закона, из числа лиц, включенных в соответствующий список кандидатов в спортивные сборные команды федеральной территории "Сириус" по соответствующим видам спорта, и утверждаются уполномоченным органом публичной власти федеральной территории "Сириус"</w:t>
      </w:r>
    </w:p>
    <w:p>
      <w:r>
        <w:rPr>
          <w:b/>
        </w:rPr>
        <w:t xml:space="preserve">6. </w:t>
      </w:r>
      <w:r>
        <w:t>Общие принципы и критерии формирования списков кандидатов в спортивные сборные команды федеральной территории "Сириус", порядок их утверждения устанавливаются уполномоченным органом публичной власти федеральной территории "Сириус".";</w:t>
      </w:r>
    </w:p>
    <w:p>
      <w:r>
        <w:rPr>
          <w:b/>
        </w:rPr>
        <w:t xml:space="preserve">2. </w:t>
      </w:r>
      <w:r>
        <w:t>участвовать в организации и проведении межрегиональных, всероссийских и международных спортивных соревнований, международных физкультурных мероприятий и учебно-тренировочных мероприятий спортивных сборных команд Российской Федерации, проводимых в федеральной территории "Сириус"</w:t>
      </w:r>
    </w:p>
    <w:p>
      <w:r>
        <w:rPr>
          <w:b/>
        </w:rPr>
        <w:t xml:space="preserve">2. </w:t>
      </w:r>
      <w:r>
        <w:t>оказывать содействие субъектам физической культуры и спорта, осуществляющим свою деятельность в федеральной территории "Сириус"</w:t>
      </w:r>
    </w:p>
    <w:p>
      <w:r>
        <w:rPr>
          <w:b/>
        </w:rPr>
        <w:t xml:space="preserve">2. </w:t>
      </w:r>
      <w:r>
        <w:t>оказывать содействие развитию студенческого спорта</w:t>
      </w:r>
    </w:p>
    <w:p>
      <w:r>
        <w:rPr>
          <w:b/>
        </w:rPr>
        <w:t xml:space="preserve">2. </w:t>
      </w:r>
      <w:r>
        <w:t>участвовать в организации и проведении межрегиональных, всероссийских и международных спортивных соревнований среди студентов (в том числе в рамках студенческих спортивных лиг), международных физкультурных мероприятий среди студентов, проводимых в федеральной территории "Сириус"</w:t>
      </w:r>
    </w:p>
    <w:p>
      <w:r>
        <w:rPr>
          <w:b/>
        </w:rPr>
        <w:t xml:space="preserve">2. </w:t>
      </w:r>
      <w:r>
        <w:t>участвовать в осуществлении пропаганды физической культуры, спорта и здорового образа жизни</w:t>
      </w:r>
    </w:p>
    <w:p>
      <w:r>
        <w:rPr>
          <w:b/>
        </w:rPr>
        <w:t xml:space="preserve">2. </w:t>
      </w:r>
      <w:r>
        <w:t>оказывать содействие развитию военно-прикладных и служебно-прикладных видов спорта в федеральной территории "Сириус"</w:t>
      </w:r>
    </w:p>
    <w:p>
      <w:r>
        <w:rPr>
          <w:b/>
        </w:rPr>
        <w:t xml:space="preserve">2. </w:t>
      </w:r>
      <w:r>
        <w:t>создавать центры тестирования по выполнению нормативов испытаний (тестов) комплекса ГТО (далее - центры тестирования) в форме некоммерческих организаций в федеральной территории "Сириус"</w:t>
      </w:r>
    </w:p>
    <w:p>
      <w:r>
        <w:rPr>
          <w:b/>
        </w:rPr>
        <w:t xml:space="preserve">2. </w:t>
      </w:r>
      <w:r>
        <w:t>заключать соглашения о сотрудничестве с общероссийскими спортивными федерациями для осуществления ими своей деятельности в федеральной территории "Сириус" непосредственно или через свое структурное подразделение, не являющееся региональной спортивной федерацией. Соглашение о сотрудничестве заключается на период действия государственной аккредитации соответствующей общероссийской спортивной федерации. Порядок заключения соглашений о сотрудничестве, основания и порядок расторжения таких соглашений с общероссийскими спортивными федерациями, структура и содержание таких соглашений устанавливаются органами публичной власти федеральной территории "Сириус". Соглашение о сотрудничестве может быть расторгнуто уполномоченным органом публичной власти федеральной территории "Сириус" в одностороннем порядке в случае неисполнения общероссийской спортивной федерацией обязанностей, предусмотренных пунктами 6 и 67 части 3 статьи 16, частью 2 статьи 162, пунктами 1 - 6 части 7 и частью 8 статьи 262 настоящего Федерального закона, а также в случае приостановления действия государственной аккредитации общероссийской спортивной федерации. В случае расторжения соглашения о сотрудничестве по основаниям, указанным в настоящем пункте, а также в случае прекращения действия государственной аккредитации и лишения статуса общероссийской спортивной федерации, или приостановления действия государственной аккредитации общероссийской спортивной федерации либо приостановления в соответствии с законодательством Российской Федерации деятельности общероссийской спортивной федерации, или отсутствия общероссийской спортивной федерации по соответствующим виду или видам спорта уполномоченный орган публичной власти федеральной территории "Сириус" вправе заключить соглашение о сотрудничестве с общественной физкультурно-спортивной организацией, наделив ее правами и обязанностями общероссийской спортивной федерации по развитию соответствующих вида или видов спорта в федеральной территории "Сириус". В случае устранения обстоятельств, послуживших основанием расторжения соглашения о сотрудничестве с общероссийской спортивной федерацией, указанным в настоящем пункте, а также в случае аккредитации общероссийской спортивной федерации по соответствующим виду или видам спорта либо возобновления ее деятельности действие такого соглашения прекращается</w:t>
      </w:r>
    </w:p>
    <w:p>
      <w:r>
        <w:rPr>
          <w:b/>
        </w:rPr>
        <w:t xml:space="preserve">2. </w:t>
      </w:r>
      <w:r>
        <w:t>обладать всеми правами на использование символики и наименований спортивных сборных команд федеральной территории "Сириус"</w:t>
      </w:r>
    </w:p>
    <w:p>
      <w:r>
        <w:rPr>
          <w:b/>
        </w:rPr>
        <w:t xml:space="preserve">3. </w:t>
      </w:r>
      <w:r>
        <w:t>в пункте 4 статьи 91 слова "по выполнению нормативов испытаний (тестов) комплекса ГТО (далее - центры тестирования)" исключить</w:t>
      </w:r>
    </w:p>
    <w:p>
      <w:r>
        <w:rPr>
          <w:b/>
        </w:rPr>
        <w:t xml:space="preserve">3. </w:t>
      </w:r>
      <w:r>
        <w:t>в части 21 статьи 10 после слов "органами местного самоуправления" дополнить словами ", органами публичной власти федеральной территории "Сириус", слова "и местных бюджетов" заменить словами ", местных бюджетов и бюджета федеральной территории "Сириус"</w:t>
      </w:r>
    </w:p>
    <w:p>
      <w:r>
        <w:rPr>
          <w:b/>
        </w:rPr>
        <w:t xml:space="preserve">3. </w:t>
      </w:r>
      <w:r>
        <w:t>пункт 21 части 3 статьи 11 после слов "органах государственной власти," дополнить словами "органах публичной власти федеральной территории "Сириус","</w:t>
      </w:r>
    </w:p>
    <w:p>
      <w:r>
        <w:rPr>
          <w:b/>
        </w:rPr>
        <w:t xml:space="preserve">3. </w:t>
      </w:r>
      <w:r>
        <w:t>часть 3 статьи 12 после слов "органах государственной власти," дополнить словами "органах публичной власти федеральной территории "Сириус","</w:t>
      </w:r>
    </w:p>
    <w:p>
      <w:r>
        <w:rPr>
          <w:b/>
        </w:rPr>
        <w:t xml:space="preserve">3. </w:t>
      </w:r>
      <w:r>
        <w:t>в статье 16:</w:t>
      </w:r>
    </w:p>
    <w:p>
      <w:r>
        <w:rPr>
          <w:b/>
        </w:rPr>
        <w:t xml:space="preserve">3. </w:t>
      </w:r>
      <w:r>
        <w:t>дополнить статьей 162 следующего содержания: "Статья 162. Права и обязанности общероссийских спортивных федераций, заключивших с уполномоченным органом публичной власти федеральной территории "Сириус" соглашения о сотрудничестве 1. Общероссийские спортивные федерации, заключившие с уполномоченным органом публичной власти федеральной территории "Сириус" соглашения в соответствии с пунктом 8 части 2 статьи 81 настоящего Федерального закона, вправе:</w:t>
      </w:r>
    </w:p>
    <w:p>
      <w:r>
        <w:rPr>
          <w:b/>
        </w:rPr>
        <w:t xml:space="preserve">3. </w:t>
      </w:r>
      <w:r>
        <w:t>организовывать и проводить, в том числе совместно с органами публичной власти федеральной территории "Сириус", чемпионаты, первенства, кубки и любительские чемпионаты федеральной территории "Сириус" по соответствующему виду спорта, разрабатывать и утверждать положения (регламенты) о таких соревнованиях, наделять статусом чемпионов, победителей первенств, обладателей кубков и победителей любительских чемпионатов федеральной территории "Сириус"</w:t>
      </w:r>
    </w:p>
    <w:p>
      <w:r>
        <w:rPr>
          <w:b/>
        </w:rPr>
        <w:t xml:space="preserve">3. </w:t>
      </w:r>
      <w:r>
        <w:t>получать финансовую и иную поддержку в целях развития соответствующих видов спорта из различных не запрещенных законодательством Российской Федерации источников, в том числе получать поддержку за счет средств бюджета федеральной территории "Сириус" в порядке, установленном органами публичной власти федеральной территории "Сириус"</w:t>
      </w:r>
    </w:p>
    <w:p>
      <w:r>
        <w:rPr>
          <w:b/>
        </w:rPr>
        <w:t xml:space="preserve">3. </w:t>
      </w:r>
      <w:r>
        <w:t>осуществлять иные права в соответствии с законодательством Российской Федерации и нормативными правовыми актами органов публичной власти федеральной территории "Сириус"</w:t>
      </w:r>
    </w:p>
    <w:p>
      <w:r>
        <w:rPr>
          <w:b/>
        </w:rPr>
        <w:t xml:space="preserve">3. </w:t>
      </w:r>
      <w:r>
        <w:t>в пункте 129 части 1 слова "местной спортивной федерацией" заменить словами "в случае заключения с уполномоченным органом публичной власти федеральной территории "Сириус" соглашения в соответствии с пунктом 8 части 2 статьи 81 настоящего Федерального закона"</w:t>
      </w:r>
    </w:p>
    <w:p>
      <w:r>
        <w:rPr>
          <w:b/>
        </w:rPr>
        <w:t xml:space="preserve">3. </w:t>
      </w:r>
      <w:r>
        <w:t>в части 2 слова "и органы исполнительной власти субъектов Российской Федерации" заменить словами ", органы исполнительной власти субъектов Российской Федерации и органы публичной власти федеральной территории "Сириус"</w:t>
      </w:r>
    </w:p>
    <w:p>
      <w:r>
        <w:rPr>
          <w:b/>
        </w:rPr>
        <w:t xml:space="preserve">2. </w:t>
      </w:r>
      <w:r>
        <w:t>во взаимодействии с иными субъектами физической культуры и спорта обеспечивать развитие соответствующих видов спорта в федеральной территории "Сириус" в соответствии с программами развития соответствующих видов спорта в федеральной территории "Сириус"</w:t>
      </w:r>
    </w:p>
    <w:p>
      <w:r>
        <w:rPr>
          <w:b/>
        </w:rPr>
        <w:t xml:space="preserve">2. </w:t>
      </w:r>
      <w:r>
        <w:t>осуществлять подготовку и формирование спортивных сборных команд федеральной территории "Сириус" по соответствующим видам спорта</w:t>
      </w:r>
    </w:p>
    <w:p>
      <w:r>
        <w:rPr>
          <w:b/>
        </w:rPr>
        <w:t xml:space="preserve">2. </w:t>
      </w:r>
      <w:r>
        <w:t>участвовать в формировании и реализации календарного плана физкультурных мероприятий и спортивных мероприятий федеральной территории "Сириус"</w:t>
      </w:r>
    </w:p>
    <w:p>
      <w:r>
        <w:rPr>
          <w:b/>
        </w:rPr>
        <w:t xml:space="preserve">2. </w:t>
      </w:r>
      <w:r>
        <w:t>организовывать и проводить ежегодно официальные физкультурные мероприятия и спортивные мероприятия федеральной территории "Сириус" по развиваемым виду или видам спорта</w:t>
      </w:r>
    </w:p>
    <w:p>
      <w:r>
        <w:rPr>
          <w:b/>
        </w:rPr>
        <w:t xml:space="preserve">2. </w:t>
      </w:r>
      <w:r>
        <w:t>разрабатывать и представлять в уполномоченный орган публичной власти федеральной территории "Сириус" программы развития соответствующих видов спорта в федеральной территории "Сириус" в порядке, установленном этим органом, а также реализовывать указанные программы и представлять ежегодно отчеты об их реализации</w:t>
      </w:r>
    </w:p>
    <w:p>
      <w:r>
        <w:rPr>
          <w:b/>
        </w:rPr>
        <w:t xml:space="preserve">2. </w:t>
      </w:r>
      <w:r>
        <w:t>представлять ежегодно в период действия соглашения, заключенного в соответствии с пунктом 8 части 2 статьи 81 настоящего Федерального закона, в уполномоченный орган публичной власти федеральной территории "Сириус" отчеты о своей деятельности в федеральной территории "Сириус" в установленном им порядке</w:t>
      </w:r>
    </w:p>
    <w:p>
      <w:r>
        <w:rPr>
          <w:b/>
        </w:rPr>
        <w:t xml:space="preserve">2. </w:t>
      </w:r>
      <w:r>
        <w:t>исполнять иные обязанности в соответствии с законодательством Российской Федерации, нормативными правовыми актами органов публичной власти федеральной территории "Сириус" и со своими уставами."</w:t>
      </w:r>
    </w:p>
    <w:p>
      <w:r>
        <w:rPr>
          <w:b/>
        </w:rPr>
        <w:t xml:space="preserve">2. </w:t>
      </w:r>
      <w:r>
        <w:t>в части 4 статьи 19:</w:t>
      </w:r>
    </w:p>
    <w:p>
      <w:r>
        <w:rPr>
          <w:b/>
        </w:rPr>
        <w:t xml:space="preserve">2. </w:t>
      </w:r>
      <w:r>
        <w:t>в статье 20:</w:t>
      </w:r>
    </w:p>
    <w:p>
      <w:r>
        <w:rPr>
          <w:b/>
        </w:rPr>
        <w:t xml:space="preserve">2. </w:t>
      </w:r>
      <w:r>
        <w:t>в статье 207:</w:t>
      </w:r>
    </w:p>
    <w:p>
      <w:r>
        <w:rPr>
          <w:b/>
        </w:rPr>
        <w:t xml:space="preserve">2. </w:t>
      </w:r>
      <w:r>
        <w:t>в статье 22:</w:t>
      </w:r>
    </w:p>
    <w:p>
      <w:r>
        <w:rPr>
          <w:b/>
        </w:rPr>
        <w:t xml:space="preserve">2. </w:t>
      </w:r>
      <w:r>
        <w:t>часть 2 статьи 23 после слов "субъектов Российской Федерации," дополнить словами "федеральной территории "Сириус","</w:t>
      </w:r>
    </w:p>
    <w:p>
      <w:r>
        <w:rPr>
          <w:b/>
        </w:rPr>
        <w:t xml:space="preserve">2. </w:t>
      </w:r>
      <w:r>
        <w:t>в статье 26:</w:t>
      </w:r>
    </w:p>
    <w:p>
      <w:r>
        <w:rPr>
          <w:b/>
        </w:rPr>
        <w:t xml:space="preserve">2. </w:t>
      </w:r>
      <w:r>
        <w:t>в статье 262:</w:t>
      </w:r>
    </w:p>
    <w:p>
      <w:r>
        <w:rPr>
          <w:b/>
        </w:rPr>
        <w:t xml:space="preserve">2. </w:t>
      </w:r>
      <w:r>
        <w:t>в статье 29:</w:t>
      </w:r>
    </w:p>
    <w:p>
      <w:r>
        <w:rPr>
          <w:b/>
        </w:rPr>
        <w:t xml:space="preserve">2. </w:t>
      </w:r>
      <w:r>
        <w:t>в статье 291:</w:t>
      </w:r>
    </w:p>
    <w:p>
      <w:r>
        <w:rPr>
          <w:b/>
        </w:rPr>
        <w:t xml:space="preserve">2. </w:t>
      </w:r>
      <w:r>
        <w:t>часть 3 статьи 30 после слов "Органы местного самоуправления" дополнить словами ", органы публичной власти федеральной территории "Сириус" соответственно"</w:t>
      </w:r>
    </w:p>
    <w:p>
      <w:r>
        <w:rPr>
          <w:b/>
        </w:rPr>
        <w:t xml:space="preserve">2. </w:t>
      </w:r>
      <w:r>
        <w:t>в части 5 статьи 302:</w:t>
      </w:r>
    </w:p>
    <w:p>
      <w:r>
        <w:rPr>
          <w:b/>
        </w:rPr>
        <w:t xml:space="preserve">2. </w:t>
      </w:r>
      <w:r>
        <w:t>в статье 31:</w:t>
      </w:r>
    </w:p>
    <w:p>
      <w:r>
        <w:rPr>
          <w:b/>
        </w:rPr>
        <w:t xml:space="preserve">2. </w:t>
      </w:r>
      <w:r>
        <w:t>часть 7 статьи 311 дополнить словами "и в федеральной территории "Сириус"</w:t>
      </w:r>
    </w:p>
    <w:p>
      <w:r>
        <w:rPr>
          <w:b/>
        </w:rPr>
        <w:t xml:space="preserve">2. </w:t>
      </w:r>
      <w:r>
        <w:t>часть 3 статьи 312 после слов "органы местного самоуправления" дополнить словами ", органы публичной власти федеральной территории "Сириус"</w:t>
      </w:r>
    </w:p>
    <w:p>
      <w:r>
        <w:rPr>
          <w:b/>
        </w:rPr>
        <w:t xml:space="preserve">2. </w:t>
      </w:r>
      <w:r>
        <w:t>в статье 313:</w:t>
      </w:r>
    </w:p>
    <w:p>
      <w:r>
        <w:rPr>
          <w:b/>
        </w:rPr>
        <w:t xml:space="preserve">2. </w:t>
      </w:r>
      <w:r>
        <w:t>пункт 6 части 1 статьи 32 после слов "спортивных сборных команд Российской Федерации," дополнить словами "органы публичной власти федеральной территории "Сириус",", после слов "созданные указанными органами государственной власти" дополнить словами ", органами публичной власти"</w:t>
      </w:r>
    </w:p>
    <w:p>
      <w:r>
        <w:rPr>
          <w:b/>
        </w:rPr>
        <w:t xml:space="preserve">2. </w:t>
      </w:r>
      <w:r>
        <w:t>в части 5 статьи 346 слова "а также с органами местного самоуправления" заменить словами "органами местного самоуправления, а также органами публичной власти федеральной территории "Сириус"</w:t>
      </w:r>
    </w:p>
    <w:p>
      <w:r>
        <w:rPr>
          <w:b/>
        </w:rPr>
        <w:t xml:space="preserve">2. </w:t>
      </w:r>
      <w:r>
        <w:t>часть 4 статьи 35 дополнить предложением следующего содержания: "Центры спортивной подготовки федеральной территории "Сириус" создаются на основании решений органов публичной власти федеральной территории "Сириус"."</w:t>
      </w:r>
    </w:p>
    <w:p>
      <w:r>
        <w:rPr>
          <w:b/>
        </w:rPr>
        <w:t xml:space="preserve">2. </w:t>
      </w:r>
      <w:r>
        <w:t>в статье 361:</w:t>
      </w:r>
    </w:p>
    <w:p>
      <w:r>
        <w:rPr>
          <w:b/>
        </w:rPr>
        <w:t xml:space="preserve">2. </w:t>
      </w:r>
      <w:r>
        <w:t>абзац первый после слов "органы местного самоуправления" дополнить словами ", органы публичной власти федеральной территории "Сириус"</w:t>
      </w:r>
    </w:p>
    <w:p>
      <w:r>
        <w:rPr>
          <w:b/>
        </w:rPr>
        <w:t xml:space="preserve">2. </w:t>
      </w:r>
      <w:r>
        <w:t>в пункте 4 слова "или муниципальными правовыми актами" заменить словами ", муниципальными правовыми актами или нормативными правовыми актами органов публичной власти федеральной территории "Сириус"</w:t>
      </w:r>
    </w:p>
    <w:p>
      <w:r>
        <w:rPr>
          <w:b/>
        </w:rPr>
        <w:t xml:space="preserve">2. </w:t>
      </w:r>
      <w:r>
        <w:t>дополнить частью 91 следующего содержания: "91. Порядок утверждения положений (регламентов) об официальных физкультурных мероприятиях и спортивных мероприятиях федеральной территории "Сириус", требования к содержанию указанных положений (регламентов) устанавливаются уполномоченным органом публичной власти федеральной территории "Сириус"."</w:t>
      </w:r>
    </w:p>
    <w:p>
      <w:r>
        <w:rPr>
          <w:b/>
        </w:rPr>
        <w:t xml:space="preserve">2. </w:t>
      </w:r>
      <w:r>
        <w:t>часть 13 после слов "муниципального образования" дополнить словами ", федеральной территории "Сириус"</w:t>
      </w:r>
    </w:p>
    <w:p>
      <w:r>
        <w:rPr>
          <w:b/>
        </w:rPr>
        <w:t xml:space="preserve">2. </w:t>
      </w:r>
      <w:r>
        <w:t>часть 14 после слов "планируется проведение таких мероприятий" дополнить словами "(либо в случае планирования проведения таких мероприятий в федеральной территории "Сириус" - с уполномоченным органом публичной власти федеральной территории "Сириус")"</w:t>
      </w:r>
    </w:p>
    <w:p>
      <w:r>
        <w:rPr>
          <w:b/>
        </w:rPr>
        <w:t xml:space="preserve">2. </w:t>
      </w:r>
      <w:r>
        <w:t>часть 144 после слов "государственных органов," дополнить словами "органов публичной власти федеральной территории "Сириус","</w:t>
      </w:r>
    </w:p>
    <w:p>
      <w:r>
        <w:rPr>
          <w:b/>
        </w:rPr>
        <w:t xml:space="preserve">2. </w:t>
      </w:r>
      <w:r>
        <w:t>в части 1 слова "и (или) спортивные сборные команды субъектов Российской Федерации" заменить словами ", и (или) спортивные сборные команды субъектов Российской Федерации, и (или) спортивные сборные команды федеральной территории "Сириус"</w:t>
      </w:r>
    </w:p>
    <w:p>
      <w:r>
        <w:rPr>
          <w:b/>
        </w:rPr>
        <w:t xml:space="preserve">2. </w:t>
      </w:r>
      <w:r>
        <w:t>часть 2 дополнить словами ", федеральной территории "Сириус"</w:t>
      </w:r>
    </w:p>
    <w:p>
      <w:r>
        <w:rPr>
          <w:b/>
        </w:rPr>
        <w:t xml:space="preserve">2. </w:t>
      </w:r>
      <w:r>
        <w:t>часть 3 после слов "органы местного самоуправления" дополнить словами ", органы публичной власти федеральной территории "Сириус"</w:t>
      </w:r>
    </w:p>
    <w:p>
      <w:r>
        <w:rPr>
          <w:b/>
        </w:rPr>
        <w:t xml:space="preserve">2. </w:t>
      </w:r>
      <w:r>
        <w:t>часть 7 после слов "субъектов Российской Федерации в области физической культуры и спорта" дополнить словами ", органами публичной власти федеральной территории "Сириус", после слов "городских округов" дополнить словами ", органами публичной власти федеральной территории "Сириус"</w:t>
      </w:r>
    </w:p>
    <w:p>
      <w:r>
        <w:rPr>
          <w:b/>
        </w:rPr>
        <w:t xml:space="preserve">2. </w:t>
      </w:r>
      <w:r>
        <w:t>пункт 3 части 14 дополнить словами "и органами публичной власти федеральной территории "Сириус"</w:t>
      </w:r>
    </w:p>
    <w:p>
      <w:r>
        <w:rPr>
          <w:b/>
        </w:rPr>
        <w:t xml:space="preserve">2. </w:t>
      </w:r>
      <w:r>
        <w:t>пункт 3 части 17 дополнить словами "и органами публичной власти федеральной территории "Сириус"</w:t>
      </w:r>
    </w:p>
    <w:p>
      <w:r>
        <w:rPr>
          <w:b/>
        </w:rPr>
        <w:t xml:space="preserve">2. </w:t>
      </w:r>
      <w:r>
        <w:t>пункт 9 части 8 после слов "органам исполнительной власти субъектов Российской Федерации" дополнить словами ", органам публичной власти федеральной территории "Сириус", дополнить словами ", спортивных сборных команд федеральной территории "Сириус"</w:t>
      </w:r>
    </w:p>
    <w:p>
      <w:r>
        <w:rPr>
          <w:b/>
        </w:rPr>
        <w:t xml:space="preserve">2. </w:t>
      </w:r>
      <w:r>
        <w:t>пункт 41 части 9 после слов "органов государственной власти субъектов Российской Федерации в сфере здравоохранения" дополнить словами ", органов публичной власти федеральной территории "Сириус"</w:t>
      </w:r>
    </w:p>
    <w:p>
      <w:r>
        <w:rPr>
          <w:b/>
        </w:rPr>
        <w:t xml:space="preserve">2. </w:t>
      </w:r>
      <w:r>
        <w:t>пункт 6 части 10 после слов "субъектов Российской Федерации," дополнить словами "органы публичной власти федеральной территории "Сириус" (в случае применения санкций в отношении спортсменов, тренеров, специалистов по спортивной медицине, иных специалистов в области физической культуры и спорта федеральной территории "Сириус"),"</w:t>
      </w:r>
    </w:p>
    <w:p>
      <w:r>
        <w:rPr>
          <w:b/>
        </w:rPr>
        <w:t xml:space="preserve">2. </w:t>
      </w:r>
      <w:r>
        <w:t>дополнить частью 14 следующего содержания: "14. Уполномоченный орган публичной власти федеральной территории "Сириус" определяет должностное лицо, ответственное за организацию работы по предотвращению допинга в спорте и борьбе с ним во взаимодействии с общероссийской антидопинговой организацией, федеральным органом исполнительной власти в области физической культуры и спорта, федеральным органом исполнительной власти, уполномоченным на медико-биологическое обеспечение спортсменов спортивных сборных команд Российской Федерации."</w:t>
      </w:r>
    </w:p>
    <w:p>
      <w:r>
        <w:rPr>
          <w:b/>
        </w:rPr>
        <w:t xml:space="preserve">2. </w:t>
      </w:r>
      <w:r>
        <w:t>пункт 6 части 4 после слов "органов местного самоуправления," дополнить словами "органов публичной власти федеральной территории "Сириус","</w:t>
      </w:r>
    </w:p>
    <w:p>
      <w:r>
        <w:rPr>
          <w:b/>
        </w:rPr>
        <w:t xml:space="preserve">2. </w:t>
      </w:r>
      <w:r>
        <w:t>в части 7: пункт 5 после слов "органы местного самоуправления" дополнить словами ", органы публичной власти федеральной территории "Сириус"; пункт 6 после слов "органы местного самоуправления" дополнить словами ", органы публичной власти федеральной территории "Сириус"</w:t>
      </w:r>
    </w:p>
    <w:p>
      <w:r>
        <w:rPr>
          <w:b/>
        </w:rPr>
        <w:t xml:space="preserve">2. </w:t>
      </w:r>
      <w:r>
        <w:t>часть 53 после слов "субъектов Российской Федерации" дополнить словами ", федеральной территории "Сириус"</w:t>
      </w:r>
    </w:p>
    <w:p>
      <w:r>
        <w:rPr>
          <w:b/>
        </w:rPr>
        <w:t xml:space="preserve">2. </w:t>
      </w:r>
      <w:r>
        <w:t>часть 54 после слов "субъектов Российской Федерации" дополнить словами ", федеральной территории "Сириус"</w:t>
      </w:r>
    </w:p>
    <w:p>
      <w:r>
        <w:rPr>
          <w:b/>
        </w:rPr>
        <w:t xml:space="preserve">2. </w:t>
      </w:r>
      <w:r>
        <w:t>часть 1 после слов "органов государственной власти," дополнить словами "органов публичной власти федеральной территории "Сириус","</w:t>
      </w:r>
    </w:p>
    <w:p>
      <w:r>
        <w:rPr>
          <w:b/>
        </w:rPr>
        <w:t xml:space="preserve">2. </w:t>
      </w:r>
      <w:r>
        <w:t>пункт 6 части 4 дополнить словами ", федеральной территории "Сириус"</w:t>
      </w:r>
    </w:p>
    <w:p>
      <w:r>
        <w:rPr>
          <w:b/>
        </w:rPr>
        <w:t xml:space="preserve">2. </w:t>
      </w:r>
      <w:r>
        <w:t>абзац первый после слов "органы местного самоуправления" дополнить словами ", органы публичной власти федеральной территории "Сириус"</w:t>
      </w:r>
    </w:p>
    <w:p>
      <w:r>
        <w:rPr>
          <w:b/>
        </w:rPr>
        <w:t xml:space="preserve">2. </w:t>
      </w:r>
      <w:r>
        <w:t>в пункте 4 слова "или муниципальными правовыми актами" заменить словами ", муниципальными правовыми актами или нормативными правовыми актами органов публичной власти федеральной территории "Сириус"</w:t>
      </w:r>
    </w:p>
    <w:p>
      <w:r>
        <w:rPr>
          <w:b/>
        </w:rPr>
        <w:t xml:space="preserve">2. </w:t>
      </w:r>
      <w:r>
        <w:t>часть 6 после слов "органы местного самоуправления" дополнить словами ", органы публичной власти федеральной территории "Сириус"</w:t>
      </w:r>
    </w:p>
    <w:p>
      <w:r>
        <w:rPr>
          <w:b/>
        </w:rPr>
        <w:t xml:space="preserve">2. </w:t>
      </w:r>
      <w:r>
        <w:t>часть 7 после слов "органы местного самоуправления," дополнить словами "органы публичной власти федеральной территории "Сириус","</w:t>
      </w:r>
    </w:p>
    <w:p>
      <w:r>
        <w:rPr>
          <w:b/>
        </w:rPr>
        <w:t xml:space="preserve">2. </w:t>
      </w:r>
      <w:r>
        <w:t>в части 5 слова "и муниципальные образования" заменить словами ", муниципальные образования и органы публичной власти федеральной территории "Сириус", слова "и местных бюджетов" заменить словами ", местных бюджетов и бюджета федеральной территории "Сириус"</w:t>
      </w:r>
    </w:p>
    <w:p>
      <w:r>
        <w:rPr>
          <w:b/>
        </w:rPr>
        <w:t xml:space="preserve">2. </w:t>
      </w:r>
      <w:r>
        <w:t>часть 6 после слов "местных бюджетов" дополнить словами ", бюджета федеральной территории "Сириус"</w:t>
      </w:r>
    </w:p>
    <w:p>
      <w:r>
        <w:rPr>
          <w:b/>
        </w:rPr>
        <w:t xml:space="preserve">2. </w:t>
      </w:r>
      <w:r>
        <w:t>часть 7 после слов "органами государственной власти" дополнить словами ", органами публичной власти федеральной территории "Сириус"</w:t>
      </w:r>
    </w:p>
    <w:p>
      <w:r>
        <w:rPr>
          <w:b/>
        </w:rPr>
        <w:t xml:space="preserve">2. </w:t>
      </w:r>
      <w:r>
        <w:t>наименование дополнить словами ", спортивных сборных команд федеральной территории "Сириус"</w:t>
      </w:r>
    </w:p>
    <w:p>
      <w:r>
        <w:rPr>
          <w:b/>
        </w:rPr>
        <w:t xml:space="preserve">2. </w:t>
      </w:r>
      <w:r>
        <w:t>дополнить частями 4 - 6 следующего содержания: "4. Списки кандидатов в спортивные сборные команды федеральной территории "Сириус" по соответствующим видам спорта формируются общероссийскими спортивными федерациями, заключившими с уполномоченным органом публичной власти федеральной территории "Сириус" соглашения в соответствии с пунктом 8 части 2 статьи 81 настоящего Федерального закона, ежегодно в период действия такого соглашения и утверждаются уполномоченным органом публичной власти федеральной территории "Сириус"</w:t>
      </w:r>
    </w:p>
    <w:p>
      <w:r>
        <w:rPr>
          <w:b/>
        </w:rPr>
        <w:t xml:space="preserve">6. </w:t>
      </w:r>
      <w:r>
        <w:t>в пункте 8 части 1 статьи 363 слова "и субъектов Российской Федерации" заменить словами ", субъектов Российской Федерации и федеральной территории "Сириус"</w:t>
      </w:r>
    </w:p>
    <w:p>
      <w:r>
        <w:rPr>
          <w:b/>
        </w:rPr>
        <w:t xml:space="preserve">6. </w:t>
      </w:r>
      <w:r>
        <w:t>статью 38:</w:t>
      </w:r>
    </w:p>
    <w:p>
      <w:r>
        <w:rPr>
          <w:b/>
        </w:rPr>
        <w:t xml:space="preserve">6. </w:t>
      </w:r>
      <w:r>
        <w:t>организация и осуществление программ и проектов в области физической культуры и спорта федеральной территории "Сириус"</w:t>
      </w:r>
    </w:p>
    <w:p>
      <w:r>
        <w:rPr>
          <w:b/>
        </w:rPr>
        <w:t xml:space="preserve">6. </w:t>
      </w:r>
      <w:r>
        <w:t>организация проведения официальных физкультурных мероприятий и спортивных мероприятий федеральной территории "Сириус"</w:t>
      </w:r>
    </w:p>
    <w:p>
      <w:r>
        <w:rPr>
          <w:b/>
        </w:rPr>
        <w:t xml:space="preserve">6. </w:t>
      </w:r>
      <w:r>
        <w:t>обеспечение условий для реализации в федеральной территории "Сириус" комплекса ГТО в соответствии с настоящим Федеральным законом</w:t>
      </w:r>
    </w:p>
    <w:p>
      <w:r>
        <w:rPr>
          <w:b/>
        </w:rPr>
        <w:t xml:space="preserve">6. </w:t>
      </w:r>
      <w:r>
        <w:t>обеспечение деятельности центров спортивной подготовки федеральной территории "Сириус"</w:t>
      </w:r>
    </w:p>
    <w:p>
      <w:r>
        <w:rPr>
          <w:b/>
        </w:rPr>
        <w:t xml:space="preserve">6. </w:t>
      </w:r>
      <w:r>
        <w:t>материально-техническое обеспечение, в том числе обеспечение спортивной экипировкой, финансовое, научно-методическое, медико-биологическое и антидопинговое обеспечение спортивных сборных команд федеральной территории "Сириус", в том числе обеспечение их подготовки к межрегиональным и всероссийским официальным спортивным соревнованиям и их участия в таких спортивных соревнованиях</w:t>
      </w:r>
    </w:p>
    <w:p>
      <w:r>
        <w:rPr>
          <w:b/>
        </w:rPr>
        <w:t xml:space="preserve">6. </w:t>
      </w:r>
      <w:r>
        <w:t>обеспечение в федеральной территории "Сириус" развития физической культуры и спорта инвалидов и лиц с ограниченными возможностями здоровья</w:t>
      </w:r>
    </w:p>
    <w:p>
      <w:r>
        <w:rPr>
          <w:b/>
        </w:rPr>
        <w:t xml:space="preserve">6. </w:t>
      </w:r>
      <w:r>
        <w:t>обеспечение условий для развития в федеральной территории "Сириус" физической культуры, школьного спорта и массового спорта</w:t>
      </w:r>
    </w:p>
    <w:p>
      <w:r>
        <w:rPr>
          <w:b/>
        </w:rPr>
        <w:t xml:space="preserve">6. </w:t>
      </w:r>
      <w:r>
        <w:t>обеспечение иных мероприятий и программ, в том числе предусмотренных настоящим Федеральным законом.";</w:t>
      </w:r>
    </w:p>
    <w:p>
      <w:r>
        <w:rPr>
          <w:b/>
        </w:rPr>
        <w:t xml:space="preserve">6. </w:t>
      </w:r>
      <w:r>
        <w:t>в статье 39:</w:t>
      </w:r>
    </w:p>
    <w:p>
      <w:r>
        <w:rPr>
          <w:b/>
        </w:rPr>
        <w:t xml:space="preserve">6. </w:t>
      </w:r>
      <w:r>
        <w:t>в части 7 статьи 41 слова ", не формируются спортивные сборные команды федеральной территории "Сириус" исключить</w:t>
      </w:r>
    </w:p>
    <w:p>
      <w:r>
        <w:rPr>
          <w:b/>
        </w:rPr>
        <w:t xml:space="preserve">6. </w:t>
      </w:r>
      <w:r>
        <w:t>дополнить частью 21 следующего содержания: "21. К расходным обязательствам федеральной территории "Сириус" относятся:</w:t>
      </w:r>
    </w:p>
    <w:p>
      <w:r>
        <w:rPr>
          <w:b/>
        </w:rPr>
        <w:t xml:space="preserve">6. </w:t>
      </w:r>
      <w:r>
        <w:t>дополнить частью 31 следующего содержания: "31. Органы публичной власти федеральной территории "Сириус" за счет средств бюджета федеральной территории "Сириус" вправе обеспечивать мероприятия по подготовке спортивных сборных команд Российской Федерации к международным спортивным соревнованиям и участию в таких спортивных соревнованиях, если в таких спортивных соревнованиях участвуют спортсмены федеральной территории "Сириус"."</w:t>
      </w:r>
    </w:p>
    <w:p>
      <w:r>
        <w:rPr>
          <w:b/>
        </w:rPr>
        <w:t xml:space="preserve">6. </w:t>
      </w:r>
      <w:r>
        <w:t>в наименовании слова "и спортивных сборных команд субъектов Российской Федерации" заменить словами ", спортивных сборных команд субъектов Российской Федерации и спортивных сборных команд федеральной территории "Сириус"</w:t>
      </w:r>
    </w:p>
    <w:p>
      <w:r>
        <w:rPr>
          <w:b/>
        </w:rPr>
        <w:t xml:space="preserve">6. </w:t>
      </w:r>
      <w:r>
        <w:t>в части 6 слова "и спортивных сборных команд субъектов Российской Федерации" заменить словами ", спортивных сборных команд субъектов Российской Федерации и спортивных сборных команд федеральной территории "Сириус"</w:t>
      </w:r>
    </w:p>
    <w:p>
      <w:r>
        <w:rPr>
          <w:b/>
        </w:rPr>
        <w:t>Статья 2</w:t>
      </w:r>
    </w:p>
    <w:p>
      <w:r>
        <w:t>Внести в статью 421 Федерального закона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2017, № 50, ст. 7544; 2023, № 18, ст. 3251) следующие изменения</w:t>
      </w:r>
    </w:p>
    <w:p>
      <w:r>
        <w:t>в наименовании слова "и спортивных сборных команд субъектов Российской Федерации" заменить словами ", спортивных сборных команд субъектов Российской Федерации и спортивных сборных команд федеральной территории "Сириус"</w:t>
      </w:r>
    </w:p>
    <w:p>
      <w:r>
        <w:t>в части 1 слова "и спортивных сборных команд субъектов Российской Федерации" заменить словами ", спортивных сборных команд субъектов Российской Федерации и спортивных сборных команд федеральной территории "Сириус"</w:t>
      </w:r>
    </w:p>
    <w:p>
      <w:r>
        <w:t>дополнить частью 4 следующего содержания: "4. Порядок организации медико-биологического обеспечения спортсменов спортивных сборных команд федеральной территории "Сириус" утверждается уполномоченным органом публичной власти федеральной территории "Сириус"."</w:t>
      </w:r>
    </w:p>
    <w:p>
      <w:r>
        <w:rPr>
          <w:b/>
        </w:rPr>
        <w:t>Статья 3</w:t>
      </w:r>
    </w:p>
    <w:p>
      <w:r>
        <w:t>Статью 44 Федерального закона от 22 декабря 2020 года № 437-ФЗ "О федеральной территории "Сириус" (Собрание законодательства Российской Федерации, 2020, № 52, ст. 8583; 2021, № 27, ст. 5099; 2022, № 50, ст. 8789) дополнить частью 4 следующего содержания: "4. Особенности осуществления в федеральной территории "Сириус" деятельности в области физической культуры и спорта регулируются Федеральным законом от 4 декабря 2007 года № 329-ФЗ "О физической культуре и спорте в Российской Федерации".".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сентября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