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проведении на территории Камчатского края эксперимента по внедрению дополнительных механизмов регулирования внутренних воздушных перевозок икры лососевых видов рыб (красной икры) непромышленного изготовления"</w:t>
      </w:r>
    </w:p>
    <w:p>
      <w:r>
        <w:rPr>
          <w:b/>
        </w:rPr>
        <w:t>Статья 1</w:t>
      </w:r>
    </w:p>
    <w:p>
      <w:r>
        <w:t>Внести в Федеральный закон от 14 июля 2022 года № 254-ФЗ "О проведении на территории Камчатского края эксперимента по внедрению дополнительных механизмов регулирования внутренних воздушных перевозок икры лососевых видов рыб (красной икры) непромышленного изготовления" (Собрание законодательства Российской Федерации, 2022, № 29, ст. 5221) следующие изменения</w:t>
      </w:r>
    </w:p>
    <w:p>
      <w:r>
        <w:t>в наименовании слова "территории Камчатского края" заменить словами "территориях Камчатского края, Хабаровского края и Чукотского автономного округа"</w:t>
      </w:r>
    </w:p>
    <w:p>
      <w:r>
        <w:t>в статье 1: а) в части 1 слова "территории Камчатского края" заменить словами "территориях Камчатского края, Хабаровского края и Чукотского автономного округа"; б) в части 2 цифры "2025" заменить цифрами "2027", слова "территории Камчатского края" заменить словами "территорий Камчатского края, Хабаровского края и Чукотского автономного округа"</w:t>
      </w:r>
    </w:p>
    <w:p>
      <w:r>
        <w:t>в статье 4: а) абзац первый изложить в следующей редакции: "Правительства Камчатского края, Хабаровского края и Чукотского автономного округа:"; б) в пункте 1 слово "представляет" заменить словом "представляют", слова "ежегодный отчет о ходе и результатах эксперимента, содержащий" заменить словами "ежегодные отчеты о ходе и результатах эксперимента, содержащие", после слов "в районах добычи Камчатского края," дополнить словами "Хабаровского края и Чукотского автономного округа,", слова "с территории Камчатского края" заменить словами "с территорий Камчатского края, Хабаровского края и Чукотского автономного округа"; в) в пункте 2 слово "организует" заменить словом "организуют", слова "Правительством Камчатского края" заменить словами "правительствами Камчатского края, Хабаровского края и Чукотского автономного округа"</w:t>
      </w:r>
    </w:p>
    <w:p>
      <w:r>
        <w:t>статью 5 после слов "Камчатского края" дополнить словами ", Хабаровского края и Чукотского автономного округа"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