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Косинского районного суда Пермского края и образовании постоянного судебного присутствия в составе Кочевского районного суда Пермского края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 и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Косинский районный суд Пермского края, передав относящиеся к его ведению вопросы осуществления правосудия в юрисдикцию Кочевского районного суда Пермского края</w:t>
      </w:r>
    </w:p>
    <w:p>
      <w:r>
        <w:t>установить, что юрисдикция Кочевского районного суда Пермского края распространяется на территории Косинского района Пермского края и Кочевского района Пермского края в границах, существующих на день вступления в силу настоящего Федерального закона</w:t>
      </w:r>
    </w:p>
    <w:p>
      <w:r>
        <w:rPr>
          <w:b/>
        </w:rPr>
        <w:t>Статья 2</w:t>
      </w:r>
    </w:p>
    <w:p>
      <w:r>
        <w:t>В соответствии с частью 2 статьи 33 Федерального конституционного закона от 7 февраля 2011 года № 1-ФКЗ "О судах общей юрисдикции в Российской Федерации" образовать в составе Кочевского районного суда Пермского края постоянное судебное присутствие в селе Коса Косинского района Пермского края.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1 и 2 настоящего Федерального закона</w:t>
      </w:r>
    </w:p>
    <w:p>
      <w:r>
        <w:rPr>
          <w:b/>
        </w:rPr>
        <w:t xml:space="preserve">2. </w:t>
      </w:r>
      <w:r>
        <w:t>Статьи 1 и 2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