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3 к Соглашению между Правительством Российской Федерации и Правительством Турецкой Республики о предоставлении государственного экспортного кредита Правительству Турецкой Республики от 29 декабря 2017 г. и Протокола о внесении изменений в Соглашение между Правительством Российской Федерации и Правительством Турецкой Республики о предоставлении Правительству Турецкой Республики государственного экспортного кредита от 4 ноября 2021 г.</w:t>
      </w:r>
    </w:p>
    <w:p>
      <w:r>
        <w:rPr>
          <w:b/>
        </w:rPr>
        <w:t>Статья None. Федеральный закон   от 29.09.2025 № 356-ФЗ</w:t>
      </w:r>
    </w:p>
    <w:p>
      <w:r>
        <w:t>О ратификации Протокола № 3 к Соглашению между Правительством Российской Федерации и Правительством Турецкой Республики о предоставлении государственного экспортного кредита Правительству Турецкой Республики от 29 декабря 2017 г. и Протокола о внесении изменений в Соглашение между Правительством Российской Федерации и Правительством Турецкой Республики о предоставлении Правительству Турецкой Республики государственного экспортного кредита от 4 ноября 2021 г. РОССИЙСКАЯ ФЕДЕРАЦИЯ ФЕДЕРАЛЬНЫЙ ЗАКОН О ратификации Протокола № 3 к Соглашению между Правительством Российской Федерации и Правительством Турецкой Республики о предоставлении государственного экспортного кредита Правительству Турецкой Республики от 29 декабря 2017 г. и Протокола о внесении изменений в Соглашение между Правительством Российской Федерации и Правительством Турецкой Республики о предоставлении Правительству Турецкой Республики государственного экспортного кредита от 4 ноября 2021 г. Принят Государственной Думой 23 сентября 2025 года Одобрен Советом Федерации 24 сентября 2025 года Ратифицировать Протокол № 3 к Соглашению между Правительством Российской Федерации и Правительством Турецкой Республики о предоставлении государственного экспортного кредита Правительству Турецкой Республики от 29 декабря 2017 г. и Протокол о внесении изменений в Соглашение между Правительством Российской Федерации и Правительством Турецкой Республики о предоставлении Правительству Турецкой Республики государственного экспортного кредита от 4 ноября 2021 г., подписанные в городе Москве 24 декабря 2024 года и городе Анкаре 26 декабря 2024 года. Президент Российской Федерации В.Путин Москва, Кремль 29 сентября 2025 года № 356-ФЗ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