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"Об основных гарантиях прав ребенка в Российской Федерации"</w:t>
      </w:r>
    </w:p>
    <w:p>
      <w:r>
        <w:rPr>
          <w:b/>
        </w:rPr>
        <w:t>Статья 1</w:t>
      </w:r>
    </w:p>
    <w:p>
      <w:r>
        <w:t>Внести в пункт 2 статьи 11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2013, № 27, ст. 3477) изменение, изложив его в следующей редакции: "2. В случае приема на работу лиц в возрасте до 18 лет им гарантируются вознаграждение за труд, охрана труда, сокращенное рабочее время, отпуск. Указанным лицам предоставляются гарантии и льготы при совмещении работы с обучением, проведении ежегодного обязательного медицинского осмотра, расторжении трудового договора и другие гарантии и льготы, установленные законодательством Российской Федерации. В отношении указанных лиц также может осуществляться резервирование отдельных видов работ (профессий) для трудоустройства граждан, особо нуждающихся в социальной защите, или определение числа рабочих мест для трудоустройства таких граждан.".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