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2025 год и на плановый период 2026 и 2027 годов"</w:t>
      </w:r>
    </w:p>
    <w:p>
      <w:r>
        <w:rPr>
          <w:b/>
        </w:rPr>
        <w:t>Статья 1</w:t>
      </w:r>
    </w:p>
    <w:p>
      <w:r>
        <w:t>Внести в Федеральный закон от 30 ноября 2024 года № 419-ФЗ "О федеральном бюджете на 2025 год и на плановый период 2026 и 2027 годов" (Собрание законодательства Российской Федерации, 2024, № 49, ст. 7410; 2025, № 26, ст. 3482) следующие изменения: 1) в части 1 статьи 1: а) в абзаце первом слова "в размере 221 861 млрд. рублей" заменить словами "в размере 217 290 млрд. рублей", слова "не превышающего 7,6 процента" заменить словами "не превышающего 6,8 процента"; б) в пункте 1 слова "в сумме 38 506 232 392,7 тыс. рублей" заменить словами "в сумме 36 562 225 444,4 тыс. рублей"; в) в пункте 3 слова "в сумме 30 620 327 106,1 тыс. рублей" заменить словами "в сумме 32 189 909 696,6 тыс. рублей"; г) в пункте 4 слова "в сумме 59,9 млрд. долларов США, или 55,5 млрд. евро" заменить словами "в сумме 68,8 млрд. долларов США, или 61,4 млрд. евро"; д) в пункте 5 слова "в сумме 3 792 441 147,6 тыс. рублей" заменить словами "в сумме 5 736 448 095,9 тыс. рублей"; 2) в статье 6: а) в части 1 слова "в сумме 1 648 942 382,8 тыс. рублей" заменить словами "в сумме 1 648 874 164,2 тыс. рублей"; б) в части 2 слова "приложениям 10, 101, 11 (совершенно секретно) и 111 (совершенно секретно)" заменить словами "приложениям 10, 101, 102, 11 (совершенно секретно), 111 (совершенно секретно) и 112 (совершенно секретно)"; в) в части 3 слова "приложениям 12, 121, 13 (секретно), 131 (секретно), 14 (совершенно секретно) и 141 (совершенно секретно)" заменить словами "приложениям 12, 121, 122, 13 (секретно), 131 (секретно), 132 (секретно), 14 (совершенно секретно), 141 (совершенно секретно) и 142 (совершенно секретно)"; г) в части 4 слова "приложениям 15, 151, 16 (секретно) и 161 (секретно)" заменить словами "приложениям 15, 151, 152, 16 (секретно), 161 (секретно) и 162 (секретно)"; д) в части 5 слова "приложениям 17, 171, 18 (секретно) и 181 (секретно)" заменить словами "приложениям 17, 171, 172, 18 (секретно), 181 (секретно) и 182 (секретно)"; е) в части 8 слова "приложениям 22, 221" заменить словами "приложениям 22, 221, 222"; ж) в части 9 слова "приложениям 24, 241" заменить словами "приложениям 24, 241, 242"; 3) в статье 9 слова "приложениям 27, 271" заменить словами "приложениям 27, 271, 272"; 4) в статье 10: а) в части 1 слова "приложениям 29 и 291" заменить словами "приложениям 29, 291 и 292"; б) в части 2 слова "приложениям 30 и 301" заменить словами "приложениям 30, 301 и 302"; 5) в части 2 статьи 13 слова "в сумме 2 195 375 530,1 тыс. рублей" заменить словами "в сумме 2 172 926 814,9 тыс. рублей"; 6) в части 2 статьи 14 слова "в сумме 26,8 млрд. долларов США, или 24,8 млрд. евро" заменить словами "в сумме 35,5 млрд. долларов США, или 31,7 млрд. евро"; 7) статью 16 дополнить частями 16 - 18 следующего содержания: "16. (Секретно).</w:t>
      </w:r>
    </w:p>
    <w:p>
      <w:r>
        <w:rPr>
          <w:b/>
        </w:rPr>
        <w:t xml:space="preserve">17. </w:t>
      </w:r>
      <w:r>
        <w:t>(Секретно)</w:t>
      </w:r>
    </w:p>
    <w:p>
      <w:r>
        <w:rPr>
          <w:b/>
        </w:rPr>
        <w:t xml:space="preserve">18. </w:t>
      </w:r>
      <w:r>
        <w:t>(Секретно).";</w:t>
      </w:r>
    </w:p>
    <w:p>
      <w:r>
        <w:rPr>
          <w:b/>
        </w:rPr>
        <w:t xml:space="preserve">40. </w:t>
      </w:r>
      <w:r>
        <w:t>Установить, что в 2025 году акционерное общество "КАВКАЗ.РФ" по решению Правительства Российской Федерации вправе использовать остаток свободных от обязательств средств в размере до 3 542 131,2 тыс. рублей, в том числе полученных в 2016 году в размере 145 781,5 тыс. рублей в соответствии с Федеральным законом от 14 декабря 2015 года № 359-ФЗ "О федеральном бюджете на 2016 год", в 2017 году в размере 575 091,2 тыс. рублей в соответствии с Федеральным законом от 19 декабря 2016 года № 415-ФЗ "О федеральном бюджете на 2017 год и на плановый период 2018 и 2019 годов", в 2018 году в размере 901 699,4 тыс. рублей в соответствии с Федеральным законом от 5 декабря 2017 года № 362-ФЗ "О федеральном бюджете на 2018 год и на плановый период 2019 и 2020 годов", в 2019 году в размере 247 430,2 тыс. рублей в соответствии с Федеральным законом от 29 ноября 2018 года № 459-ФЗ "О федеральном бюджете на 2019 год и на плановый период 2020 и 2021 годов", в 2020 году в размере 285 599,8 тыс. рублей в соответствии с Федеральным законом от 2 декабря 2019 года № 380-ФЗ "О федеральном бюджете на 2020 год и на плановый период 2021 и 2022 годов", в 2021 году в размере 1 327 727,1 тыс. рублей в соответствии с Федеральным законом от 8 декабря 2020 года № 385-ФЗ "О федеральном бюджете на 2021 год и на плановый период 2022 и 2023 годов", в 2023 году в размере 58 802,0 тыс. рублей в соответствии с Федеральным законом от 5 декабря 2022 года № 466-ФЗ "О федеральном бюджете на 2023 год и на плановый период 2024 и 2025 годов" в целях реализации инвестиционных проектов, на создание объектов инфраструктуры особых экономических зон туристического кластера в Северо-Кавказском федеральном округе, предназначенных для обеспечения функционирования особых экономических зон, указанных в адресном (пообъектном) распределении, реализуемых в рамках федерального проекта "Повышение инвестиционной и туристической привлекательности Северо-Кавказского федерального округа" государственной программы Российской Федерации "Развитие Северо-Кавказского федерального округа".";</w:t>
      </w:r>
    </w:p>
    <w:p>
      <w:r>
        <w:rPr>
          <w:b/>
        </w:rPr>
        <w:t xml:space="preserve">18. </w:t>
      </w:r>
      <w:r>
        <w:t>в статье 21:</w:t>
      </w:r>
    </w:p>
    <w:p>
      <w:r>
        <w:rPr>
          <w:b/>
        </w:rPr>
        <w:t xml:space="preserve">18. </w:t>
      </w:r>
      <w:r>
        <w:t>бюджетных ассигнований на 2025 год в объеме 212 169,9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обеспечение сбалансированности финансирования отдельных мероприятий в сфере топливно-энергетического комплекса на территории Дальневосточного федерального округа на основании решений Правительства Российской Федерации.";</w:t>
      </w:r>
    </w:p>
    <w:p>
      <w:r>
        <w:rPr>
          <w:b/>
        </w:rPr>
        <w:t xml:space="preserve">18. </w:t>
      </w:r>
      <w:r>
        <w:t>в части 1: в пункте 3 слова "в объеме 97 426 047,4 тыс. рублей" заменить словами "в объеме 97 311 686,6 тыс. рублей"; в пункте 6 слова "в объеме 8 462 683,8 тыс. рублей" заменить словами "в объеме 6 794 858,4 тыс. рублей"; в пункте 8 слова "в объеме 146 677 280,1 тыс. рублей" заменить словами "в объеме 135 976 666,7 тыс. рублей"; в пункте 9 слова "в объеме до 18 335,7 тыс. рублей" заменить словами "в объеме до 31 446,1 тыс. рублей"; в пункте 23 слова "в объеме 5 280 326,5 тыс. рублей, на 2026 год в объеме 13 556 945,6 тыс. рублей и на 2027 год в объеме 14 412 515,6 тыс. рублей" заменить словами "в объеме 6 038 105,8 тыс. рублей, на 2026 год в объеме 14 363 964,3 тыс. рублей и на 2027 год в объеме 15 270 697,8 тыс. рублей"; пункт 26 признать утратившим силу; в пункте 39 слова "в объеме 2 134 870,9 тыс. рублей" заменить словами "в объеме 2 245 779,4 тыс. рублей"; в пункте 51 (совершенно секретно); в пункте 52 (совершенно секретно); в пункте 60 слова "в объеме до 8 439 766,5 тыс. рублей" заменить словами "в объеме до 8 667 779,0 тыс. рублей"; в пункте 62 слова "в объеме до 137 000,0 тыс. рублей" заменить словами "в объеме до 107 918,0 тыс. рублей"; дополнить пунктами 67 и 68 следующего содержания: "67) бюджетных ассигнований на 2025 год в объеме 1 391 054,9 тыс. рублей, предусмотренных по подразделу "Другие вопросы в области национальной экономики" раздела "Национальная экономика" классификации расходов бюджетов, на обеспечение сбалансированности финансирования отдельных мероприятий в сфере топливно-энергетического комплекса и финансовое обеспечение реализации отдельных мероприятий на территории Северо-Кавказского федерального округа на основании решений Правительства Российской Федерации</w:t>
      </w:r>
    </w:p>
    <w:p>
      <w:r>
        <w:rPr>
          <w:b/>
        </w:rPr>
        <w:t xml:space="preserve">18. </w:t>
      </w:r>
      <w:r>
        <w:t>в части 11 слова "в объеме до 2 071 965 493,4 тыс. рублей" заменить словами "в объеме до 1 634 555 082,8 тыс. рублей"</w:t>
      </w:r>
    </w:p>
    <w:p>
      <w:r>
        <w:rPr>
          <w:b/>
        </w:rPr>
        <w:t xml:space="preserve">18. </w:t>
      </w:r>
      <w:r>
        <w:t>части 28 - 33 признать утратившими силу</w:t>
      </w:r>
    </w:p>
    <w:p>
      <w:r>
        <w:rPr>
          <w:b/>
        </w:rPr>
        <w:t xml:space="preserve">18. </w:t>
      </w:r>
      <w:r>
        <w:t>дополнить частями 39 и 40 следующего содержания: "39. Установить, что в 2025 году федеральное государственное автономное учреждение "Российский фонд технологического развития" вправе использовать средства, полученные с 2018 года при возврате выданных займов, процентов, а также иных доходов в форме штрафов и пеней, источником финансового обеспечения которых являлась субсидия из федерального бюджета на реализацию проектов по внедрению системы мониторинга движения лекарственных препаратов для медицинского применения в организациях фармацевтической промышленности, на оказание финансовой поддержки субъектам деятельности в сфере промышленности в соответствии с особенностями предоставления из федерального бюджета субсидий государственным фондам развития промышленности, созданным Российской Федерацией в организационно-правовой форме автономного учреждения, а также на уплату налогов с полученных доходов и оплату расходов, связанных с обеспечением возврата займов</w:t>
      </w:r>
    </w:p>
    <w:p>
      <w:r>
        <w:rPr>
          <w:b/>
        </w:rPr>
        <w:t xml:space="preserve">40. </w:t>
      </w:r>
      <w:r>
        <w:t>дополнить приложением 102 следующего содержания: "Приложение 102 к Федеральному закону "О федеральном бюджете на 2025 год и на плановый период 2026 и 2027 годов" Изменения распределения бюджетных ассигнований на исполнение публичных нормативных обязательств Российской Федерации на 2025 год и на плановый период 2026 и 2027 годов, предусмотренного приложением 10 к Федеральному закону "О федеральном бюджете на 2025 год и на плановый период 2026 и 2027 годов" (тыс. рублей) Наименование ЦСР Рз ПР Мин 2025 год -21 000,0 Государственная программа Российской Федерации "Социальная поддержка граждан" -21 000,0 Пособия лицам, являвшимся сотрудниками федеральной фельдъегерской связи, получившим телесные повреждения, исключающие для них возможность дальнейшего осуществления служебной деятельности, а также семьям и иждивенцам погибших (умерших) сотрудников федеральной фельдъегерской связи -21 000,0"</w:t>
      </w:r>
    </w:p>
    <w:p>
      <w:r>
        <w:rPr>
          <w:b/>
        </w:rPr>
        <w:t xml:space="preserve">40. </w:t>
      </w:r>
      <w:r>
        <w:t>дополнить приложением 112 (совершенно секретно) следующего содержания</w:t>
      </w:r>
    </w:p>
    <w:p>
      <w:r>
        <w:rPr>
          <w:b/>
        </w:rPr>
        <w:t xml:space="preserve">40. </w:t>
      </w:r>
      <w:r>
        <w:t>в приложении 12:</w:t>
      </w:r>
    </w:p>
    <w:p>
      <w:r>
        <w:rPr>
          <w:b/>
        </w:rPr>
        <w:t xml:space="preserve">40. </w:t>
      </w:r>
      <w:r>
        <w:t>в приложении 121:</w:t>
      </w:r>
    </w:p>
    <w:p>
      <w:r>
        <w:rPr>
          <w:b/>
        </w:rPr>
        <w:t xml:space="preserve">40. </w:t>
      </w:r>
      <w:r>
        <w:t>дополнить приложением 122 следующего содержания: "Приложение 122 к Федеральному закону "О федеральном бюджете на 2025 год и на плановый период 2026 и 2027 годов" Изменения ведомственной структуры расходов федерального бюджета на 2025 год и на плановый период 2026 и 2027 годов, предусмотренной приложением 12 к Федеральному закону "О федеральном бюджете на 2025 год и на плановый период 2026 и 2027 годов" (тыс. рублей) Наименование Мин Рз ПР ЦСР ВР 2025 год -74 718 405,8 МИНИСТЕРСТВО ПРОМЫШЛЕННОСТИ И ТОРГОВЛИ РОССИЙСКОЙ ФЕДЕРАЦИИ -315 129 592,9 Национальная оборона -500 000,0 Другие вопросы в области национальной обороны -500 000,0 Государственная программа Российской Федерации "Развитие оборонно-промышленного комплекса" -500 000,0 Федеральный проект "Стимулирование развития оборонно-промышленного комплекса" -500 000,0 Субсидии организациям оборонно-промышленного комплекса на возмещение затрат на компенсацию своим работникам части расходов по договорам найма (поднайма) жилых помещений (Иные бюджетные ассигнования) -500 000,0 Национальная экономика -59 620 513,7 Прикладные научные исследования в области национальной экономики -8 427 933,2 Государственная программа Российской Федерации "Развитие промышленности и повышение ее конкурентоспособности" -350 000,0 Федеральный проект "Новое оборудование и технологии в электроэнергетике" -350 000,0 Субсидия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(Предоставление субсидий бюджетным, автономным учреждениям и иным некоммерческим организациям) -350 000,0 Государственная программа Российской Федерации "Научно-технологическое развитие Российской Федерации" -8 077 933,2 Федеральный проект "Развитие технологий производства электроники" -937 290,3 Субсидии российским организациям на финансовое обеспечение мероприятий по проведению научно-исследовательских и опытно-конструкторских работ в области средств производства электроники (Иные бюджетные ассигнования) -937 290,3 Федеральный проект "Содействие проведению научно-исследовательских и опытно-конструкторских работ в гражданских отраслях промышленности" -817 212,1 Субсидия некоммерческой организации Фонд развития Центра разработки и коммерциализации новых технологий в целях предоставления грантов российским организациям на проведение научно-исследовательских и опытно-конструкторских работ в рамках реализации инновационных проектов по разработке и доработке продукции по направлениям технологического лидерства с условием конвертации (Предоставление субсидий бюджетным, автономным учреждениям и иным некоммерческим организациям) -400 000,0 Субсидии российским организациям на финансовое обеспечение затрат на проведение научно-исследовательских и опытно-конструкторских работ по современным технологиям в рамках реализации такими организациями инновационных проектов (Иные бюджетные ассигнования) -417 212,1 Федеральный проект "Развитие производства станкоинструментальной промышленности" -629 746,0 Субсидии заказчикам средств производства и автоматизации на финансовое обеспечение затрат, связанных с проведением научно-исследовательских и опытно-конструкторских работ по разработке специализированного оборудования (Иные бюджетные ассигнования) -629 746,0 Федеральный проект "Развитие промышленной робототехники и автоматизации производства" -1 480 000,0 Субсидии заказчикам средств производства и автоматизации на финансовое обеспечение затрат, связанных с проведением научно-исследовательских и опытно-конструкторских работ по разработке специализированного оборудования (Иные бюджетные ассигнования) -1 480 000,0 Федеральный проект "Развитие производства литейного и термического оборудования" -450 000,0 Субсидии заказчикам средств производства и автоматизации на финансовое обеспечение затрат, связанных с проведением научно-исследовательских и опытно-конструкторских работ по разработке специализированного оборудования (Иные бюджетные ассигнования) -450 000,0 Федеральный проект "Производство судов и судового оборудования" -450 915,0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-450 915,0 Ведомственный проект "Проведение прикладных научных исследований по широкому спектру направлений" -3 312 769,8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-3 312 769,8 Другие вопросы в области национальной экономики -51 192 580,5 Государственная программа Российской Федерации "Развитие промышленности и повышение ее конкурентоспособности" -40 361 757,2 Федеральный проект "Развитие сельскохозяйственного машиностроения, специализированного машиностроения, машиностроения для пищевой и перерабатывающей промышленности" -20 004 014,4 Субсидии российским организациям на финансовое обеспечение части затрат на разработку и организацию производства новых видов продукции, а также модернизацию линейки выпускаемой продукции (Иные бюджетные ассигнования) -156 552,1 Субсидия акционерному обществу "ДОМ.РФ", г. Москва, в виде вклада в имущество, не увеличивающего его уставный капитал, на цели возмещения специализированным обществам проектного финансирования затрат по выплате процентного (купонного) дохода по облигациям, размещаемым в целях реализации инвестиционных проектов по приобретению сельскохозяйственной техники и оборудования на основе финансовой аренды (лизинга) (Иные бюджетные ассигнования) -1 774 972,6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 (Иные бюджетные ассигнования) -3 954 864,7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(Иные бюджетные ассигнования) -13 922 625,0 Субсидия акционерному обществу "ДОМ.РФ", г. Москва, в виде вклада в имущество, не увеличивающего его уставный капитал, на цели возмещения специализированным обществам проектного финансирования затрат по выплате процентного (купонного) дохода по облигациям, размещаемым в целях реализации инвестиционных проектов по приобретению на льготных условиях строительно-дорожной и коммунальной техники на основе финансовой аренды (лизинга) (Иные бюджетные ассигнования) -195 000,0 Федеральный проект "Развитие легкой и текстильной промышленности" -65 000,0 Субсидии российским организациям на компенсацию потерь в доходах, возникших в результате производства камвольных и (или) поливискозных тканей, предназначенных для изготовления одежды обучающихся (школьной формы) в начальных классах (Иные бюджетные ассигнования) -50 000,0 Субсидии российским производителям на возмещение потерь в доходах, возникших в результате производства пряжи с содержанием льна для дальнейшей переработки на предприятиях в Российской Федерации (Иные бюджетные ассигнования) -15 000,0 Федеральный проект "Развитие промышленности социально значимых товаров" -101 880,5 Субсидии организациям народных художественных промыслов на поддержку производства и реализации изделий народных художественных промыслов (Иные бюджетные ассигнования) -101 880,5 Федеральный проект "Содействие в реализации инвестиционных проектов и поддержка производителей высокотехнологической продукции в гражданских отраслях промышленности" -7 020 556,7 Субсидия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(Предоставление субсидий бюджетным, автономным учреждениям и иным некоммерческим организациям) -350 000,0 Субсидии российским организациям на возмещение части затрат на выплату купонного дохода по облигациям, выпущенным в рамках реализации инвестиционных проектов по внедрению наилучших доступных технологий, и (или) на возмещение части затрат на уплату процентов по кредитам, полученным в российских кредитных организациях, государственной корпорации развития "ВЭБ.РФ", а также в международных финансовых организациях, созданных в соответствии с международными договорами, в которых участвует Российская Федерация, на реализацию инвестиционных проектов по внедрению наилучших доступных технологий (Иные бюджетные ассигнования) -98 585,2 Субсидии российским кредитным организациям и государственной корпорации развития "ВЭБ.РФ" на возмещение недополученных ими доходов по кредитам, предоставленным российским организациям промышленности на цели реализации инвестиционных проектов, направленных на производство приоритетной продукции, по льготной процентной ставке (Иные бюджетные ассигнования) -6 318 484,1 Субсидии российским кредитным организациям и государственной корпорации развития "ВЭБ.РФ" на возмещение недополученных ими доходов по кредитам, предоставленным российским организациям промышленности по льготной процентной ставке на цели реализации завершающихся инвестиционных проектов, находящихся в высокой степени готовности, направленных на производство приоритетной продукции (Иные бюджетные ассигнования) -100 000,0 Субсидии российским организациям на возмещение части затрат на уплату процентов по кредитам и (или) выплату купонного дохода по облигациям, привлеченным в рамках реализации комплексных инвестиционных проектов по приоритетным направлениям гражданской промышленности (Иные бюджетные ассигнования) -153 487,4 Федеральный проект "Стимулирование спроса на отечественные беспилотные авиационные системы" -482 354,5 Государственная поддержка российских организаций в целях компенсации части стоимости летного часа беспилотных авиационных систем (Иные бюджетные ассигнования) -399 864,0 Государственная поддержка изготовителей беспилотных авиационных систем в целях возмещения недополученных доходов, связанных с предоставлением скидки покупателям беспилотных авиационных систем (Иные бюджетные ассигнования) -82 490,5 Федеральный проект "Разработка, стандартизация и серийное производство беспилотных авиационных систем и их комплектующих" -273 888,1 Субсидия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(Предоставление субсидий бюджетным, автономным учреждениям и иным некоммерческим организациям) -250 000,0 Гранты в форме субсидий российским организациям на сертификацию беспилотных авиационных систем (Иные бюджетные ассигнования) -23 888,1 Федеральный проект "Развитие производства станкоинструментальной промышленности" -1 200 000,0 Субсидии российским производителям средств производства и автоматизации на возмещение недополученных доходов, связанных с предоставлением покупателям скидки при реализации продукции (Иные бюджетные ассигнования) -500 000,0 Субсидии российским производителям средств производства и автоматизации на возмещение затрат, связанных с уплатой процентов по кредитам на пополнение оборотных средств и (или) на финансирование текущей производственной деятельности (Иные бюджетные ассигнования) -500 000,0 Субсидии российским организациям на возмещение затрат, связанных с паспортизацией материалов и (или) аддитивного оборудования российского производства (Иные бюджетные ассигнования) -200 000,0 Федеральный проект "Развитие промышленной робототехники и автоматизации производства" -1 479 193,6 Субсидии российским производителям средств производства и автоматизации на возмещение затрат, связанных с уплатой процентов по кредитам на пополнение оборотных средств и (или) на финансирование текущей производственной деятельности (Иные бюджетные ассигнования) -150 000,0 Субсидии российским организациям обрабатывающей промышленности на возмещение затрат, связанных с роботизацией производства (Иные бюджетные ассигнования) -684 342,7 Субсидии российским кредитным организациям на возмещение недополученных доходов, связанных с предоставлением кредитов по льготной процентной ставке российским организациям на приобретение промышленной робототехники (Иные бюджетные ассигнования) -200 000,0 Субсидии российским лизинговым организациям на возмещение недополученных доходов, связанных с предоставлением в лизинг российским организациям промышленной робототехники (Иные бюджетные ассигнования) -200 000,0 Субсидии российским производителям и интеграторам промышленной робототехники на финансовое обеспечение затрат, связанных с популяризацией промышленной робототехники (Иные бюджетные ассигнования) -244 850,9 Федеральный проект "Развитие производства литейного и термического оборудования" -1 547 506,5 Субсидии российским производителям средств производства и автоматизации на возмещение недополученных доходов, связанных с предоставлением покупателям скидки при реализации продукции (Иные бюджетные ассигнования) -799 006,5 Субсидии российским производителям средств производства и автоматизации на возмещение затрат, связанных с уплатой процентов по кредитам на пополнение оборотных средств и (или) на финансирование текущей производственной деятельности (Иные бюджетные ассигнования) -150 000,0 Субсидии российским кредитным организациям на возмещение недополученных доходов, связанных с предоставлением кредитов по льготной процентной ставке российским инжиниринговым компаниям при реализации комплексных проектов по поставке литейного и (или) термического оборудования (Иные бюджетные ассигнования) -100 000,0 Субсидии российским инжиниринговым компаниям на возмещение затрат, связанных с подготовкой основных технологических решений при реализации комплексных проектов по поставке литейного и (или) термического оборудования (Иные бюджетные ассигнования) -148 500,0 Субсидии российским кредитным организациям на возмещение недополученных доходов, связанных с предоставлением кредитов по льготной процентной ставке заказчикам литейного и (или) термического оборудования при реализации инвестиционных проектов с привлечением российских инжиниринговых компаний (Иные бюджетные ассигнования) -350 000,0 Федеральный проект "Производство инновационного транспорта" -2 019 379,2 Субсидия федеральному государственному унитарному предприятию "Центральный ордена Трудового Красного Знамени научно-исследовательский автомобильный и автомоторный институт "НАМИ" на финансовое обеспечение затрат, связанных с реализацией пилотного проекта по разработке национальной инновационной модульной платформы для производства автомобилей (Иные бюджетные ассигнования) -500 000,0 Субсидии российским организациям на компенсацию части затрат на приобретение электрозарядных станций постоянного тока, а также на их технологическое присоединение к электрическим сетям (Иные бюджетные ассигнования) -1 519 379,2 Федеральный проект "Промышленный экспорт" -5 403 268,1 Государственная поддержка организаций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(Иные бюджетные ассигнования) -5 403 268,1 Федеральный проект "Создание зарубежной инфраструктуры" -564 192,6 Государственная поддержка логистических операторов в целях возмещения недополученных доходов в связи с предоставлением скидки на перевозку по приоритетным международным транспортным коридорам (Иные бюджетные ассигнования) -564 192,6 Федеральный проект "Развитие производства химической продукции" -189 014,0 Субсидии российским организациям на возмещение части затрат на уплату процентов по кредитам и (или) выплату купонного дохода по облигациям, привлеченным в рамках реализации комплексных инвестиционных проектов по приоритетным направлениям гражданской промышленности (Иные бюджетные ассигнования) -189 014,0 Комплекс процессных мероприятий "Демонстрация достижений и вывод на зарубежные рынки продукции отечественной промышленности" -11 509,0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-11 509,0 Государственная программа Российской Федерации "Развитие авиационной промышленности" -1 837 123,1 Федеральный проект "Производство самолетов и вертолетов" -1 837 123,1 Создание системы послепродажного обслуживания воздушных судов и подготовки авиационного персонала для воздушных судов (Иные бюджетные ассигнования) -1 837 123,1 Государственная программа Российской Федерации "Развитие судостроения и техники для освоения шельфовых месторождений" -2 715 258,2 Федеральный проект "Производство судов и судового оборудования" -2 715 258,2 Субсидии российским организациям на финансовое обеспечение части затрат, связанных со строительством крупнотоннажных судов (Иные бюджетные ассигнования) -2 050 000,0 Субсидии российским организациям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2009 - 2025 годах, на уплату лизинговых платежей по договорам лизинга, заключенным в 2009 - 2025 годах с российскими лизинговыми компаниями на приобретение гражданских судов, а также на уплату процентов за предоставление рассрочки по договорам купли-продажи с рассрочкой платежа, заключенным в 2022 - 2023 годах с российскими лизинговыми компаниями на приобретение гражданских судов (Иные бюджетные ассигнования) -425 680,9 Субсидии российским организациям на финансовое обеспечение затрат на выполнение комплексных проектов по разработке, созданию и внедрению в серийное производство судового комплектующего оборудования (Иные бюджетные ассигнования) -239 577,3 Государственная программа Российской Федерации "Развитие электронной и радиоэлектронной промышленности" -6 020 834,5 Федеральный проект "Прикладные исследования, разработка и внедрение электронной продукции" -4 625 539,6 Субсидии российским кредитным организациям на возмещение недополученных ими доходов по кредитам, выданным российским организациям, осуществляющим деятельность в сфере электронной и радиоэлектронной промышленности, необходимым в первую очередь для выполнения государственного оборонного заказа (Иные бюджетные ассигнования) -4 625 539,6 Федеральный проект "Развитие инфраструктуры и производства электронной продукции" -1 395 294,9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-1 395 294,9 Государственная программа Российской Федерации "Научно-технологическое развитие Российской Федерации" -257 607,5 Федеральный проект "Содействие проведению научно-исследовательских и опытно-конструкторских работ в гражданских отраслях промышленности" -3 760,3 Гранты в форме субсидий на реализацию проектов по созданию и (или) развитию центров инженерных разработок на базе образовательных организаций высшего образования и научных организаций, реализующих проекты, связанные с разработкой комплектующих (Предоставление субсидий бюджетным, автономным учреждениям и иным некоммерческим организациям) -3 760,3 Федеральный проект "Разработка важнейших наукоемких технологий по направлению новых материалов и химии" -253 847,2 Гранты в форме субсидий на реализацию проектов по созданию и (или) развитию центров инженерных разработок на базе образовательных организаций высшего образования и научных организаций, реализующих проекты, связанные с разработкой и масштабированием технологий по направлению новых материалов и химии (Предоставление субсидий бюджетным, автономным учреждениям и иным некоммерческим организациям) -253 847,2 Охрана окружающей среды -255 009 079,2 Другие вопросы в области охраны окружающей среды -255 009 079,2 Государственная программа Российской Федерации "Развитие промышленности и повышение ее конкурентоспособности" -255 009 079,2 Федеральный проект "Развитие автомобилестроения и транспортного машиностроения" -255 009 079,2 Субсидии российским производителям колесных транспортных средств (шасси) и прицепов к ним на компенсацию части производственных затрат (Иные бюджетные ассигнования) -255 009 079,2 МИНИСТЕРСТВО ПРИРОДНЫХ РЕСУРСОВ И ЭКОЛОГИИ РОССИЙСКОЙ ФЕДЕРАЦИИ +4 880,7 Охрана окружающей среды +4 880,7 Охрана объектов растительного и животного мира и среды их обитания +4 880,7 Государственная программа Российской Федерации "Охрана окружающей среды" +4 880,7 Комплекс процессных мероприятий "Сохранение биологического разнообразия" +4 880,7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+4 880,7 ФЕДЕРАЛЬНОЕ АГЕНТСТВО ВОДНЫХ РЕСУРСОВ 0,0 Национальная экономика 0,0 Водное хозяйство 0,0 Государственная программа Российской Федерации "Воспроизводство и использование природных ресурсов" 0,0 Федеральный проект "Защита от наводнений и иных негативных воздействий вод и обеспечение безопасности гидротехнических сооружений" 0,0 Реализация государственных программ субъектов Российской Федерации в области использования и охраны водных объектов (Межбюджетные трансферты) +2 646,7 Осуществление отдельных полномочий в области водных отношений (Межбюджетные трансферты) -2 646,7 ФЕДЕРАЛЬНОЕ АГЕНТСТВО ЛЕСНОГО ХОЗЯЙСТВА 0,0 Национальная экономика 0,0 Лесное хозяйство 0,0 Государственная программа Российской Федерации "Развитие лесного хозяйства" 0,0 Комплекс процессных мероприятий "Обеспечение эффективной реализации государственных функций в области лесных отношений" 0,0 Субвенции на осуществление отдельных полномочий в области лесных отношений (Межбюджетные трансферты) -42 443,6 Субвенции на осуществление мер пожарной безопасности и тушение лесных пожаров (Межбюджетные трансферты) +42 443,6 МИНИСТЕРСТВО КУЛЬТУРЫ РОССИЙСКОЙ ФЕДЕРАЦИИ -4 222 187,6 Культура, кинематография -4 222 187,6 Другие вопросы в области культуры, кинематографии -4 222 187,6 Государственная программа Российской Федерации "Развитие культуры" -4 222 187,6 Федеральный проект "Сохранение культурного и исторического наследия" -4 222 187,6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-4 222 187,6 МИНИСТЕРСТВО ЗДРАВООХРАНЕНИЯ РОССИЙСКОЙ ФЕДЕРАЦИИ -18 869 445,0 Здравоохранение -18 869 445,0 Прикладные научные исследования в области здравоохранения +991 020,8 Государственная программа Российской Федерации "Научно-технологическое развитие Российской Федерации" +991 020,8 Комплекс процессных мероприятий "Прикладные научные исследования и разработки в интересах медицины и здравоохранения" +991 020,8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+991 020,8 Другие вопросы в области здравоохранения -19 860 465,8 Государственная программа Российской Федерации "Развитие здравоохранения" -19 860 465,8 Федеральный проект "Обеспечение расширенного неонатального скрининга" +281 488,1 Субсидии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(Межбюджетные трансферты) +281 488,1 Ведомственный проект "Обеспечение оказания медицинской помощи (при необходимости за пределами Российской Федерации) детям с тяжелыми жизнеугрожающими или хроническими заболеваниями, в том числе редкими (орфанными) заболеваниями" -20 736 581,4 Грант в форме субсидии Фонду поддержки детей с тяжелыми жизнеугрожающими и хроническими заболеваниями, в том числе редкими (орфанными) заболеваниями, "Круг добра" (Предоставление субсидий бюджетным, автономным учреждениям и иным некоммерческим организациям) -20 736 581,4 Комплекс процессных мероприятий "Управление кадровыми ресурсами здравоохранения" +594 627,5 Субсидии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(Межбюджетные трансферты) +594 627,5 МИНИСТЕРСТВО ЦИФРОВОГО РАЗВИТИЯ, СВЯЗИ И МАССОВЫХ КОММУНИКАЦИЙ РОССИЙСКОЙ ФЕДЕРАЦИИ +5 170 424,2 Национальная экономика -494 551,8 Связь и информатика -494 551,8 Государственная программа Российской Федерации "Информационное общество" -496 312,4 Федеральный проект "Цифровые платформы в отраслях социальной сферы" -839 824,2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-839 824,2 Федеральный проект "Цифровое государственное управление" -1 760,6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-1 760,6 Ведомственный проект "Развитие инфраструктуры связи" +345 272,4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+345 272,4 Реализация функций иных федеральных органов государственной власти +1 760,6 Мобилизационная подготовка органов государственной власти +1 760,6 Субсидии на содержание запасных пунктов управления (Предоставление субсидий бюджетным, автономным учреждениям и иным некоммерческим организациям) +1 760,6 Жилищно-коммунальное хозяйство +4 300 000,0 Другие вопросы в области жилищно-коммунального хозяйства +4 300 000,0 Государственная программа Российской Федерации "Обеспечение доступным и комфортным жильем и коммунальными услугами граждан Российской Федерации" +4 300 000,0 Федеральный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+4 300 000,0 Субсидия акционерному обществу "ДОМ.РФ", г. Москва, в виде вклада в имущество,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(Иные бюджетные ассигнования) +4 300 000,0 Культура, кинематография +83 333,2 Другие вопросы в области культуры, кинематографии +83 333,2 Государственная программа Российской Федерации "Информационное общество" +83 333,2 Комплекс процессных мероприятий "Обеспечение устойчивого развития медиасреды и международного сотрудничества" +83 333,2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+83 333,2 Средства массовой информации +1 281 642,8 Телевидение и радиовещание +1 281 642,8 Государственная программа Российской Федерации "Информационное общество" +1 281 642,8 Федеральный проект "Доступный и качественный контент в современном информационном пространстве" +1 281 642,8 Субсидии акционерному обществу "Первый канал", акционерному обществу "Телекомпания НТВ", акционерному обществу "Телерадиокомпания "Петербург", акционерному обществу "Карусель", акционерному обществу "ТВ Центр", обществу с ограниченной ответственностью "Национальный спортивный телеканал", федеральному государственному унитарному предприятию "Всероссийская государственная телевизионная и радиовещательная компания" и автономной некоммерческой организации "Общественное телевидение России"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 (Предоставление субсидий бюджетным, автономным учреждениям и иным некоммерческим организациям) +62 579,1 Субсидии акционерному обществу "Первый канал", акционерному обществу "Телекомпания НТВ", акционерному обществу "Телерадиокомпания "Петербург", акционерному обществу "Карусель", акционерному обществу "ТВ Центр", обществу с ограниченной ответственностью "Национальный спортивный телеканал", федеральному государственному унитарному предприятию "Всероссийская государственная телевизионная и радиовещательная компания" и автономной некоммерческой организации "Общественное телевидение России"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 (Иные бюджетные ассигнования) +696 687,9 Субсидии организациям вещания второго мультиплекса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 (Предоставление субсидий бюджетным, автономным учреждениям и иным некоммерческим организациям) +60 763,6 Субсидии организациям вещания второго мультиплекса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 (Иные бюджетные ассигнования) +461 612,2 МИНИСТЕРСТВО ПРОСВЕЩЕНИЯ РОССИЙСКОЙ ФЕДЕРАЦИИ 0,0 Образование 0,0 Другие вопросы в области образования 0,0 Государственная программа Российской Федерации "Развитие образования" 0,0 Федеральный проект "Мы вместе (Воспитание гармонично развитой личности)" +30 000,0 Грант в форме субсидии Фонду поддержки гуманитарных наук "Моя история" на организацию посещения музейно-храмового комплекса "Новый Херсонес" в рамках образовательных, культурно-патриотических, экскурсионных программ обучающимися образовательных организаций Донецкой Народной Республики, Луганской Народной Республики, Херсонской области и Запорожской области (Предоставление субсидий бюджетным, автономным учреждениям и иным некоммерческим организациям) +30 000,0 Комплекс процессных мероприятий "Научно-методическое, методическое и кадровое обеспечение обучения русскому языку и языкам народов Российской Федерации" -30 000,0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-30 000,0 ФЕДЕРАЛЬНОЕ АГЕНТСТВО ПО РЫБОЛОВСТВУ -199 945,3 Национальная экономика -98 083,3 Сельское хозяйство и рыболовство -83 807,9 Государственная программа Российской Федерации "Развитие рыбохозяйственного комплекса" -83 807,9 Комплекс процессных мероприятий "Реализация мер по искусственному воспроизводству и сохранению водных биологических ресурсов" -20 726,0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-20 726,0 Комплекс процессных мероприятий "Обеспечение деятельности рыбохозяйственного комплекса" -63 081,9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-63 081,9 Прикладные научные исследования в области национальной экономики -14 275,4 Государственная программа Российской Федерации "Научно-технологическое развитие Российской Федерации" -14 275,4 Комплекс процессных мероприятий "Проведение прикладных научных исследований по широкому спектру направлений" -14 275,4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-14 275,4 Образование -101 862,0 Среднее профессиональное образование -73 135,3 Государственная программа Российской Федерации "Развитие образования" -73 135,3 Комплекс процессных мероприятий "Содействие развитию среднего профессионального образования и дополнительного профессионального образования" -73 135,3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-73 135,3 Высшее образование -28 726,7 Государственная программа Российской Федерации "Научно-технологическое развитие Российской Федерации" -28 726,7 Комплекс процессных мероприятий "Государственная поддержка организаций науки и высшего образования" -28 726,7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-28 726,7 ГОСУДАРСТВЕННАЯ ФЕЛЬДЪЕГЕРСКАЯ СЛУЖБА РОССИЙСКОЙ ФЕДЕРАЦИИ 0,0 Социальная политика 0,0 Социальное обеспечение населения 0,0 Государственная программа Российской Федерации "Социальная поддержка граждан" -21 000,0 Комплекс процессных мероприятий "Предоставление мер государственной поддержки отдельным категориям государственных служащих, уволенным из их числа, военнослужащим, сотрудникам некоторых федеральных органов государственной власти, гражданам, проходившим военные сборы, инвалидам вследствие военной травмы, погибшим (умершим) или получившим увечья при исполнении служебных обязанностей, и членам их семей" -21 000,0 Пособия лицам, являвшимся сотрудниками федеральной фельдъегерской связи, получившим телесные повреждения, исключающие для них возможность дальнейшего осуществления служебной деятельности, а также семьям и иждивенцам погибших (умерших) сотрудников федеральной фельдъегерской связи (Социальное обеспечение и иные выплаты населению) -21 000,0 Доставка государственной корреспонденции +21 000,0 Обеспечение доставки государственной корреспонденции +21 000,0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+21 000,0 МИНИСТЕРСТВО ФИНАНСОВ РОССИЙСКОЙ ФЕДЕРАЦИИ +241 399 304,5 Общегосударственные вопросы -10 009 913,4 Международные отношения и международное сотрудничество +7 968 741,0 Реализация функций иных федеральных органов государственной власти +7 968 741,0 Иные непрограммные мероприятия +7 968 741,0 Финансовое обеспечение выполнения функций федеральных государственных органов, оказания услуг и выполнения работ (Иные бюджетные ассигнования) +7 968 741,0 Резервные фонды -16 209 578,6 Государственная программа Российской Федерации "Управление государственными финансами и регулирование финансовых рынков" -16 209 578,6 Комплекс процессных мероприятий "Организация и управление бюджетным процессом и повышение его открытости" -16 209 578,6 Резервный фонд Правительства Российской Федерации (Иные бюджетные ассигнования) -16 209 578,6 Другие общегосударственные вопросы -1 769 075,8 Реализация функций иных федеральных органов государственной власти -1 769 075,8 Иные непрограммные мероприятия -1 769 075,8 Финансовое обеспечение выполнения функций федеральных государственных органов, оказания услуг и выполнения работ (Иные бюджетные ассигнования) -1 769 075,8 Национальная оборона -3 165 228,5 Другие вопросы в области национальной обороны -3 165 228,5 Реализация функций иных федеральных органов государственной власти -3 165 228,5 Иные непрограммные мероприятия -3 165 228,5 Финансовое обеспечение выполнения функций федеральных государственных органов, оказания услуг и выполнения работ (Иные бюджетные ассигнования) -3 165 228,5 Национальная безопасность и правоохранительная деятельность -7 535 384,9 Другие вопросы в области национальной безопасности и правоохранительной деятельности -7 535 384,9 Реализация функций иных федеральных органов государственной власти -7 535 384,9 Иные непрограммные мероприятия -7 535 384,9 Финансовое обеспечение выполнения функций федеральных государственных органов, оказания услуг и выполнения работ (Иные бюджетные ассигнования) -7 535 384,9 Национальная экономика +31 398 922,8 Связь и информатика +198 930,5 Реализация функций иных федеральных органов государственной власти +198 930,5 Иные непрограммные мероприятия +198 930,5 Финансовое обеспечение выполнения функций федеральных государственных органов, оказания услуг и выполнения работ (Иные бюджетные ассигнования) +198 930,5 Другие вопросы в области национальной экономики +31 199 992,3 Государственная программа Российской Федерации "Развитие оборонно-промышленного комплекса" +623 050,0 Федеральный проект "Стимулирование развития оборонно-промышленного комплекса" +623 050,0 Взнос в уставный капитал публичного акционерного общества "Банк ПСБ", г. Ярославль, в целях его докапитализации для обеспечения выполнения норматива достаточности собственных средств (капитала) (Капитальные вложения в объекты государственной (муниципальной) собственности) +623 050,0 Реализация функций иных федеральных органов государственной власти +30 576 942,3 Иные непрограммные мероприятия +30 576 942,3 Взнос в уставный капитал публичного акционерного общества "Банк ПСБ", г. Ярославль, в целях его докапитализации (Капитальные вложения в объекты государственной (муниципальной) собственности) +28 973 717,5 Финансовое обеспечение выполнения функций федеральных государственных органов, оказания услуг и выполнения работ (Иные бюджетные ассигнования) +1 603 224,8 Жилищно-коммунальное хозяйство +230 600 000,0 Другие вопросы в области жилищно-коммунального хозяйства +230 600 000,0 Государственная программа Российской Федерации "Обеспечение доступным и комфортным жильем и коммунальными услугами граждан Российской Федерации" +230 600 000,0 Федеральный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+85 800 000,0 Субсидия акционерному обществу "ДОМ.РФ", г. Москва, в виде вклада в имущество,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гражданам Российской Федерации по ставке до 8 процентов годовых (Иные бюджетные ассигнования) +56 200 000,0 Субсидии акционерному обществу "ДОМ.РФ", г. Москва, в виде вкладов в имущество, не увеличивающих его уставный капитал, для возмещения российским кредитным организациям и иным организациям недополученных доходов по жилищным (ипотечным) кредитам, предоставленным гражданам Российской Федерации на приобретение или строительство жилых помещений на территориях субъектов Российской Федерации, входящих в состав Дальневосточного федерального округа, а также на сухопутных территориях Арктической зоны Российской Федерации (Иные бюджетные ассигнования) +29 600 000,0 Федеральный проект "Поддержка семьи" +144 800 000,0 Субсидии акционерному обществу "ДОМ.РФ", г. Москва, в виде вкладов в имущество,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(Иные бюджетные ассигнования) +144 800 000,0 Здравоохранение +110 908,5 Другие вопросы в области здравоохранения +110 908,5 Государственная программа Российской Федерации "Развитие здравоохранения" +110 908,5 Комплекс процессных мероприятий "Организация оказания медицинской помощи учреждениями, подведомственными Управлению делами Президента Российской Федерации" +110 908,5 Финансовое обеспечение выполнения функций федеральных государственных органов, оказания услуг и выполнения работ (Иные бюджетные ассигнования) +110 908,5 МИНИСТЕРСТВО ТРАНСПОРТА РОССИЙСКОЙ ФЕДЕРАЦИИ +2 784 000,0 Национальная экономика +2 784 000,0 Транспорт +2 784 000,0 Государственная программа Российской Федерации "Развитие транспортной системы" +2 784 000,0 Федеральный проект "Развитие общественного транспорта" +2 784 000,0 Субсидия бюджету Саратовской области на реализацию мероприятий по обновлению общественного транспорта (Межбюджетные трансферты) +2 784 000,0 ФЕДЕРАЛЬНОЕ ДОРОЖНОЕ АГЕНТСТВО +18 847 921,2 Национальная экономика +18 847 921,2 Дорожное хозяйство (дорожные фонды) +18 847 921,2 Государственная программа Российской Федерации "Развитие транспортной системы" +18 847 921,2 Федеральный проект "Развитие федеральной сети" +10 347 921,2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+5 000 000,0 Реализация отдельных мероприятий (результатов) федеральных проектов, входящих в состав национальных проектов (Капитальные вложения в объекты государственной (муниципальной) собственности) +5 347 921,2 Федеральный проект "Региональная и местная дорожная сеть" +8 500 000,0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(Межбюджетные трансферты) +8 500 000,0 МИНИСТЕРСТВО ЭКОНОМИЧЕСКОГО РАЗВИТИЯ РОССИЙСКОЙ ФЕДЕРАЦИИ -3 218 275,9 Общегосударственные вопросы -3 138 525,9 Другие общегосударственные вопросы -3 138 525,9 Реализация функций иных федеральных органов государственной власти -3 138 525,9 Иные непрограммные мероприятия -3 138 525,9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-3 138 525,9 Национальная экономика -79 750,0 Другие вопросы в области национальной экономики -79 750,0 Государственная программа Российской Федерации "Экономическое развитие и инновационная экономика" -79 750,0 Федеральный проект "Малое и среднее предпринимательство и поддержка индивидуальной предпринимательской инициативы" -79 750,0 Государственная поддержка российских кредитных организаций и специализированных финансовых обществ в целях возмещения недополученных ими доходов по кредитам, выданным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(Иные бюджетные ассигнования) -79 750,0 МИНИСТЕРСТВО ТРУДА И СОЦИАЛЬНОЙ ЗАЩИТЫ РОССИЙСКОЙ ФЕДЕРАЦИИ 0,0 Образование 0,0 Профессиональная подготовка, переподготовка и повышение квалификации 0,0 Реализация функций иных федеральных органов государственной власти 0,0 Иные непрограммные мероприятия 0,0 Гранты в форме субсидий организациям, осуществляющим образовательную деятельность, в целях возмещения затрат, связанных с обучением федеральных государственных гражданских служащих на основании государственных образовательных сертификатов на дополнительное профессиональное образование (Предоставление субсидий бюджетным, автономным учреждениям и иным некоммерческим организациям) -10 331,5 Гранты в форме субсидий организациям, осуществляющим образовательную деятельность, в целях возмещения затрат, связанных с обучением федеральных государственных гражданских служащих на основании государственных образовательных сертификатов на дополнительное профессиональное образование (Иные бюджетные ассигнования) +10 331,5 Социальная политика 0,0 Другие вопросы в области социальной политики 0,0 Реализация функций иных федеральных органов государственной власти 0,0 Иные непрограммные мероприятия 0,0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-1 972,8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+1 972,8 УПРАВЛЕНИЕ ДЕЛАМИ ПРЕЗИДЕНТА РОССИЙСКОЙ ФЕДЕРАЦИИ +314 360,8 Общегосударственные вопросы +114 360,8 Функционирование Президента Российской Федерации -6 402,5 Президент Российской Федерации и его администрация +70 186,2 Обеспечение функционирования Администрации Президента Российской Федерации +70 186,2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+70 186,2 Обеспечение деятельности отдельных федеральных государственных органов -76 588,7 Управление делами Президента Российской Федерации и подведомственные ему государственные учреждения -76 588,7 Обеспечение деятельности Управления делами Президента Российской Федерации и отдельных подведомственных ему государственных учреждений -76 588,7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-76 588,7 Функционирование Правительства Российской Федерации, высших исполнительных органов субъектов Российской Федерации, местных администраций +114 360,8 Председатель Правительства Российской Федерации и его заместители, Аппарат Правительства Российской Федерации +114 360,8 Обеспечение функционирования Аппарата Правительства Российской Федерации +114 360,8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-6 842,6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+121 203,4 Другие общегосударственные вопросы +6 402,5 Обеспечение деятельности отдельных федеральных государственных органов +6 402,5 Управление делами Президента Российской Федерации и подведомственные ему государственные учреждения +6 402,5 Обеспечение деятельности (оказание услуг) государственных учреждений в сфере жилищно-коммунального хозяйства, благоустройства и эксплуатации зданий +6 402,5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+6 402,5 Здравоохранение +200 000,0 Санаторно-оздоровительная помощь +200 000,0 Государственная программа Российской Федерации "Развитие здравоохранения" +200 000,0 Федеральный проект "Развитие инфраструктуры здравоохранения" +200 000,0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+200 000,0 ФЕДЕРАЛЬНАЯ СЛУЖБА СУДЕБНЫХ ПРИСТАВОВ -1 599 850,5 Общегосударственные вопросы -1 599 850,5 Другие общегосударственные вопросы -1 599 850,5 Реализация функций иных федеральных органов государственной власти -1 599 850,5 Иные непрограммные мероприятия -1 599 850,5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-1 599 850,5 ФЕДЕРАЛЬНАЯ СЛУЖБА ПО ФИНАНСОВОМУ МОНИТОРИНГУ 0,0 Общегосударственные вопросы 0,0 Обеспечение деятельности финансовых, налоговых и таможенных органов и органов финансового (финансово-бюджетного) надзора 0,0 Государственная программа Российской Федерации "Обеспечение государственной безопасности" -1 436,0 Комплекс процессных мероприятий "Обеспечение деятельности Федеральной службы по финансовому мониторингу и ее территориальных органов" -1 436,0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-1 436,0 Реализация функций иных федеральных органов государственной власти +1 436,0 Мобилизационная подготовка органов государственной власти +1 436,0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+1 436,0"</w:t>
      </w:r>
    </w:p>
    <w:p>
      <w:r>
        <w:rPr>
          <w:b/>
        </w:rPr>
        <w:t xml:space="preserve">40. </w:t>
      </w:r>
      <w:r>
        <w:t>дополнить приложением 132 (секретно) следующего содержания</w:t>
      </w:r>
    </w:p>
    <w:p>
      <w:r>
        <w:rPr>
          <w:b/>
        </w:rPr>
        <w:t xml:space="preserve">40. </w:t>
      </w:r>
      <w:r>
        <w:t>дополнить приложением 142 (совершенно секретно) следующего содержания</w:t>
      </w:r>
    </w:p>
    <w:p>
      <w:r>
        <w:rPr>
          <w:b/>
        </w:rPr>
        <w:t xml:space="preserve">40. </w:t>
      </w:r>
      <w:r>
        <w:t>в приложении 15:</w:t>
      </w:r>
    </w:p>
    <w:p>
      <w:r>
        <w:rPr>
          <w:b/>
        </w:rPr>
        <w:t xml:space="preserve">40. </w:t>
      </w:r>
      <w:r>
        <w:t>в приложении 151:</w:t>
      </w:r>
    </w:p>
    <w:p>
      <w:r>
        <w:rPr>
          <w:b/>
        </w:rPr>
        <w:t xml:space="preserve">40. </w:t>
      </w:r>
      <w:r>
        <w:t>дополнить приложением 152 следующего содержания: "Приложение 152 к Федеральному закону "О федеральном бюджете на 2025 год и на плановый период 2026 и 2027 годов" Изменения распределения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2025 год и на плановый период 2026 и 2027 годов, предусмотренного приложением 15 к Федеральному закону "О федеральном бюджете на 2025 год и на плановый период 2026 и 2027 годов" (тыс. рублей) Наименование Рз ПР ЦСР ВР 2025 год ВСЕГО -74 718 405,8 ОБЩЕГОСУДАРСТВЕННЫЕ ВОПРОСЫ -14 633 929,0 Функционирование Президента Российской Федерации -6 402,5 Президент Российской Федерации и его администрация +70 186,2 Обеспечение функционирования Администрации Президента Российской Федерации +70 186,2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+70 186,2 Обеспечение деятельности отдельных федеральных государственных органов -76 588,7 Управление делами Президента Российской Федерации и подведомственные ему государственные учреждения -76 588,7 Обеспечение деятельности Управления делами Президента Российской Федерации и отдельных подведомственных ему государственных учреждений -76 588,7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200 -76 588,7 Функционирование Правительства Российской Федерации, высших исполнительных органов субъектов Российской Федерации, местных администраций +114 360,8 Председатель Правительства Российской Федерации и его заместители, Аппарат Правительства Российской Федерации +114 360,8 Обеспечение функционирования Аппарата Правительства Российской Федерации +114 360,8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100 -6 842,6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+121 203,4 Обеспечение деятельности финансовых, налоговых и таможенных органов и органов финансового (финансово-бюджетного) надзора 0,0 Государственная программа Российской Федерации "Обеспечение государственной безопасности" -1 436,0 Комплекс процессных мероприятий "Обеспечение деятельности Федеральной службы по финансовому мониторингу и ее территориальных органов" -1 436,0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200 -1 436,0 Реализация функций иных федеральных органов государственной власти +1 436,0 Мобилизационная подготовка органов государственной власти +1 436,0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+1 436,0 Международные отношения и международное сотрудничество +7 968 741,0 Реализация функций иных федеральных органов государственной власти +7 968 741,0 Иные непрограммные мероприятия +7 968 741,0 Финансовое обеспечение выполнения функций федеральных государственных органов, оказания услуг и выполнения работ (Иные бюджетные ассигнования) 800 +7 968 741,0 Резервные фонды -16 209 578,6 Государственная программа Российской Федерации "Управление государственными финансами и регулирование финансовых рынков" -16 209 578,6 Комплекс процессных мероприятий "Организация и управление бюджетным процессом и повышение его открытости" -16 209 578,6 Резервный фонд Правительства Российской Федерации (Иные бюджетные ассигнования) 800 -16 209 578,6 Другие общегосударственные вопросы -6 501 049,7 Обеспечение деятельности отдельных федеральных государственных органов +6 402,5 Управление делами Президента Российской Федерации и подведомственные ему государственные учреждения +6 402,5 Обеспечение деятельности (оказание услуг) государственных учреждений в сфере жилищно-коммунального хозяйства, благоустройства и эксплуатации зданий +6 402,5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+6 402,5 Реализация функций иных федеральных органов государственной власти -6 507 452,2 Иные непрограммные мероприятия -6 507 452,2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200 -4 738 376,4 Финансовое обеспечение выполнения функций федеральных государственных органов, оказания услуг и выполнения работ (Иные бюджетные ассигнования) 800 -1 769 075,8 НАЦИОНАЛЬНАЯ ОБОРОНА -3 665 228,5 Другие вопросы в области национальной обороны -3 665 228,5 Государственная программа Российской Федерации "Развитие оборонно-промышленного комплекса" -500 000,0 Федеральный проект "Стимулирование развития оборонно-промышленного комплекса" -500 000,0 Субсидии организациям оборонно-промышленного комплекса на возмещение затрат на компенсацию своим работникам части расходов по договорам найма (поднайма) жилых помещений (Иные бюджетные ассигнования) 800 -500 000,0 Реализация функций иных федеральных органов государственной власти -3 165 228,5 Иные непрограммные мероприятия -3 165 228,5 Финансовое обеспечение выполнения функций федеральных государственных органов, оказания услуг и выполнения работ (Иные бюджетные ассигнования) 800 -3 165 228,5 НАЦИОНАЛЬНАЯ БЕЗОПАСНОСТЬ И ПРАВООХРАНИТЕЛЬНАЯ ДЕЯТЕЛЬНОСТЬ -7 535 384,9 Другие вопросы в области национальной безопасности и правоохранительной деятельности -7 535 384,9 Реализация функций иных федеральных органов государственной власти -7 535 384,9 Иные непрограммные мероприятия -7 535 384,9 Финансовое обеспечение выполнения функций федеральных государственных органов, оказания услуг и выполнения работ (Иные бюджетные ассигнования) 800 -7 535 384,9 НАЦИОНАЛЬНАЯ ЭКОНОМИКА -7 262 054,8 Сельское хозяйство и рыболовство -83 807,9 Государственная программа Российской Федерации "Развитие рыбохозяйственного комплекса" -83 807,9 Комплекс процессных мероприятий "Реализация мер по искусственному воспроизводству и сохранению водных биологических ресурсов" -20 726,0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600 -20 726,0 Комплекс процессных мероприятий "Обеспечение деятельности рыбохозяйственного комплекса" -63 081,9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200 -63 081,9 Водное хозяйство 0,0 Государственная программа Российской Федерации "Воспроизводство и использование природных ресурсов" 0,0 Федеральный проект "Защита от наводнений и иных негативных воздействий вод и обеспечение безопасности гидротехнических сооружений" 0,0 Реализация государственных программ субъектов Российской Федерации в области использования и охраны водных объектов (Межбюджетные трансферты) 500 +2 646,7 Осуществление отдельных полномочий в области водных отношений (Межбюджетные трансферты) 500 -2 646,7 Лесное хозяйство 0,0 Государственная программа Российской Федерации "Развитие лесного хозяйства" 0,0 Комплекс процессных мероприятий "Обеспечение эффективной реализации государственных функций в области лесных отношений" 0,0 Субвенции на осуществление отдельных полномочий в области лесных отношений (Межбюджетные трансферты) 500 -42 443,6 Субвенции на осуществление мер пожарной безопасности и тушение лесных пожаров (Межбюджетные трансферты) 500 +42 443,6 Транспорт +2 784 000,0 Государственная программа Российской Федерации "Развитие транспортной системы" +2 784 000,0 Федеральный проект "Развитие общественного транспорта" +2 784 000,0 Субсидия бюджету Саратовской области на реализацию мероприятий по обновлению общественного транспорта (Межбюджетные трансферты) 500 +2 784 000,0 Дорожное хозяйство (дорожные фонды) +18 847 921,2 Государственная программа Российской Федерации "Развитие транспортной системы" +18 847 921,2 Федеральный проект "Развитие федеральной сети" +10 347 921,2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200 +5 000 000,0 Реализация отдельных мероприятий (результатов) федеральных проектов, входящих в состав национальных проектов (Капитальные вложения в объекты государственной (муниципальной) собственности) 400 +5 347 921,2 Федеральный проект "Региональная и местная дорожная сеть" +8 500 000,0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(Межбюджетные трансферты) 500 +8 500 000,0 Связь и информатика -295 621,3 Государственная программа Российской Федерации "Информационное общество" -496 312,4 Федеральный проект "Цифровые платформы в отраслях социальной сферы" -839 824,2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200 -839 824,2 Федеральный проект "Цифровое государственное управление" -1 760,6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200 -1 760,6 Ведомственный проект "Развитие инфраструктуры связи" +345 272,4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+345 272,4 Реализация функций иных федеральных органов государственной власти +200 691,1 Мобилизационная подготовка органов государственной власти +1 760,6 Субсидии на содержание запасных пунктов управления (Предоставление субсидий бюджетным, автономным учреждениям и иным некоммерческим организациям) 600 +1 760,6 Иные непрограммные мероприятия +198 930,5 Финансовое обеспечение выполнения функций федеральных государственных органов, оказания услуг и выполнения работ (Иные бюджетные ассигнования) 800 +198 930,5 Прикладные научные исследования в области национальной экономики -8 442 208,6 Государственная программа Российской Федерации "Развитие промышленности и повышение ее конкурентоспособности" -350 000,0 Федеральный проект "Новое оборудование и технологии в электроэнергетике" -350 000,0 Субсидия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(Предоставление субсидий бюджетным, автономным учреждениям и иным некоммерческим организациям) 600 -350 000,0 Государственная программа Российской Федерации "Научно-технологическое развитие Российской Федерации" -8 092 208,6 Федеральный проект "Развитие технологий производства электроники" -937 290,3 Субсидии российским организациям на финансовое обеспечение мероприятий по проведению научно-исследовательских и опытно-конструкторских работ в области средств производства электроники (Иные бюджетные ассигнования) 800 -937 290,3 Федеральный проект "Содействие проведению научно-исследовательских и опытно-конструкторских работ в гражданских отраслях промышленности" -817 212,1 Субсидия некоммерческой организации Фонд развития Центра разработки и коммерциализации новых технологий в целях предоставления грантов российским организациям на проведение научно-исследовательских и опытно-конструкторских работ в рамках реализации инновационных проектов по разработке и доработке продукции по направлениям технологического лидерства с условием конвертации (Предоставление субсидий бюджетным, автономным учреждениям и иным некоммерческим организациям) 600 -400 000,0 Субсидии российским организациям на финансовое обеспечение затрат на проведение научно-исследовательских и опытно-конструкторских работ по современным технологиям в рамках реализации такими организациями инновационных проектов (Иные бюджетные ассигнования) 800 -417 212,1 Федеральный проект "Развитие производства станкоинструментальной промышленности" -629 746,0 Субсидии заказчикам средств производства и автоматизации на финансовое обеспечение затрат, связанных с проведением научно-исследовательских и опытно-конструкторских работ по разработке специализированного оборудования (Иные бюджетные ассигнования) 800 -629 746,0 Федеральный проект "Развитие промышленной робототехники и автоматизации производства" -1 480 000,0 Субсидии заказчикам средств производства и автоматизации на финансовое обеспечение затрат, связанных с проведением научно-исследовательских и опытно-конструкторских работ по разработке специализированного оборудования (Иные бюджетные ассигнования) 800 -1 480 000,0 Федеральный проект "Развитие производства литейного и термического оборудования" -450 000,0 Субсидии заказчикам средств производства и автоматизации на финансовое обеспечение затрат, связанных с проведением научно-исследовательских и опытно-конструкторских работ по разработке специализированного оборудования (Иные бюджетные ассигнования) 800 -450 000,0 Федеральный проект "Производство судов и судового оборудования" -450 915,0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200 -450 915,0 Ведомственный проект "Проведение прикладных научных исследований по широкому спектру направлений" -3 312 769,8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200 -3 312 769,8 Комплекс процессных мероприятий "Проведение прикладных научных исследований по широкому спектру направлений" -14 275,4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600 -14 275,4 Другие вопросы в области национальной экономики -20 072 338,2 Государственная программа Российской Федерации "Экономическое развитие и инновационная экономика" -79 750,0 Федеральный проект "Малое и среднее предпринимательство и поддержка индивидуальной предпринимательской инициативы" -79 750,0 Государственная поддержка российских кредитных организаций и специализированных финансовых обществ в целях возмещения недополученных ими доходов по кредитам, выданным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(Иные бюджетные ассигнования) 800 -79 750,0 Государственная программа Российской Федерации "Развитие промышленности и повышение ее конкурентоспособности" -40 361 757,2 Федеральный проект "Развитие сельскохозяйственного машиностроения, специализированного машиностроения, машиностроения для пищевой и перерабатывающей промышленности" -20 004 014,4 Субсидии российским организациям на финансовое обеспечение части затрат на разработку и организацию производства новых видов продукции, а также модернизацию линейки выпускаемой продукции (Иные бюджетные ассигнования) 800 -156 552,1 Субсидия акционерному обществу "ДОМ.РФ", г. Москва, в виде вклада в имущество, не увеличивающего его уставный капитал, на цели возмещения специализированным обществам проектного финансирования затрат по выплате процентного (купонного) дохода по облигациям, размещаемым в целях реализации инвестиционных проектов по приобретению сельскохозяйственной техники и оборудования на основе финансовой аренды (лизинга) (Иные бюджетные ассигнования) 800 -1 774 972,6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 (Иные бюджетные ассигнования) 800 -3 954 864,7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(Иные бюджетные ассигнования) 800 -13 922 625,0 Субсидия акционерному обществу "ДОМ.РФ", г. Москва, в виде вклада в имущество, не увеличивающего его уставный капитал, на цели возмещения специализированным обществам проектного финансирования затрат по выплате процентного (купонного) дохода по облигациям, размещаемым в целях реализации инвестиционных проектов по приобретению на льготных условиях строительно-дорожной и коммунальной техники на основе финансовой аренды (лизинга) (Иные бюджетные ассигнования) 800 -195 000,0 Федеральный проект "Развитие легкой и текстильной промышленности" -65 000,0 Субсидии российским организациям на компенсацию потерь в доходах, возникших в результате производства камвольных и (или) поливискозных тканей, предназначенных для изготовления одежды обучающихся (школьной формы) в начальных классах (Иные бюджетные ассигнования) 800 -50 000,0 Субсидии российским производителям на возмещение потерь в доходах, возникших в результате производства пряжи с содержанием льна для дальнейшей переработки на предприятиях в Российской Федерации (Иные бюджетные ассигнования) 800 -15 000,0 Федеральный проект "Развитие промышленности социально значимых товаров" -101 880,5 Субсидии организациям народных художественных промыслов на поддержку производства и реализации изделий народных художественных промыслов (Иные бюджетные ассигнования) 800 -101 880,5 Федеральный проект "Содействие в реализации инвестиционных проектов и поддержка производителей высокотехнологической продукции в гражданских отраслях промышленности" -7 020 556,7 Субсидия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(Предоставление субсидий бюджетным, автономным учреждениям и иным некоммерческим организациям) 600 -350 000,0 Субсидии российским организациям на возмещение части затрат на выплату купонного дохода по облигациям, выпущенным в рамках реализации инвестиционных проектов по внедрению наилучших доступных технологий, и (или) на возмещение части затрат на уплату процентов по кредитам, полученным в российских кредитных организациях, государственной корпорации развития "ВЭБ.РФ", а также в международных финансовых организациях, созданных в соответствии с международными договорами, в которых участвует Российская Федерация, на реализацию инвестиционных проектов по внедрению наилучших доступных технологий (Иные бюджетные ассигнования) 800 -98 585,2 Субсидии российским кредитным организациям и государственной корпорации развития "ВЭБ.РФ" на возмещение недополученных ими доходов по кредитам, предоставленным российским организациям промышленности на цели реализации инвестиционных проектов, направленных на производство приоритетной продукции, по льготной процентной ставке (Иные бюджетные ассигнования) 800 -6 318 484,1 Субсидии российским кредитным организациям и государственной корпорации развития "ВЭБ.РФ" на возмещение недополученных ими доходов по кредитам, предоставленным российским организациям промышленности по льготной процентной ставке на цели реализации завершающихся инвестиционных проектов, находящихся в высокой степени готовности, направленных на производство приоритетной продукции (Иные бюджетные ассигнования) 800 -100 000,0 Субсидии российским организациям на возмещение части затрат на уплату процентов по кредитам и (или) выплату купонного дохода по облигациям, привлеченным в рамках реализации комплексных инвестиционных проектов по приоритетным направлениям гражданской промышленности (Иные бюджетные ассигнования) 800 -153 487,4 Федеральный проект "Стимулирование спроса на отечественные беспилотные авиационные системы" -482 354,5 Государственная поддержка российских организаций в целях компенсации части стоимости летного часа беспилотных авиационных систем (Иные бюджетные ассигнования) 800 -399 864,0 Государственная поддержка изготовителей беспилотных авиационных систем в целях возмещения недополученных доходов, связанных с предоставлением скидки покупателям беспилотных авиационных систем (Иные бюджетные ассигнования) 800 -82 490,5 Федеральный проект "Разработка, стандартизация и серийное производство беспилотных авиационных систем и их комплектующих" -273 888,1 Субсидия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(Предоставление субсидий бюджетным, автономным учреждениям и иным некоммерческим организациям) 600 -250 000,0 Гранты в форме субсидий российским организациям на сертификацию беспилотных авиационных систем (Иные бюджетные ассигнования) 800 -23 888,1 Федеральный проект "Развитие производства станкоинструментальной промышленности" -1 200 000,0 Субсидии российским производителям средств производства и автоматизации на возмещение недополученных доходов, связанных с предоставлением покупателям скидки при реализации продукции (Иные бюджетные ассигнования) 800 -500 000,0 Субсидии российским производителям средств производства и автоматизации на возмещение затрат, связанных с уплатой процентов по кредитам на пополнение оборотных средств и (или) на финансирование текущей производственной деятельности (Иные бюджетные ассигнования) 800 -500 000,0 Субсидии российским организациям на возмещение затрат, связанных с паспортизацией материалов и (или) аддитивного оборудования российского производства (Иные бюджетные ассигнования) 800 -200 000,0 Федеральный проект "Развитие промышленной робототехники и автоматизации производства" -1 479 193,6 Субсидии российским производителям средств производства и автоматизации на возмещение затрат, связанных с уплатой процентов по кредитам на пополнение оборотных средств и (или) на финансирование текущей производственной деятельности (Иные бюджетные ассигнования) 800 -150 000,0 Субсидии российским организациям обрабатывающей промышленности на возмещение затрат, связанных с роботизацией производства (Иные бюджетные ассигнования) 800 -684 342,7 Субсидии российским кредитным организациям на возмещение недополученных доходов, связанных с предоставлением кредитов по льготной процентной ставке российским организациям на приобретение промышленной робототехники (Иные бюджетные ассигнования) 800 -200 000,0 Субсидии российским лизинговым организациям на возмещение недополученных доходов, связанных с предоставлением в лизинг российским организациям промышленной робототехники (Иные бюджетные ассигнования) 800 -200 000,0 Субсидии российским производителям и интеграторам промышленной робототехники на финансовое обеспечение затрат, связанных с популяризацией промышленной робототехники (Иные бюджетные ассигнования) 800 -244 850,9 Федеральный проект "Развитие производства литейного и термического оборудования" -1 547 506,5 Субсидии российским производителям средств производства и автоматизации на возмещение недополученных доходов, связанных с предоставлением покупателям скидки при реализации продукции (Иные бюджетные ассигнования) 800 -799 006,5 Субсидии российским производителям средств производства и автоматизации на возмещение затрат, связанных с уплатой процентов по кредитам на пополнение оборотных средств и (или) на финансирование текущей производственной деятельности (Иные бюджетные ассигнования) 800 -150 000,0 Субсидии российским кредитным организациям на возмещение недополученных доходов, связанных с предоставлением кредитов по льготной процентной ставке российским инжиниринговым компаниям при реализации комплексных проектов по поставке литейного и (или) термического оборудования (Иные бюджетные ассигнования) 800 -100 000,0 Субсидии российским инжиниринговым компаниям на возмещение затрат, связанных с подготовкой основных технологических решений при реализации комплексных проектов по поставке литейного и (или) термического оборудования (Иные бюджетные ассигнования) 800 -148 500,0 Субсидии российским кредитным организациям на возмещение недополученных доходов, связанных с предоставлением кредитов по льготной процентной ставке заказчикам литейного и (или) термического оборудования при реализации инвестиционных проектов с привлечением российских инжиниринговых компаний (Иные бюджетные ассигнования) 800 -350 000,0 Федеральный проект "Производство инновационного транспорта" -2 019 379,2 Субсидия федеральному государственному унитарному предприятию "Центральный ордена Трудового Красного Знамени научно-исследовательский автомобильный и автомоторный институт "НАМИ" на финансовое обеспечение затрат, связанных с реализацией пилотного проекта по разработке национальной инновационной модульной платформы для производства автомобилей (Иные бюджетные ассигнования) 800 -500 000,0 Субсидии российским организациям на компенсацию части затрат на приобретение электрозарядных станций постоянного тока, а также на их технологическое присоединение к электрическим сетям (Иные бюджетные ассигнования) 800 -1 519 379,2 Федеральный проект "Промышленный экспорт" -5 403 268,1 Государственная поддержка организаций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(Иные бюджетные ассигнования) 800 -5 403 268,1 Федеральный проект "Создание зарубежной инфраструктуры" -564 192,6 Государственная поддержка логистических операторов в целях возмещения недополученных доходов в связи с предоставлением скидки на перевозку по приоритетным международным транспортным коридорам (Иные бюджетные ассигнования) 800 -564 192,6 Федеральный проект "Развитие производства химической продукции" -189 014,0 Субсидии российским организациям на возмещение части затрат на уплату процентов по кредитам и (или) выплату купонного дохода по облигациям, привлеченным в рамках реализации комплексных инвестиционных проектов по приоритетным направлениям гражданской промышленности (Иные бюджетные ассигнования) 800 -189 014,0 Комплекс процессных мероприятий "Демонстрация достижений и вывод на зарубежные рынки продукции отечественной промышленности" -11 509,0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200 -11 509,0 Государственная программа Российской Федерации "Развитие авиационной промышленности" -1 837 123,1 Федеральный проект "Производство самолетов и вертолетов" -1 837 123,1 Создание системы послепродажного обслуживания воздушных судов и подготовки авиационного персонала для воздушных судов (Иные бюджетные ассигнования) 800 -1 837 123,1 Государственная программа Российской Федерации "Развитие судостроения и техники для освоения шельфовых месторождений" -2 715 258,2 Федеральный проект "Производство судов и судового оборудования" -2 715 258,2 Субсидии российским организациям на финансовое обеспечение части затрат, связанных со строительством крупнотоннажных судов (Иные бюджетные ассигнования) 800 -2 050 000,0 Субсидии российским организациям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2009 - 2025 годах, на уплату лизинговых платежей по договорам лизинга, заключенным в 2009 - 2025 годах с российскими лизинговыми компаниями на приобретение гражданских судов, а также на уплату процентов за предоставление рассрочки по договорам купли-продажи с рассрочкой платежа, заключенным в 2022 - 2023 годах с российскими лизинговыми компаниями на приобретение гражданских судов (Иные бюджетные ассигнования) 800 -425 680,9 Субсидии российским организациям на финансовое обеспечение затрат на выполнение комплексных проектов по разработке, созданию и внедрению в серийное производство судового комплектующего оборудования (Иные бюджетные ассигнования) 800 -239 577,3 Государственная программа Российской Федерации "Развитие электронной и радиоэлектронной промышленности" -6 020 834,5 Федеральный проект "Прикладные исследования, разработка и внедрение электронной продукции" -4 625 539,6 Субсидии российским кредитным организациям на возмещение недополученных ими доходов по кредитам, выданным российским организациям, осуществляющим деятельность в сфере электронной и радиоэлектронной промышленности, необходимым в первую очередь для выполнения государственного оборонного заказа (Иные бюджетные ассигнования) 800 -4 625 539,6 Федеральный проект "Развитие инфраструктуры и производства электронной продукции" -1 395 294,9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400 -1 395 294,9 Государственная программа Российской Федерации "Развитие оборонно-промышленного комплекса" +623 050,0 Федеральный проект "Стимулирование развития оборонно-промышленного комплекса" +623 050,0 Взнос в уставный капитал публичного акционерного общества "Банк ПСБ", г. Ярославль, в целях его докапитализации для обеспечения выполнения норматива достаточности собственных средств (капитала) (Капитальные вложения в объекты государственной (муниципальной) собственности) 400 +623 050,0 Государственная программа Российской Федерации "Научно-технологическое развитие Российской Федерации" -257 607,5 Федеральный проект "Содействие проведению научно-исследовательских и опытно-конструкторских работ в гражданских отраслях промышленности" -3 760,3 Гранты в форме субсидий на реализацию проектов по созданию и (или) развитию центров инженерных разработок на базе образовательных организаций высшего образования и научных организаций, реализующих проекты, связанные с разработкой комплектующих (Предоставление субсидий бюджетным, автономным учреждениям и иным некоммерческим организациям) 600 -3 760,3 Федеральный проект "Разработка важнейших наукоемких технологий по направлению новых материалов и химии" -253 847,2 Гранты в форме субсидий на реализацию проектов по созданию и (или) развитию центров инженерных разработок на базе образовательных организаций высшего образования и научных организаций, реализующих проекты, связанные с разработкой и масштабированием технологий по направлению новых материалов и химии (Предоставление субсидий бюджетным, автономным учреждениям и иным некоммерческим организациям) 600 -253 847,2 Реализация функций иных федеральных органов государственной власти +30 576 942,3 Иные непрограммные мероприятия +30 576 942,3 Взнос в уставный капитал публичного акционерного общества "Банк ПСБ", г. Ярославль, в целях его докапитализации (Капитальные вложения в объекты государственной (муниципальной) собственности) 400 +28 973 717,5 Финансовое обеспечение выполнения функций федеральных государственных органов, оказания услуг и выполнения работ (Иные бюджетные ассигнования) 800 +1 603 224,8 ЖИЛИЩНО-КОММУНАЛЬНОЕ ХОЗЯЙСТВО +234 900 000,0 Другие вопросы в области жилищно-коммунального хозяйства +234 900 000,0 Государственная программа Российской Федерации "Обеспечение доступным и комфортным жильем и коммунальными услугами граждан Российской Федерации" +234 900 000,0 Федеральный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+90 100 000,0 Субсидия акционерному обществу "ДОМ.РФ", г. Москва, в виде вклада в имущество,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гражданам Российской Федерации по ставке до 8 процентов годовых (Иные бюджетные ассигнования) 800 +56 200 000,0 Субсидии акционерному обществу "ДОМ.РФ", г. Москва, в виде вкладов в имущество, не увеличивающих его уставный капитал, для возмещения российским кредитным организациям и иным организациям недополученных доходов по жилищным (ипотечным) кредитам, предоставленным гражданам Российской Федерации на приобретение или строительство жилых помещений на территориях субъектов Российской Федерации, входящих в состав Дальневосточного федерального округа, а также на сухопутных территориях Арктической зоны Российской Федерации (Иные бюджетные ассигнования) 800 +29 600 000,0 Субсидия акционерному обществу "ДОМ.РФ", г. Москва, в виде вклада в имущество,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(Иные бюджетные ассигнования) 800 +4 300 000,0 Федеральный проект "Поддержка семьи" +144 800 000,0 Субсидии акционерному обществу "ДОМ.РФ", г. Москва, в виде вкладов в имущество,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(Иные бюджетные ассигнования) 800 +144 800 000,0 ОХРАНА ОКРУЖАЮЩЕЙ СРЕДЫ -255 004 198,5 Охрана объектов растительного и животного мира и среды их обитания +4 880,7 Государственная программа Российской Федерации "Охрана окружающей среды" +4 880,7 Комплекс процессных мероприятий "Сохранение биологического разнообразия" +4 880,7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+4 880,7 Другие вопросы в области охраны окружающей среды -255 009 079,2 Государственная программа Российской Федерации "Развитие промышленности и повышение ее конкурентоспособности" -255 009 079,2 Федеральный проект "Развитие автомобилестроения и транспортного машиностроения" -255 009 079,2 Субсидии российским производителям колесных транспортных средств (шасси) и прицепов к ним на компенсацию части производственных затрат (Иные бюджетные ассигнования) 800 -255 009 079,2 ОБРАЗОВАНИЕ -101 862,0 Среднее профессиональное образование -73 135,3 Государственная программа Российской Федерации "Развитие образования" -73 135,3 Комплекс процессных мероприятий "Содействие развитию среднего профессионального образования и дополнительного профессионального образования" -73 135,3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600 -73 135,3 Профессиональная подготовка, переподготовка и повышение квалификации 0,0 Реализация функций иных федеральных органов государственной власти 0,0 Иные непрограммные мероприятия 0,0 Гранты в форме субсидий организациям, осуществляющим образовательную деятельность, в целях возмещения затрат, связанных с обучением федеральных государственных гражданских служащих на основании государственных образовательных сертификатов на дополнительное профессиональное образование (Предоставление субсидий бюджетным, автономным учреждениям и иным некоммерческим организациям) 600 -10 331,5 Гранты в форме субсидий организациям, осуществляющим образовательную деятельность, в целях возмещения затрат, связанных с обучением федеральных государственных гражданских служащих на основании государственных образовательных сертификатов на дополнительное профессиональное образование (Иные бюджетные ассигнования) 800 +10 331,5 Высшее образование -28 726,7 Государственная программа Российской Федерации "Научно-технологическое развитие Российской Федерации" -28 726,7 Комплекс процессных мероприятий "Государственная поддержка организаций науки и высшего образования" -28 726,7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600 -28 726,7 Другие вопросы в области образования 0,0 Государственная программа Российской Федерации "Развитие образования" 0,0 Федеральный проект "Мы вместе (Воспитание гармонично развитой личности)" +30 000,0 Грант в форме субсидии Фонду поддержки гуманитарных наук "Моя история" на организацию посещения музейно-храмового комплекса "Новый Херсонес" в рамках образовательных, культурно-патриотических, экскурсионных программ обучающимися образовательных организаций Донецкой Народной Республики, Луганской Народной Республики, Херсонской области и Запорожской области (Предоставление субсидий бюджетным, автономным учреждениям и иным некоммерческим организациям) 600 +30 000,0 Комплекс процессных мероприятий "Научно-методическое, методическое и кадровое обеспечение обучения русскому языку и языкам народов Российской Федерации" -30 000,0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600 -30 000,0 КУЛЬТУРА, КИНЕМАТОГРАФИЯ -4 138 854,4 Другие вопросы в области культуры, кинематографии -4 138 854,4 Государственная программа Российской Федерации "Развитие культуры" -4 222 187,6 Федеральный проект "Сохранение культурного и исторического наследия" -4 222 187,6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200 -4 222 187,6 Государственная программа Российской Федерации "Информационное общество" +83 333,2 Комплекс процессных мероприятий "Обеспечение устойчивого развития медиасреды и международного сотрудничества" +83 333,2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+83 333,2 ЗДРАВООХРАНЕНИЕ -18 558 536,5 Санаторно-оздоровительная помощь +200 000,0 Государственная программа Российской Федерации "Развитие здравоохранения" +200 000,0 Федеральный проект "Развитие инфраструктуры здравоохранения" +200 000,0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400 +200 000,0 Прикладные научные исследования в области здравоохранения +991 020,8 Государственная программа Российской Федерации "Научно-технологическое развитие Российской Федерации" +991 020,8 Комплекс процессных мероприятий "Прикладные научные исследования и разработки в интересах медицины и здравоохранения" +991 020,8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+991 020,8 Другие вопросы в области здравоохранения -19 749 557,3 Государственная программа Российской Федерации "Развитие здравоохранения" -19 749 557,3 Федеральный проект "Обеспечение расширенного неонатального скрининга" +281 488,1 Субсидии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(Межбюджетные трансферты) 500 +281 488,1 Ведомственный проект "Обеспечение оказания медицинской помощи (при необходимости за пределами Российской Федерации) детям с тяжелыми жизнеугрожающими или хроническими заболеваниями, в том числе редкими (орфанными) заболеваниями" -20 736 581,4 Грант в форме субсидии Фонду поддержки детей с тяжелыми жизнеугрожающими и хроническими заболеваниями, в том числе редкими (орфанными) заболеваниями, "Круг добра" (Предоставление субсидий бюджетным, автономным учреждениям и иным некоммерческим организациям) 600 -20 736 581,4 Комплекс процессных мероприятий "Управление кадровыми ресурсами здравоохранения" +594 627,5 Субсидии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(Межбюджетные трансферты) 500 +594 627,5 Комплекс процессных мероприятий "Организация оказания медицинской помощи учреждениями, подведомственными Управлению делами Президента Российской Федерации" +110 908,5 Финансовое обеспечение выполнения функций федеральных государственных органов, оказания услуг и выполнения работ (Иные бюджетные ассигнования) 800 +110 908,5 СОЦИАЛЬНАЯ ПОЛИТИКА 0,0 Социальное обеспечение населения 0,0 Государственная программа Российской Федерации "Социальная поддержка граждан" -21 000,0 Комплекс процессных мероприятий "Предоставление мер государственной поддержки отдельным категориям государственных служащих, уволенным из их числа, военнослужащим, сотрудникам некоторых федеральных органов государственной власти, гражданам, проходившим военные сборы, инвалидам вследствие военной травмы, погибшим (умершим) или получившим увечья при исполнении служебных обязанностей, и членам их семей" -21 000,0 Пособия лицам, являвшимся сотрудниками федеральной фельдъегерской связи, получившим телесные повреждения, исключающие для них возможность дальнейшего осуществления служебной деятельности, а также семьям и иждивенцам погибших (умерших) сотрудников федеральной фельдъегерской связи (Социальное обеспечение и иные выплаты населению) 300 -21 000,0 Доставка государственной корреспонденции +21 000,0 Обеспечение доставки государственной корреспонденции +21 000,0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300 +21 000,0 Другие вопросы в области социальной политики 0,0 Реализация функций иных федеральных органов государственной власти 0,0 Иные непрограммные мероприятия 0,0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100 -1 972,8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+1 972,8 СРЕДСТВА МАССОВОЙ ИНФОРМАЦИИ +1 281 642,8 Телевидение и радиовещание +1 281 642,8 Государственная программа Российской Федерации "Информационное общество" +1 281 642,8 Федеральный проект "Доступный и качественный контент в современном информационном пространстве" +1 281 642,8 Субсидии акционерному обществу "Первый канал", акционерному обществу "Телекомпания НТВ", акционерному обществу "Телерадиокомпания "Петербург", акционерному обществу "Карусель", акционерному обществу "ТВ Центр", обществу с ограниченной ответственностью "Национальный спортивный телеканал", федеральному государственному унитарному предприятию "Всероссийская государственная телевизионная и радиовещательная компания" и автономной некоммерческой организации "Общественное телевидение России"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 (Предоставление субсидий бюджетным, автономным учреждениям и иным некоммерческим организациям) 600 +62 579,1 Субсидии акционерному обществу "Первый канал", акционерному обществу "Телекомпания НТВ", акционерному обществу "Телерадиокомпания "Петербург", акционерному обществу "Карусель", акционерному обществу "ТВ Центр", обществу с ограниченной ответственностью "Национальный спортивный телеканал", федеральному государственному унитарному предприятию "Всероссийская государственная телевизионная и радиовещательная компания" и автономной некоммерческой организации "Общественное телевидение России"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 (Иные бюджетные ассигнования) 800 +696 687,9 Субсидии организациям вещания второго мультиплекса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 (Предоставление субсидий бюджетным, автономным учреждениям и иным некоммерческим организациям) 600 +60 763,6 Субсидии организациям вещания второго мультиплекса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 (Иные бюджетные ассигнования) 800 +461 612,2"</w:t>
      </w:r>
    </w:p>
    <w:p>
      <w:r>
        <w:rPr>
          <w:b/>
        </w:rPr>
        <w:t xml:space="preserve">40. </w:t>
      </w:r>
      <w:r>
        <w:t>дополнить приложением 162 (секретно) следующего содержания</w:t>
      </w:r>
    </w:p>
    <w:p>
      <w:r>
        <w:rPr>
          <w:b/>
        </w:rPr>
        <w:t xml:space="preserve">40. </w:t>
      </w:r>
      <w:r>
        <w:t>в приложении 17:</w:t>
      </w:r>
    </w:p>
    <w:p>
      <w:r>
        <w:rPr>
          <w:b/>
        </w:rPr>
        <w:t xml:space="preserve">40. </w:t>
      </w:r>
      <w:r>
        <w:t>в приложении 171:</w:t>
      </w:r>
    </w:p>
    <w:p>
      <w:r>
        <w:rPr>
          <w:b/>
        </w:rPr>
        <w:t xml:space="preserve">40. </w:t>
      </w:r>
      <w:r>
        <w:t>дополнить приложением 172 следующего содержания: "Приложение 172 к Федеральному закону "О федеральном бюджете на 2025 год и на плановый период 2026 и 2027 годов" Изменения распределения бюджетных ассигнований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2025 год и на плановый период 2026 и 2027 годов, предусмотренного приложением 17 к Федеральному закону "О федеральном бюджете на 2025 год и на плановый период 2026 и 2027 годов" (тыс. рублей) Наименование ЦСР ВР Рз ПР 2025 год -74 718 405,8 ГОСУДАРСТВЕННАЯ ПРОГРАММА РОССИЙСКОЙ ФЕДЕРАЦИИ "РАЗВИТИЕ ЗДРАВООХРАНЕНИЯ" -19 549 557,3 Федеральный проект "Развитие инфраструктуры здравоохранения" +200 000,0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400 +200 000,0 Федеральный проект "Обеспечение расширенного неонатального скрининга" +281 488,1 Субсидии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 (Межбюджетные трансферты) 500 +281 488,1 Ведомственный проект "Обеспечение оказания медицинской помощи (при необходимости за пределами Российской Федерации) детям с тяжелыми жизнеугрожающими или хроническими заболеваниями, в том числе редкими (орфанными) заболеваниями" -20 736 581,4 Грант в форме субсидии Фонду поддержки детей с тяжелыми жизнеугрожающими и хроническими заболеваниями, в том числе редкими (орфанными) заболеваниями, "Круг добра" (Предоставление субсидий бюджетным, автономным учреждениям и иным некоммерческим организациям) 600 -20 736 581,4 Комплекс процессных мероприятий "Управление кадровыми ресурсами здравоохранения" +594 627,5 Субсидии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(Межбюджетные трансферты) 500 +594 627,5 Комплекс процессных мероприятий "Организация оказания медицинской помощи учреждениями, подведомственными Управлению делами Президента Российской Федерации" +110 908,5 Финансовое обеспечение выполнения функций федеральных государственных органов, оказания услуг и выполнения работ (Иные бюджетные ассигнования) 800 +110 908,5 ГОСУДАРСТВЕННАЯ ПРОГРАММА РОССИЙСКОЙ ФЕДЕРАЦИИ "РАЗВИТИЕ ОБРАЗОВАНИЯ" -73 135,3 Федеральный проект "Мы вместе (Воспитание гармонично развитой личности)" +30 000,0 Грант в форме субсидии Фонду поддержки гуманитарных наук "Моя история" на организацию посещения музейно-храмового комплекса "Новый Херсонес" в рамках образовательных, культурно-патриотических, экскурсионных программ обучающимися образовательных организаций Донецкой Народной Республики, Луганской Народной Республики, Херсонской области и Запорожской области (Предоставление субсидий бюджетным, автономным учреждениям и иным некоммерческим организациям) 600 +30 000,0 Комплекс процессных мероприятий "Содействие развитию среднего профессионального образования и дополнительного профессионального образования" -73 135,3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600 -73 135,3 Комплекс процессных мероприятий "Научно-методическое, методическое и кадровое обеспечение обучения русскому языку и языкам народов Российской Федерации" -30 000,0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600 -30 000,0 ГОСУДАРСТВЕННАЯ ПРОГРАММА РОССИЙСКОЙ ФЕДЕРАЦИИ "СОЦИАЛЬНАЯ ПОДДЕРЖКА ГРАЖДАН" -21 000,0 Комплекс процессных мероприятий "Предоставление мер государственной поддержки отдельным категориям государственных служащих, уволенным из их числа, военнослужащим, сотрудникам некоторых федеральных органов государственной власти, гражданам, проходившим военные сборы, инвалидам вследствие военной травмы, погибшим (умершим) или получившим увечья при исполнении служебных обязанностей, и членам их семей" -21 000,0 Пособия лицам, являвшимся сотрудниками федеральной фельдъегерской связи, получившим телесные повреждения, исключающие для них возможность дальнейшего осуществления служебной деятельности, а также семьям и иждивенцам погибших (умерших) сотрудников федеральной фельдъегерской связи (Социальное обеспечение и иные выплаты населению) 300 -21 000,0 ГОСУДАРСТВЕННАЯ ПРОГРАММА РОССИЙСКОЙ ФЕДЕРАЦИИ "ОБЕСПЕЧЕНИЕ ДОСТУПНЫМ И КОМФОРТНЫМ ЖИЛЬЕМ И КОММУНАЛЬНЫМИ УСЛУГАМИ ГРАЖДАН РОССИЙСКОЙ ФЕДЕРАЦИИ" +234 900 000,0 Федеральный проект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+90 100 000,0 Субсидия акционерному обществу "ДОМ.РФ", г. Москва, в виде вклада в имущество,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гражданам Российской Федерации по ставке до 8 процентов годовых (Иные бюджетные ассигнования) 800 +56 200 000,0 Субсидии акционерному обществу "ДОМ.РФ", г. Москва, в виде вкладов в имущество, не увеличивающих его уставный капитал, для возмещения российским кредитным организациям и иным организациям недополученных доходов по жилищным (ипотечным) кредитам, предоставленным гражданам Российской Федерации на приобретение или строительство жилых помещений на территориях субъектов Российской Федерации, входящих в состав Дальневосточного федерального округа, а также на сухопутных территориях Арктической зоны Российской Федерации (Иные бюджетные ассигнования) 800 +29 600 000,0 Субсидия акционерному обществу "ДОМ.РФ", г. Москва, в виде вклада в имущество,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(Иные бюджетные ассигнования) 800 +4 300 000,0 Федеральный проект "Поддержка семьи" +144 800 000,0 Субсидии акционерному обществу "ДОМ.РФ", г. Москва, в виде вкладов в имущество,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(Иные бюджетные ассигнования) 800 +144 800 000,0 ГОСУДАРСТВЕННАЯ ПРОГРАММА РОССИЙСКОЙ ФЕДЕРАЦИИ "РАЗВИТИЕ КУЛЬТУРЫ" -4 222 187,6 Федеральный проект "Сохранение культурного и исторического наследия" -4 222 187,6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200 -4 222 187,6 ГОСУДАРСТВЕННАЯ ПРОГРАММА РОССИЙСКОЙ ФЕДЕРАЦИИ "ОХРАНА ОКРУЖАЮЩЕЙ СРЕДЫ" +4 880,7 Комплекс процессных мероприятий "Сохранение биологического разнообразия" +4 880,7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+4 880,7 ГОСУДАРСТВЕННАЯ ПРОГРАММА РОССИЙСКОЙ ФЕДЕРАЦИИ "ЭКОНОМИЧЕСКОЕ РАЗВИТИЕ И ИННОВАЦИОННАЯ ЭКОНОМИКА" -79 750,0 Федеральный проект "Малое и среднее предпринимательство и поддержка индивидуальной предпринимательской инициативы" -79 750,0 Государственная поддержка российских кредитных организаций и специализированных финансовых обществ в целях возмещения недополученных ими доходов по кредитам, выданным субъектам малого и среднего предпринимательства, а также физическим лицам, применяющим специальный налоговый режим "Налог на профессиональный доход", по льготной ставке (Иные бюджетные ассигнования) 800 -79 750,0 ГОСУДАРСТВЕННАЯ ПРОГРАММА РОССИЙСКОЙ ФЕДЕРАЦИИ "РАЗВИТИЕ ПРОМЫШЛЕННОСТИ И ПОВЫШЕНИЕ ЕЕ КОНКУРЕНТОСПОСОБНОСТИ" -295 720 836,4 Федеральный проект "Развитие автомобилестроения и транспортного машиностроения" -255 009 079,2 Субсидии российским производителям колесных транспортных средств (шасси) и прицепов к ним на компенсацию части производственных затрат (Иные бюджетные ассигнования) 800 -255 009 079,2 Федеральный проект "Развитие сельскохозяйственного машиностроения, специализированного машиностроения, машиностроения для пищевой и перерабатывающей промышленности" -20 004 014,4 Субсидии российским организациям на финансовое обеспечение части затрат на разработку и организацию производства новых видов продукции, а также модернизацию линейки выпускаемой продукции (Иные бюджетные ассигнования) 800 -156 552,1 Субсидия акционерному обществу "ДОМ.РФ", г. Москва, в виде вклада в имущество, не увеличивающего его уставный капитал, на цели возмещения специализированным обществам проектного финансирования затрат по выплате процентного (купонного) дохода по облигациям, размещаемым в целях реализации инвестиционных проектов по приобретению сельскохозяйственной техники и оборудования на основе финансовой аренды (лизинга) (Иные бюджетные ассигнования) 800 -1 774 972,6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 (Иные бюджетные ассигнования) 800 -3 954 864,7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(Иные бюджетные ассигнования) 800 -13 922 625,0 Субсидия акционерному обществу "ДОМ.РФ", г. Москва, в виде вклада в имущество, не увеличивающего его уставный капитал, на цели возмещения специализированным обществам проектного финансирования затрат по выплате процентного (купонного) дохода по облигациям, размещаемым в целях реализации инвестиционных проектов по приобретению на льготных условиях строительно-дорожной и коммунальной техники на основе финансовой аренды (лизинга) (Иные бюджетные ассигнования) 800 -195 000,0 Федеральный проект "Развитие легкой и текстильной промышленности" -65 000,0 Субсидии российским организациям на компенсацию потерь в доходах, возникших в результате производства камвольных и (или) поливискозных тканей, предназначенных для изготовления одежды обучающихся (школьной формы) в начальных классах (Иные бюджетные ассигнования) 800 -50 000,0 Субсидии российским производителям на возмещение потерь в доходах, возникших в результате производства пряжи с содержанием льна для дальнейшей переработки на предприятиях в Российской Федерации (Иные бюджетные ассигнования) 800 -15 000,0 Федеральный проект "Развитие промышленности социально значимых товаров" -101 880,5 Субсидии организациям народных художественных промыслов на поддержку производства и реализации изделий народных художественных промыслов (Иные бюджетные ассигнования) 800 -101 880,5 Федеральный проект "Содействие в реализации инвестиционных проектов и поддержка производителей высокотехнологической продукции в гражданских отраслях промышленности" -7 020 556,7 Субсидия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(Предоставление субсидий бюджетным, автономным учреждениям и иным некоммерческим организациям) 600 -350 000,0 Субсидии российским организациям на возмещение части затрат на выплату купонного дохода по облигациям, выпущенным в рамках реализации инвестиционных проектов по внедрению наилучших доступных технологий, и (или) на возмещение части затрат на уплату процентов по кредитам, полученным в российских кредитных организациях, государственной корпорации развития "ВЭБ.РФ", а также в международных финансовых организациях, созданных в соответствии с международными договорами, в которых участвует Российская Федерация, на реализацию инвестиционных проектов по внедрению наилучших доступных технологий (Иные бюджетные ассигнования) 800 -98 585,2 Субсидии российским кредитным организациям и государственной корпорации развития "ВЭБ.РФ" на возмещение недополученных ими доходов по кредитам, предоставленным российским организациям промышленности на цели реализации инвестиционных проектов, направленных на производство приоритетной продукции, по льготной процентной ставке (Иные бюджетные ассигнования) 800 -6 318 484,1 Субсидии российским кредитным организациям и государственной корпорации развития "ВЭБ.РФ" на возмещение недополученных ими доходов по кредитам, предоставленным российским организациям промышленности по льготной процентной ставке на цели реализации завершающихся инвестиционных проектов, находящихся в высокой степени готовности, направленных на производство приоритетной продукции (Иные бюджетные ассигнования) 800 -100 000,0 Субсидии российским организациям на возмещение части затрат на уплату процентов по кредитам и (или) выплату купонного дохода по облигациям, привлеченным в рамках реализации комплексных инвестиционных проектов по приоритетным направлениям гражданской промышленности (Иные бюджетные ассигнования) 800 -153 487,4 Федеральный проект "Стимулирование спроса на отечественные беспилотные авиационные системы" -482 354,5 Государственная поддержка российских организаций в целях компенсации части стоимости летного часа беспилотных авиационных систем (Иные бюджетные ассигнования) 800 -399 864,0 Государственная поддержка изготовителей беспилотных авиационных систем в целях возмещения недополученных доходов, связанных с предоставлением скидки покупателям беспилотных авиационных систем (Иные бюджетные ассигнования) 800 -82 490,5 Федеральный проект "Разработка, стандартизация и серийное производство беспилотных авиационных систем и их комплектующих" -273 888,1 Субсидия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(Предоставление субсидий бюджетным, автономным учреждениям и иным некоммерческим организациям) 600 -250 000,0 Гранты в форме субсидий российским организациям на сертификацию беспилотных авиационных систем (Иные бюджетные ассигнования) 800 -23 888,1 Федеральный проект "Развитие производства станкоинструментальной промышленности" -1 200 000,0 Субсидии российским производителям средств производства и автоматизации на возмещение недополученных доходов, связанных с предоставлением покупателям скидки при реализации продукции (Иные бюджетные ассигнования) 800 -500 000,0 Субсидии российским производителям средств производства и автоматизации на возмещение затрат, связанных с уплатой процентов по кредитам на пополнение оборотных средств и (или) на финансирование текущей производственной деятельности (Иные бюджетные ассигнования) 800 -500 000,0 Субсидии российским организациям на возмещение затрат, связанных с паспортизацией материалов и (или) аддитивного оборудования российского производства (Иные бюджетные ассигнования) 800 -200 000,0 Федеральный проект "Развитие промышленной робототехники и автоматизации производства" -1 479 193,6 Субсидии российским производителям средств производства и автоматизации на возмещение затрат, связанных с уплатой процентов по кредитам на пополнение оборотных средств и (или) на финансирование текущей производственной деятельности (Иные бюджетные ассигнования) 800 -150 000,0 Субсидии российским организациям обрабатывающей промышленности на возмещение затрат, связанных с роботизацией производства (Иные бюджетные ассигнования) 800 -684 342,7 Субсидии российским кредитным организациям на возмещение недополученных доходов, связанных с предоставлением кредитов по льготной процентной ставке российским организациям на приобретение промышленной робототехники (Иные бюджетные ассигнования) 800 -200 000,0 Субсидии российским лизинговым организациям на возмещение недополученных доходов, связанных с предоставлением в лизинг российским организациям промышленной робототехники (Иные бюджетные ассигнования) 800 -200 000,0 Субсидии российским производителям и интеграторам промышленной робототехники на финансовое обеспечение затрат, связанных с популяризацией промышленной робототехники (Иные бюджетные ассигнования) 800 -244 850,9 Федеральный проект "Развитие производства литейного и термического оборудования" -1 547 506,5 Субсидии российским производителям средств производства и автоматизации на возмещение недополученных доходов, связанных с предоставлением покупателям скидки при реализации продукции (Иные бюджетные ассигнования) 800 -799 006,5 Субсидии российским производителям средств производства и автоматизации на возмещение затрат, связанных с уплатой процентов по кредитам на пополнение оборотных средств и (или) на финансирование текущей производственной деятельности (Иные бюджетные ассигнования) 800 -150 000,0 Субсидии российским кредитным организациям на возмещение недополученных доходов, связанных с предоставлением кредитов по льготной процентной ставке российским инжиниринговым компаниям при реализации комплексных проектов по поставке литейного и (или) термического оборудования (Иные бюджетные ассигнования) 800 -100 000,0 Субсидии российским инжиниринговым компаниям на возмещение затрат, связанных с подготовкой основных технологических решений при реализации комплексных проектов по поставке литейного и (или) термического оборудования (Иные бюджетные ассигнования) 800 -148 500,0 Субсидии российским кредитным организациям на возмещение недополученных доходов, связанных с предоставлением кредитов по льготной процентной ставке заказчикам литейного и (или) термического оборудования при реализации инвестиционных проектов с привлечением российских инжиниринговых компаний (Иные бюджетные ассигнования) 800 -350 000,0 Федеральный проект "Производство инновационного транспорта" -2 019 379,2 Субсидия федеральному государственному унитарному предприятию "Центральный ордена Трудового Красного Знамени научно-исследовательский автомобильный и автомоторный институт "НАМИ" на финансовое обеспечение затрат, связанных с реализацией пилотного проекта по разработке национальной инновационной модульной платформы для производства автомобилей (Иные бюджетные ассигнования) 800 -500 000,0 Субсидии российским организациям на компенсацию части затрат на приобретение электрозарядных станций постоянного тока, а также на их технологическое присоединение к электрическим сетям (Иные бюджетные ассигнования) 800 -1 519 379,2 Федеральный проект "Промышленный экспорт" -5 403 268,1 Государственная поддержка организаций в целях компенсации части процентных ставок по экспортным кредитам и иным инструментам финансирования, аналогичным кредиту по экономической сути, а также компенсации части страховой премии по договорам страхования экспортных кредитов (Иные бюджетные ассигнования) 800 -5 403 268,1 Федеральный проект "Создание зарубежной инфраструктуры" -564 192,6 Государственная поддержка логистических операторов в целях возмещения недополученных доходов в связи с предоставлением скидки на перевозку по приоритетным международным транспортным коридорам (Иные бюджетные ассигнования) 800 -564 192,6 Федеральный проект "Развитие производства химической продукции" -189 014,0 Субсидии российским организациям на возмещение части затрат на уплату процентов по кредитам и (или) выплату купонного дохода по облигациям, привлеченным в рамках реализации комплексных инвестиционных проектов по приоритетным направлениям гражданской промышленности (Иные бюджетные ассигнования) 800 -189 014,0 Федеральный проект "Новое оборудование и технологии в электроэнергетике" -350 000,0 Субсидия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(Предоставление субсидий бюджетным, автономным учреждениям и иным некоммерческим организациям) 600 -350 000,0 Комплекс процессных мероприятий "Демонстрация достижений и вывод на зарубежные рынки продукции отечественной промышленности" -11 509,0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200 -11 509,0 ГОСУДАРСТВЕННАЯ ПРОГРАММА РОССИЙСКОЙ ФЕДЕРАЦИИ "РАЗВИТИЕ АВИАЦИОННОЙ ПРОМЫШЛЕННОСТИ" -1 837 123,1 Федеральный проект "Производство самолетов и вертолетов" -1 837 123,1 Создание системы послепродажного обслуживания воздушных судов и подготовки авиационного персонала для воздушных судов (Иные бюджетные ассигнования) 800 -1 837 123,1 ГОСУДАРСТВЕННАЯ ПРОГРАММА РОССИЙСКОЙ ФЕДЕРАЦИИ "РАЗВИТИЕ СУДОСТРОЕНИЯ И ТЕХНИКИ ДЛЯ ОСВОЕНИЯ ШЕЛЬФОВЫХ МЕСТОРОЖДЕНИЙ" -2 715 258,2 Федеральный проект "Производство судов и судового оборудования" -2 715 258,2 Субсидии российским организациям на финансовое обеспечение части затрат, связанных со строительством крупнотоннажных судов (Иные бюджетные ассигнования) 800 -2 050 000,0 Субсидии российским организациям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2009 - 2025 годах, на уплату лизинговых платежей по договорам лизинга, заключенным в 2009 - 2025 годах с российскими лизинговыми компаниями на приобретение гражданских судов, а также на уплату процентов за предоставление рассрочки по договорам купли-продажи с рассрочкой платежа, заключенным в 2022 - 2023 годах с российскими лизинговыми компаниями на приобретение гражданских судов (Иные бюджетные ассигнования) 800 -425 680,9 Субсидии российским организациям на финансовое обеспечение затрат на выполнение комплексных проектов по разработке, созданию и внедрению в серийное производство судового комплектующего оборудования (Иные бюджетные ассигнования) 800 -239 577,3 ГОСУДАРСТВЕННАЯ ПРОГРАММА РОССИЙСКОЙ ФЕДЕРАЦИИ "РАЗВИТИЕ ЭЛЕКТРОННОЙ И РАДИОЭЛЕКТРОННОЙ ПРОМЫШЛЕННОСТИ" -6 020 834,5 Федеральный проект "Прикладные исследования, разработка и внедрение электронной продукции" -4 625 539,6 Субсидии российским кредитным организациям на возмещение недополученных ими доходов по кредитам, выданным российским организациям, осуществляющим деятельность в сфере электронной и радиоэлектронной промышленности, необходимым в первую очередь для выполнения государственного оборонного заказа (Иные бюджетные ассигнования) 800 -4 625 539,6 Федеральный проект "Развитие инфраструктуры и производства электронной продукции" -1 395 294,9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400 -1 395 294,9 ГОСУДАРСТВЕННАЯ ПРОГРАММА РОССИЙСКОЙ ФЕДЕРАЦИИ "ИНФОРМАЦИОННОЕ ОБЩЕСТВО" +868 663,6 Федеральный проект "Доступный и качественный контент в современном информационном пространстве" +1 281 642,8 Субсидии акционерному обществу "Первый канал", акционерному обществу "Телекомпания НТВ", акционерному обществу "Телерадиокомпания "Петербург", акционерному обществу "Карусель", акционерному обществу "ТВ Центр", обществу с ограниченной ответственностью "Национальный спортивный телеканал", федеральному государственному унитарному предприятию "Всероссийская государственная телевизионная и радиовещательная компания" и автономной некоммерческой организации "Общественное телевидение России"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 (Предоставление субсидий бюджетным, автономным учреждениям и иным некоммерческим организациям) 600 +62 579,1 Субсидии акционерному обществу "Первый канал", акционерному обществу "Телекомпания НТВ", акционерному обществу "Телерадиокомпания "Петербург", акционерному обществу "Карусель", акционерному обществу "ТВ Центр", обществу с ограниченной ответственностью "Национальный спортивный телеканал", федеральному государственному унитарному предприятию "Всероссийская государственная телевизионная и радиовещательная компания" и автономной некоммерческой организации "Общественное телевидение России"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 (Иные бюджетные ассигнования) 800 +696 687,9 Субсидии организациям вещания второго мультиплекса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 (Предоставление субсидий бюджетным, автономным учреждениям и иным некоммерческим организациям) 600 +60 763,6 Субсидии организациям вещания второго мультиплекса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 (Иные бюджетные ассигнования) 800 +461 612,2 Федеральный проект "Цифровые платформы в отраслях социальной сферы" -839 824,2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200 -839 824,2 Федеральный проект "Цифровое государственное управление" -1 760,6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200 -1 760,6 Ведомственный проект "Развитие инфраструктуры связи" +345 272,4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+345 272,4 Комплекс процессных мероприятий "Обеспечение устойчивого развития медиасреды и международного сотрудничества" +83 333,2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+83 333,2 ГОСУДАРСТВЕННАЯ ПРОГРАММА РОССИЙСКОЙ ФЕДЕРАЦИИ "РАЗВИТИЕ ТРАНСПОРТНОЙ СИСТЕМЫ" +21 631 921,2 Федеральный проект "Развитие общественного транспорта" +2 784 000,0 Субсидия бюджету Саратовской области на реализацию мероприятий по обновлению общественного транспорта (Межбюджетные трансферты) 500 +2 784 000,0 Федеральный проект "Развитие федеральной сети" +10 347 921,2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200 +5 000 000,0 Реализация отдельных мероприятий (результатов) федеральных проектов, входящих в состав национальных проектов (Капитальные вложения в объекты государственной (муниципальной) собственности) 400 +5 347 921,2 Федеральный проект "Региональная и местная дорожная сеть" +8 500 000,0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(Межбюджетные трансферты) 500 +8 500 000,0 ГОСУДАРСТВЕННАЯ ПРОГРАММА РОССИЙСКОЙ ФЕДЕРАЦИИ "РАЗВИТИЕ РЫБОХОЗЯЙСТВЕННОГО КОМПЛЕКСА" -83 807,9 Комплекс процессных мероприятий "Реализация мер по искусственному воспроизводству и сохранению водных биологических ресурсов" -20 726,0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600 -20 726,0 Комплекс процессных мероприятий "Обеспечение деятельности рыбохозяйственного комплекса" -63 081,9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200 -63 081,9 ГОСУДАРСТВЕННАЯ ПРОГРАММА РОССИЙСКОЙ ФЕДЕРАЦИИ "ВОСПРОИЗВОДСТВО И ИСПОЛЬЗОВАНИЕ ПРИРОДНЫХ РЕСУРСОВ" 0,0 Федеральный проект "Защита от наводнений и иных негативных воздействий вод и обеспечение безопасности гидротехнических сооружений" 0,0 Реализация государственных программ субъектов Российской Федерации в области использования и охраны водных объектов (Межбюджетные трансферты) 500 +2 646,7 Осуществление отдельных полномочий в области водных отношений (Межбюджетные трансферты) 500 -2 646,7 ГОСУДАРСТВЕННАЯ ПРОГРАММА РОССИЙСКОЙ ФЕДЕРАЦИИ "РАЗВИТИЕ ЛЕСНОГО ХОЗЯЙСТВА" 0,0 Комплекс процессных мероприятий "Обеспечение эффективной реализации государственных функций в области лесных отношений" 0,0 Субвенции на осуществление отдельных полномочий в области лесных отношений (Межбюджетные трансферты) 500 -42 443,6 Субвенции на осуществление мер пожарной безопасности и тушение лесных пожаров (Межбюджетные трансферты) 500 +42 443,6 ГОСУДАРСТВЕННАЯ ПРОГРАММА РОССИЙСКОЙ ФЕДЕРАЦИИ "ОБЕСПЕЧЕНИЕ ГОСУДАРСТВЕННОЙ БЕЗОПАСНОСТИ" -1 436,0 Комплекс процессных мероприятий "Обеспечение деятельности Федеральной службы по финансовому мониторингу и ее территориальных органов" -1 436,0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200 -1 436,0 ГОСУДАРСТВЕННАЯ ПРОГРАММА РОССИЙСКОЙ ФЕДЕРАЦИИ "УПРАВЛЕНИЕ ГОСУДАРСТВЕННЫМИ ФИНАНСАМИ И РЕГУЛИРОВАНИЕ ФИНАНСОВЫХ РЫНКОВ" -16 209 578,6 Комплекс процессных мероприятий "Организация и управление бюджетным процессом и повышение его открытости" -16 209 578,6 Резервный фонд Правительства Российской Федерации (Иные бюджетные ассигнования) 800 -16 209 578,6 ГОСУДАРСТВЕННАЯ ПРОГРАММА РОССИЙСКОЙ ФЕДЕРАЦИИ "РАЗВИТИЕ ОБОРОННО-ПРОМЫШЛЕННОГО КОМПЛЕКСА" +123 050,0 Федеральный проект "Стимулирование развития оборонно-промышленного комплекса" +123 050,0 Субсидии организациям оборонно-промышленного комплекса на возмещение затрат на компенсацию своим работникам части расходов по договорам найма (поднайма) жилых помещений (Иные бюджетные ассигнования) 800 -500 000,0 Взнос в уставный капитал публичного акционерного общества "Банк ПСБ", г. Ярославль, в целях его докапитализации для обеспечения выполнения норматива достаточности собственных средств (капитала) (Капитальные вложения в объекты государственной (муниципальной) собственности) 400 +623 050,0 ГОСУДАРСТВЕННАЯ ПРОГРАММА РОССИЙСКОЙ ФЕДЕРАЦИИ "НАУЧНО-ТЕХНОЛОГИЧЕСКОЕ РАЗВИТИЕ РОССИЙСКОЙ ФЕДЕРАЦИИ" -7 387 522,0 Федеральный проект "Развитие технологий производства электроники" -937 290,3 Субсидии российским организациям на финансовое обеспечение мероприятий по проведению научно-исследовательских и опытно-конструкторских работ в области средств производства электроники (Иные бюджетные ассигнования) 800 -937 290,3 Федеральный проект "Содействие проведению научно-исследовательских и опытно-конструкторских работ в гражданских отраслях промышленности" -820 972,4 Субсидия некоммерческой организации Фонд развития Центра разработки и коммерциализации новых технологий в целях предоставления грантов российским организациям на проведение научно-исследовательских и опытно-конструкторских работ в рамках реализации инновационных проектов по разработке и доработке продукции по направлениям технологического лидерства с условием конвертации (Предоставление субсидий бюджетным, автономным учреждениям и иным некоммерческим организациям) 600 -400 000,0 Субсидии российским организациям на финансовое обеспечение затрат на проведение научно-исследовательских и опытно-конструкторских работ по современным технологиям в рамках реализации такими организациями инновационных проектов (Иные бюджетные ассигнования) 800 -417 212,1 Гранты в форме субсидий на реализацию проектов по созданию и (или) развитию центров инженерных разработок на базе образовательных организаций высшего образования и научных организаций, реализующих проекты, связанные с разработкой комплектующих (Предоставление субсидий бюджетным, автономным учреждениям и иным некоммерческим организациям) 600 -3 760,3 Федеральный проект "Развитие производства станкоинструментальной промышленности" -629 746,0 Субсидии заказчикам средств производства и автоматизации на финансовое обеспечение затрат, связанных с проведением научно-исследовательских и опытно-конструкторских работ по разработке специализированного оборудования (Иные бюджетные ассигнования) 800 -629 746,0 Федеральный проект "Развитие промышленной робототехники и автоматизации производства" -1 480 000,0 Субсидии заказчикам средств производства и автоматизации на финансовое обеспечение затрат, связанных с проведением научно-исследовательских и опытно-конструкторских работ по разработке специализированного оборудования (Иные бюджетные ассигнования) 800 -1 480 000,0 Федеральный проект "Развитие производства литейного и термического оборудования" -450 000,0 Субсидии заказчикам средств производства и автоматизации на финансовое обеспечение затрат, связанных с проведением научно-исследовательских и опытно-конструкторских работ по разработке специализированного оборудования (Иные бюджетные ассигнования) 800 -450 000,0 Федеральный проект "Производство судов и судового оборудования" -450 915,0 Реализация отдельных мероприятий (результатов) федеральных проектов, входящих в состав национальных проектов (Закупка товаров, работ и услуг для обеспечения государственных (муниципальных) нужд) 200 -450 915,0 Федеральный проект "Разработка важнейших наукоемких технологий по направлению новых материалов и химии" -253 847,2 Гранты в форме субсидий на реализацию проектов по созданию и (или) развитию центров инженерных разработок на базе образовательных организаций высшего образования и научных организаций, реализующих проекты, связанные с разработкой и масштабированием технологий по направлению новых материалов и химии (Предоставление субсидий бюджетным, автономным учреждениям и иным некоммерческим организациям) 600 -253 847,2 Ведомственный проект "Проведение прикладных научных исследований по широкому спектру направлений" -3 312 769,8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200 -3 312 769,8 Комплекс процессных мероприятий "Проведение прикладных научных исследований по широкому спектру направлений" -14 275,4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600 -14 275,4 Комплекс процессных мероприятий "Государственная поддержка организаций науки и высшего образования" -28 726,7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600 -28 726,7 Комплекс процессных мероприятий "Прикладные научные исследования и разработки в интересах медицины и здравоохранения" +991 020,8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+991 020,8 ПРЕЗИДЕНТ РОССИЙСКОЙ ФЕДЕРАЦИИ И ЕГО АДМИНИСТРАЦИЯ +70 186,2 Обеспечение функционирования Администрации Президента Российской Федерации +70 186,2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+70 186,2 ПРЕДСЕДАТЕЛЬ ПРАВИТЕЛЬСТВА РОССИЙСКОЙ ФЕДЕРАЦИИ И ЕГО ЗАМЕСТИТЕЛИ, АППАРАТ ПРАВИТЕЛЬСТВА РОССИЙСКОЙ ФЕДЕРАЦИИ +114 360,8 Обеспечение функционирования Аппарата Правительства Российской Федерации +114 360,8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100 -6 842,6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+121 203,4 ОБЕСПЕЧЕНИЕ ДЕЯТЕЛЬНОСТИ ОТДЕЛЬНЫХ ФЕДЕРАЛЬНЫХ ГОСУДАРСТВЕННЫХ ОРГАНОВ -70 186,2 Управление делами Президента Российской Федерации и подведомственные ему государственные учреждения -70 186,2 Обеспечение деятельности Управления делами Президента Российской Федерации и отдельных подведомственных ему государственных учреждений -76 588,7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200 -76 588,7 Обеспечение деятельности (оказание услуг) государственных учреждений в сфере жилищно-коммунального хозяйства, благоустройства и эксплуатации зданий +6 402,5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600 +6 402,5 ДОСТАВКА ГОСУДАРСТВЕННОЙ КОРРЕСПОНДЕНЦИИ +21 000,0 Обеспечение доставки государственной корреспонденции +21 000,0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300 +21 000,0 РЕАЛИЗАЦИЯ ФУНКЦИЙ ИНЫХ ФЕДЕРАЛЬНЫХ ОРГАНОВ ГОСУДАРСТВЕННОЙ ВЛАСТИ +21 539 744,8 Мобилизационная подготовка органов государственной власти +3 196,6 Субсидии на содержание запасных пунктов управления (Предоставление субсидий бюджетным, автономным учреждениям и иным некоммерческим организациям) 600 +1 760,6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+1 436,0 Иные непрограммные мероприятия +21 536 548,2 Гранты в форме субсидий организациям, осуществляющим образовательную деятельность, в целях возмещения затрат, связанных с обучением федеральных государственных гражданских служащих на основании государственных образовательных сертификатов на дополнительное профессиональное образование (Предоставление субсидий бюджетным, автономным учреждениям и иным некоммерческим организациям) 600 -10 331,5 Гранты в форме субсидий организациям, осуществляющим образовательную деятельность, в целях возмещения затрат, связанных с обучением федеральных государственных гражданских служащих на основании государственных образовательных сертификатов на дополнительное профессиональное образование (Иные бюджетные ассигнования) 800 +10 331,5 Взнос в уставный капитал публичного акционерного общества "Банк ПСБ", г. Ярославль, в целях его докапитализации (Капитальные вложения в объекты государственной (муниципальной) собственности) 400 +28 973 717,5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100 -1 972,8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200 -4 738 376,4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 +1 972,8 Финансовое обеспечение выполнения функций федеральных государственных органов, оказания услуг и выполнения работ (Иные бюджетные ассигнования) 800 +7 968 741,0 Финансовое обеспечение выполнения функций федеральных государственных органов, оказания услуг и выполнения работ (Иные бюджетные ассигнования) 800 -1 769 075,8 Финансовое обеспечение выполнения функций федеральных государственных органов, оказания услуг и выполнения работ (Иные бюджетные ассигнования) 800 -3 165 228,5 Финансовое обеспечение выполнения функций федеральных государственных органов, оказания услуг и выполнения работ (Иные бюджетные ассигнования) 800 -7 535 384,9 Финансовое обеспечение выполнения функций федеральных государственных органов, оказания услуг и выполнения работ (Иные бюджетные ассигнования) 800 +198 930,5 Финансовое обеспечение выполнения функций федеральных государственных органов, оказания услуг и выполнения работ (Иные бюджетные ассигнования) 800 +1 603 224,8"</w:t>
      </w:r>
    </w:p>
    <w:p>
      <w:r>
        <w:rPr>
          <w:b/>
        </w:rPr>
        <w:t xml:space="preserve">40. </w:t>
      </w:r>
      <w:r>
        <w:t>дополнить приложением 182 (секретно) следующего содержания</w:t>
      </w:r>
    </w:p>
    <w:p>
      <w:r>
        <w:rPr>
          <w:b/>
        </w:rPr>
        <w:t xml:space="preserve">40. </w:t>
      </w:r>
      <w:r>
        <w:t>дополнить приложением 222 следующего содержания: "Приложение 222 к Федеральному закону "О федеральном бюджете на 2025 год и на плановый период 2026 и 2027 годов" Изменения распределения бюджетных ассигнований на предоставление субсидий государственным корпорациям (компаниям), публично-правовым компаниям на 2025 год и на плановый период 2026 и 2027 годов, предусмотренного приложением 22 к Федеральному закону "О федеральном бюджете на 2025 год и на плановый период 2026 и 2027 годов" (тыс. рублей) Наименование ЦСР Рз ПР Мин 2025 год +10 331,5 Реализация функций иных федеральных органов государственной власти +10 331,5 Гранты в форме субсидий организациям, осуществляющим образовательную деятельность, в целях возмещения затрат, связанных с обучением федеральных государственных гражданских служащих на основании государственных образовательных сертификатов на дополнительное профессиональное образование +10 331,5"</w:t>
      </w:r>
    </w:p>
    <w:p>
      <w:r>
        <w:rPr>
          <w:b/>
        </w:rPr>
        <w:t xml:space="preserve">40. </w:t>
      </w:r>
      <w:r>
        <w:t>в приложении 24:</w:t>
      </w:r>
    </w:p>
    <w:p>
      <w:r>
        <w:rPr>
          <w:b/>
        </w:rPr>
        <w:t xml:space="preserve">40. </w:t>
      </w:r>
      <w:r>
        <w:t>в приложении 241:</w:t>
      </w:r>
    </w:p>
    <w:p>
      <w:r>
        <w:rPr>
          <w:b/>
        </w:rPr>
        <w:t xml:space="preserve">40. </w:t>
      </w:r>
      <w:r>
        <w:t>дополнить приложением 242 следующего содержания: "Приложение 242 к Федеральному закону "О федеральном бюджете на 2025 год и на плановый период 2026 и 2027 годов" Изменения распределения бюджетных ассигнований на предоставление субсидий юридическим лицам (за исключением государственных корпораций (компаний), публично-правовых компаний) на 2025 год и на плановый период 2026 и 2027 годов, предусмотренного приложением 24 к Федеральному закону "О федеральном бюджете на 2025 год и на плановый период 2026 и 2027 годов" (тыс. рублей) Наименование ЦСР Рз ПР Мин 2025 год -93 653 589,9</w:t>
      </w:r>
    </w:p>
    <w:p>
      <w:r>
        <w:rPr>
          <w:b/>
        </w:rPr>
        <w:t xml:space="preserve">40. </w:t>
      </w:r>
      <w:r>
        <w:t>строку "Создание условий для показа национальных кинофильмов в кинозалах, расположенных в населенных пунктах с численностью населения до 500 тысяч человек (Предоставление субсидий бюджетным, автономным учреждениям и иным некоммерческим организациям) 325 000,0 815 000,0 1 170 000,0" изложить в следующей редакции: "Субсидия Федеральному фонду социальной и экономической поддержки отечественной кинематографии в целях создания условий для показа национальных фильмов в населенных пунктах с численностью населения до 500 тысяч человек (Предоставление субсидий бюджетным, автономным учреждениям и иным некоммерческим организациям) 325 000,0 815 000,0 1 170 000,0"</w:t>
      </w:r>
    </w:p>
    <w:p>
      <w:r>
        <w:rPr>
          <w:b/>
        </w:rPr>
        <w:t xml:space="preserve">40. </w:t>
      </w:r>
      <w:r>
        <w:t>строку "Субсидия Фонду по сохранению, воссозданию исторического облика и развитию г. Сергиев Посад Московской области на обеспечение деятельности (Предоставление субсидий бюджетным, автономным учреждениям и иным некоммерческим организациям) 209 586,5 209 586,5 209 586,5" изложить в следующей редакции: "Субсидия Фонду по сохранению, воссозданию исторического облика и развитию г. Сергиев Посад Московской области на обеспечение деятельности и реализацию мероприятий по социально-экономическому развитию г. Сергиев Посад Московской области (Предоставление субсидий бюджетным, автономным учреждениям и иным некоммерческим организациям) 209 586,5 209 586,5 209 586,5"</w:t>
      </w:r>
    </w:p>
    <w:p>
      <w:r>
        <w:rPr>
          <w:b/>
        </w:rPr>
        <w:t xml:space="preserve">40. </w:t>
      </w:r>
      <w:r>
        <w:t>строку "Федеральный проект "Ведущие школы" 3 031 423,5 6 796 000,0 6 796 000,0" изложить в следующей редакции: "Федеральный проект "Передовые общеобразовательные организации" 3 031 423,5 6 796 000,0 6 796 000,0"</w:t>
      </w:r>
    </w:p>
    <w:p>
      <w:r>
        <w:rPr>
          <w:b/>
        </w:rPr>
        <w:t xml:space="preserve">40. </w:t>
      </w:r>
      <w:r>
        <w:t>строку "Строительство и оснащение ведущих общеобразовательных организаций (Межбюджетные трансферты) 3 031 423,5 6 796 000,0 6 796 000,0" изложить в следующей редакции: "Строительство и оснащение передовых общеобразовательных организаций (Межбюджетные трансферты) 3 031 423,5 6 796 000,0 6 796 000,0"</w:t>
      </w:r>
    </w:p>
    <w:p>
      <w:r>
        <w:rPr>
          <w:b/>
        </w:rPr>
        <w:t xml:space="preserve">40. </w:t>
      </w:r>
      <w:r>
        <w:t>строку "Федеральный проект "Ведущие школы" 120 000,0 120 000,0 120 000,0" изложить в следующей редакции: "Федеральный проект "Передовые общеобразовательные организации" 120 000,0 120 000,0 120 000,0"</w:t>
      </w:r>
    </w:p>
    <w:p>
      <w:r>
        <w:rPr>
          <w:b/>
        </w:rPr>
        <w:t xml:space="preserve">40. </w:t>
      </w:r>
      <w:r>
        <w:t>строку "Федеральный проект "Ведущие школы" 4 000,0 4 000,0 4 000,0" изложить в следующей редакции: "Федеральный проект "Передовые общеобразовательные организации" 4 000,0 4 000,0 4 000,0"</w:t>
      </w:r>
    </w:p>
    <w:p>
      <w:r>
        <w:rPr>
          <w:b/>
        </w:rPr>
        <w:t xml:space="preserve">40. </w:t>
      </w:r>
      <w:r>
        <w:t>строку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на базе подмосковного образовательного молодежного центра "Мастерская управления "Сенеж" (Предоставление субсидий бюджетным, автономным учреждениям и иным некоммерческим организациям) 4 400 731,2 4 727 123,4 4 955 686,1" изложить в следующей редакции: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в том числе на базе подмосковного образовательного молодежного центра "Мастерская управления "Сенеж" и за рубежом (Предоставление субсидий бюджетным, автономным учреждениям и иным некоммерческим организациям) 4 400 731,2 4 727 123,4 4 955 686,1"</w:t>
      </w:r>
    </w:p>
    <w:p>
      <w:r>
        <w:rPr>
          <w:b/>
        </w:rPr>
        <w:t xml:space="preserve">40. </w:t>
      </w:r>
      <w:r>
        <w:t>строку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и общественных деятелей в субъектах Российской Федерации (Предоставление субсидий бюджетным, автономным учреждениям и иным некоммерческим организациям) 5 904 604,2 6 561 187,3 6 650 849,6" изложить в следующей редакции: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педагогов, учителей, воспитателей, руководителей в сфере образования, экспертов и специалистов в сфере молодежной политики, общественных и государственных деятелей, амбассадоров и представителей бизнес-сообщества в субъектах Российской Федерации и за рубежом (Предоставление субсидий бюджетным, автономным учреждениям и иным некоммерческим организациям) 5 904 604,2 6 561 187,3 6 650 849,6"</w:t>
      </w:r>
    </w:p>
    <w:p>
      <w:r>
        <w:rPr>
          <w:b/>
        </w:rPr>
        <w:t xml:space="preserve">40. </w:t>
      </w:r>
      <w:r>
        <w:t>строку "Грант в форме субсидии Ассоциации волонтерских центров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(Предоставление субсидий бюджетным, автономным учреждениям и иным некоммерческим организациям) 1 214 422,3 1 190 749,4 1 200 217,7" изложить в следующей редакции: "Грант в форме субсидии ассоциации волонтерских центров, некоммерческих организаций и институтов общественного развития "Добро.рф"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(Предоставление субсидий бюджетным, автономным учреждениям и иным некоммерческим организациям) 1 214 422,3 1 190 749,4 1 200 217,7"</w:t>
      </w:r>
    </w:p>
    <w:p>
      <w:r>
        <w:rPr>
          <w:b/>
        </w:rPr>
        <w:t xml:space="preserve">40. </w:t>
      </w:r>
      <w:r>
        <w:t>строку "Федеральный проект "Ведущие школы" +26,8" изложить в следующей редакции: "Федеральный проект "Передовые общеобразовательные организации" +26,8"</w:t>
      </w:r>
    </w:p>
    <w:p>
      <w:r>
        <w:rPr>
          <w:b/>
        </w:rPr>
        <w:t xml:space="preserve">40. </w:t>
      </w:r>
      <w:r>
        <w:t>строку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на базе подмосковного образовательного молодежного центра "Мастерская управления "Сенеж" (Предоставление субсидий бюджетным, автономным учреждениям и иным некоммерческим организациям) +1 221 067,0" изложить в следующей редакции: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в том числе на базе подмосковного образовательного молодежного центра "Мастерская управления "Сенеж" и за рубежом (Предоставление субсидий бюджетным, автономным учреждениям и иным некоммерческим организациям) +1 221 067,0"</w:t>
      </w:r>
    </w:p>
    <w:p>
      <w:r>
        <w:rPr>
          <w:b/>
        </w:rPr>
        <w:t xml:space="preserve">40. </w:t>
      </w:r>
      <w:r>
        <w:t>строку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и общественных деятелей в субъектах Российской Федерации (Предоставление субсидий бюджетным, автономным учреждениям и иным некоммерческим организациям) +19 506,4" изложить в следующей редакции: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педагогов, учителей, воспитателей, руководителей в сфере образования, экспертов и специалистов в сфере молодежной политики, общественных и государственных деятелей, амбассадоров и представителей бизнес-сообщества в субъектах Российской Федерации и за рубежом (Предоставление субсидий бюджетным, автономным учреждениям и иным некоммерческим организациям) +19 506,4"</w:t>
      </w:r>
    </w:p>
    <w:p>
      <w:r>
        <w:rPr>
          <w:b/>
        </w:rPr>
        <w:t xml:space="preserve">40. </w:t>
      </w:r>
      <w:r>
        <w:t>строку "Грант в форме субсидии Ассоциации волонтерских центров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(Предоставление субсидий бюджетным, автономным учреждениям и иным некоммерческим организациям) +2 781,2" изложить в следующей редакции: "Грант в форме субсидии ассоциации волонтерских центров, некоммерческих организаций и институтов общественного развития "Добро.рф"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(Предоставление субсидий бюджетным, автономным учреждениям и иным некоммерческим организациям) +2 781,2"</w:t>
      </w:r>
    </w:p>
    <w:p>
      <w:r>
        <w:rPr>
          <w:b/>
        </w:rPr>
        <w:t xml:space="preserve">40. </w:t>
      </w:r>
      <w:r>
        <w:t>строку "Субсидия Фонду по сохранению, воссозданию исторического облика и развитию г. Сергиев Посад Московской области на обеспечение деятельности (Предоставление субсидий бюджетным, автономным учреждениям и иным некоммерческим организациям) 209 586,5 209 586,5 209 586,5" изложить в следующей редакции: "Субсидия Фонду по сохранению, воссозданию исторического облика и развитию г. Сергиев Посад Московской области на обеспечение деятельности и реализацию мероприятий по социально-экономическому развитию г. Сергиев Посад Московской области (Предоставление субсидий бюджетным, автономным учреждениям и иным некоммерческим организациям) 209 586,5 209 586,5 209 586,5"</w:t>
      </w:r>
    </w:p>
    <w:p>
      <w:r>
        <w:rPr>
          <w:b/>
        </w:rPr>
        <w:t xml:space="preserve">40. </w:t>
      </w:r>
      <w:r>
        <w:t>строку "Федеральный проект "Ведущие школы" 3 031 423,5 6 796 000,0 6 796 000,0" изложить в следующей редакции: "Федеральный проект "Передовые общеобразовательные организации" 3 031 423,5 6 796 000,0 6 796 000,0"</w:t>
      </w:r>
    </w:p>
    <w:p>
      <w:r>
        <w:rPr>
          <w:b/>
        </w:rPr>
        <w:t xml:space="preserve">40. </w:t>
      </w:r>
      <w:r>
        <w:t>строку "Строительство и оснащение ведущих общеобразовательных организаций (Межбюджетные трансферты) 3 031 423,5 6 796 000,0 6 796 000,0" изложить в следующей редакции: "Строительство и оснащение передовых общеобразовательных организаций (Межбюджетные трансферты) 3 031 423,5 6 796 000,0 6 796 000,0"</w:t>
      </w:r>
    </w:p>
    <w:p>
      <w:r>
        <w:rPr>
          <w:b/>
        </w:rPr>
        <w:t xml:space="preserve">40. </w:t>
      </w:r>
      <w:r>
        <w:t>строку "Федеральный проект "Ведущие школы" 120 000,0 120 000,0 120 000,0" изложить в следующей редакции: "Федеральный проект "Передовые общеобразовательные организации" 120 000,0 120 000,0 120 000,0"</w:t>
      </w:r>
    </w:p>
    <w:p>
      <w:r>
        <w:rPr>
          <w:b/>
        </w:rPr>
        <w:t xml:space="preserve">40. </w:t>
      </w:r>
      <w:r>
        <w:t>строку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на базе подмосковного образовательного молодежного центра "Мастерская управления "Сенеж" (Предоставление субсидий бюджетным, автономным учреждениям и иным некоммерческим организациям) 4 400 731,2 4 727 123,4 4 955 686,1" изложить в следующей редакции: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в том числе на базе подмосковного образовательного молодежного центра "Мастерская управления "Сенеж" и за рубежом (Предоставление субсидий бюджетным, автономным учреждениям и иным некоммерческим организациям) 4 400 731,2 4 727 123,4 4 955 686,1"</w:t>
      </w:r>
    </w:p>
    <w:p>
      <w:r>
        <w:rPr>
          <w:b/>
        </w:rPr>
        <w:t xml:space="preserve">40. </w:t>
      </w:r>
      <w:r>
        <w:t>строку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и общественных деятелей в субъектах Российской Федерации (Предоставление субсидий бюджетным, автономным учреждениям и иным некоммерческим организациям) 5 904 604,2 6 561 187,3 6 650 849,6" изложить в следующей редакции: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педагогов, учителей, воспитателей, руководителей в сфере образования, экспертов и специалистов в сфере молодежной политики, общественных и государственных деятелей, амбассадоров и представителей бизнес-сообщества в субъектах Российской Федерации и за рубежом (Предоставление субсидий бюджетным, автономным учреждениям и иным некоммерческим организациям) 5 904 604,2 6 561 187,3 6 650 849,6"</w:t>
      </w:r>
    </w:p>
    <w:p>
      <w:r>
        <w:rPr>
          <w:b/>
        </w:rPr>
        <w:t xml:space="preserve">40. </w:t>
      </w:r>
      <w:r>
        <w:t>строку "Грант в форме субсидии Ассоциации волонтерских центров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(Предоставление субсидий бюджетным, автономным учреждениям и иным некоммерческим организациям) 1 214 422,3 1 190 749,4 1 200 217,7" изложить в следующей редакции: "Грант в форме субсидии ассоциации волонтерских центров, некоммерческих организаций и институтов общественного развития "Добро.рф"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(Предоставление субсидий бюджетным, автономным учреждениям и иным некоммерческим организациям) 1 214 422,3 1 190 749,4 1 200 217,7"</w:t>
      </w:r>
    </w:p>
    <w:p>
      <w:r>
        <w:rPr>
          <w:b/>
        </w:rPr>
        <w:t xml:space="preserve">40. </w:t>
      </w:r>
      <w:r>
        <w:t>строку "Федеральный проект "Ведущие школы" 4 000,0 4 000,0 4 000,0" изложить в следующей редакции: "Федеральный проект "Передовые общеобразовательные организации" 4 000,0 4 000,0 4 000,0"</w:t>
      </w:r>
    </w:p>
    <w:p>
      <w:r>
        <w:rPr>
          <w:b/>
        </w:rPr>
        <w:t xml:space="preserve">40. </w:t>
      </w:r>
      <w:r>
        <w:t>строку "Создание условий для показа национальных кинофильмов в кинозалах, расположенных в населенных пунктах с численностью населения до 500 тысяч человек (Предоставление субсидий бюджетным, автономным учреждениям и иным некоммерческим организациям) 325 000,0 815 000,0 1 170 000,0" изложить в следующей редакции: "Субсидия Федеральному фонду социальной и экономической поддержки отечественной кинематографии в целях создания условий для показа национальных фильмов в населенных пунктах с численностью населения до 500 тысяч человек (Предоставление субсидий бюджетным, автономным учреждениям и иным некоммерческим организациям) 325 000,0 815 000,0 1 170 000,0"</w:t>
      </w:r>
    </w:p>
    <w:p>
      <w:r>
        <w:rPr>
          <w:b/>
        </w:rPr>
        <w:t xml:space="preserve">40. </w:t>
      </w:r>
      <w:r>
        <w:t>строку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на базе подмосковного образовательного молодежного центра "Мастерская управления "Сенеж" (Предоставление субсидий бюджетным, автономным учреждениям и иным некоммерческим организациям) 600 +1 221 067,0" изложить в следующей редакции: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в том числе на базе подмосковного образовательного молодежного центра "Мастерская управления "Сенеж" и за рубежом (Предоставление субсидий бюджетным, автономным учреждениям и иным некоммерческим организациям) 600 +1 221 067,0"</w:t>
      </w:r>
    </w:p>
    <w:p>
      <w:r>
        <w:rPr>
          <w:b/>
        </w:rPr>
        <w:t xml:space="preserve">40. </w:t>
      </w:r>
      <w:r>
        <w:t>строку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и общественных деятелей в субъектах Российской Федерации (Предоставление субсидий бюджетным, автономным учреждениям и иным некоммерческим организациям) 600 +19 506,4" изложить в следующей редакции: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педагогов, учителей, воспитателей, руководителей в сфере образования, экспертов и специалистов в сфере молодежной политики, общественных и государственных деятелей, амбассадоров и представителей бизнес-сообщества в субъектах Российской Федерации и за рубежом (Предоставление субсидий бюджетным, автономным учреждениям и иным некоммерческим организациям) 600 +19 506,4"</w:t>
      </w:r>
    </w:p>
    <w:p>
      <w:r>
        <w:rPr>
          <w:b/>
        </w:rPr>
        <w:t xml:space="preserve">40. </w:t>
      </w:r>
      <w:r>
        <w:t>строку "Грант в форме субсидии Ассоциации волонтерских центров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(Предоставление субсидий бюджетным, автономным учреждениям и иным некоммерческим организациям) 600 +2 781,2" изложить в следующей редакции: "Грант в форме субсидии ассоциации волонтерских центров, некоммерческих организаций и институтов общественного развития "Добро.рф"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(Предоставление субсидий бюджетным, автономным учреждениям и иным некоммерческим организациям) 600 +2 781,2"</w:t>
      </w:r>
    </w:p>
    <w:p>
      <w:r>
        <w:rPr>
          <w:b/>
        </w:rPr>
        <w:t xml:space="preserve">40. </w:t>
      </w:r>
      <w:r>
        <w:t>строку "Федеральный проект "Ведущие школы" +26,8" изложить в следующей редакции: "Федеральный проект "Передовые общеобразовательные организации" +26,8"</w:t>
      </w:r>
    </w:p>
    <w:p>
      <w:r>
        <w:rPr>
          <w:b/>
        </w:rPr>
        <w:t xml:space="preserve">40. </w:t>
      </w:r>
      <w:r>
        <w:t>строку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на базе подмосковного образовательного молодежного центра "Мастерская управления "Сенеж" (Предоставление субсидий бюджетным, автономным учреждениям и иным некоммерческим организациям) 600 4 400 731,2 4 727 123,4 4 955 686,1" изложить в следующей редакции: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в том числе на базе подмосковного образовательного молодежного центра "Мастерская управления "Сенеж" и за рубежом (Предоставление субсидий бюджетным, автономным учреждениям и иным некоммерческим организациям) 600 4 400 731,2 4 727 123,4 4 955 686,1"</w:t>
      </w:r>
    </w:p>
    <w:p>
      <w:r>
        <w:rPr>
          <w:b/>
        </w:rPr>
        <w:t xml:space="preserve">40. </w:t>
      </w:r>
      <w:r>
        <w:t>строку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и общественных деятелей в субъектах Российской Федерации (Предоставление субсидий бюджетным, автономным учреждениям и иным некоммерческим организациям) 600 5 904 604,2 6 561 187,3 6 650 849,6" изложить в следующей редакции: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педагогов, учителей, воспитателей, руководителей в сфере образования, экспертов и специалистов в сфере молодежной политики, общественных и государственных деятелей, амбассадоров и представителей бизнес-сообщества в субъектах Российской Федерации и за рубежом (Предоставление субсидий бюджетным, автономным учреждениям и иным некоммерческим организациям) 600 5 904 604,2 6 561 187,3 6 650 849,6"</w:t>
      </w:r>
    </w:p>
    <w:p>
      <w:r>
        <w:rPr>
          <w:b/>
        </w:rPr>
        <w:t xml:space="preserve">40. </w:t>
      </w:r>
      <w:r>
        <w:t>строку "Федеральный проект "Ведущие школы" 3 155 423,5 6 920 000,0 6 920 000,0" изложить в следующей редакции: "Федеральный проект "Передовые общеобразовательные организации" 3 155 423,5 6 920 000,0 6 920 000,0"</w:t>
      </w:r>
    </w:p>
    <w:p>
      <w:r>
        <w:rPr>
          <w:b/>
        </w:rPr>
        <w:t xml:space="preserve">40. </w:t>
      </w:r>
      <w:r>
        <w:t>строку "Строительство и оснащение ведущих общеобразовательных организаций (Межбюджетные трансферты) 500 3 031 423,5 6 796 000,0 6 796 000,0" изложить в следующей редакции: "Строительство и оснащение передовых общеобразовательных организаций (Межбюджетные трансферты) 500 3 031 423,5 6 796 000,0 6 796 000,0"</w:t>
      </w:r>
    </w:p>
    <w:p>
      <w:r>
        <w:rPr>
          <w:b/>
        </w:rPr>
        <w:t xml:space="preserve">40. </w:t>
      </w:r>
      <w:r>
        <w:t>строку "Субсидия Фонду по сохранению, воссозданию исторического облика и развитию г. Сергиев Посад Московской области на обеспечение деятельности (Предоставление субсидий бюджетным, автономным учреждениям и иным некоммерческим организациям) 600 209 586,5 209 586,5 209 586,5" изложить в следующей редакции: "Субсидия Фонду по сохранению, воссозданию исторического облика и развитию г. Сергиев Посад Московской области на обеспечение деятельности и реализацию мероприятий по социально-экономическому развитию г. Сергиев Посад Московской области (Предоставление субсидий бюджетным, автономным учреждениям и иным некоммерческим организациям) 600 209 586,5 209 586,5 209 586,5"</w:t>
      </w:r>
    </w:p>
    <w:p>
      <w:r>
        <w:rPr>
          <w:b/>
        </w:rPr>
        <w:t xml:space="preserve">40. </w:t>
      </w:r>
      <w:r>
        <w:t>строку "Грант в форме субсидии Ассоциации волонтерских центров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(Предоставление субсидий бюджетным, автономным учреждениям и иным некоммерческим организациям) 600 1 214 422,3 1 190 749,4 1 200 217,7" изложить в следующей редакции: "Грант в форме субсидии ассоциации волонтерских центров, некоммерческих организаций и институтов общественного развития "Добро.рф"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(Предоставление субсидий бюджетным, автономным учреждениям и иным некоммерческим организациям) 600 1 214 422,3 1 190 749,4 1 200 217,7"</w:t>
      </w:r>
    </w:p>
    <w:p>
      <w:r>
        <w:rPr>
          <w:b/>
        </w:rPr>
        <w:t xml:space="preserve">40. </w:t>
      </w:r>
      <w:r>
        <w:t>строку "Создание условий для показа национальных кинофильмов в кинозалах, расположенных в населенных пунктах с численностью населения до 500 тысяч человек (Предоставление субсидий бюджетным, автономным учреждениям и иным некоммерческим организациям) 600 325 000,0 815 000,0 1 170 000,0" изложить в следующей редакции: "Субсидия Федеральному фонду социальной и экономической поддержки отечественной кинематографии в целях создания условий для показа национальных фильмов в населенных пунктах с численностью населения до 500 тысяч человек (Предоставление субсидий бюджетным, автономным учреждениям и иным некоммерческим организациям) 600 325 000,0 815 000,0 1 170 000,0"</w:t>
      </w:r>
    </w:p>
    <w:p>
      <w:r>
        <w:rPr>
          <w:b/>
        </w:rPr>
        <w:t xml:space="preserve">40. </w:t>
      </w:r>
      <w:r>
        <w:t>строку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на базе подмосковного образовательного молодежного центра "Мастерская управления "Сенеж" (Предоставление субсидий бюджетным, автономным учреждениям и иным некоммерческим организациям) 600 +1 221 067,0" изложить в следующей редакции: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в том числе на базе подмосковного образовательного молодежного центра "Мастерская управления "Сенеж" и за рубежом (Предоставление субсидий бюджетным, автономным учреждениям и иным некоммерческим организациям) 600 +1 221 067,0"</w:t>
      </w:r>
    </w:p>
    <w:p>
      <w:r>
        <w:rPr>
          <w:b/>
        </w:rPr>
        <w:t xml:space="preserve">40. </w:t>
      </w:r>
      <w:r>
        <w:t>строку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и общественных деятелей в субъектах Российской Федерации (Предоставление субсидий бюджетным, автономным учреждениям и иным некоммерческим организациям) 600 +19 506,4" изложить в следующей редакции: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педагогов, учителей, воспитателей, руководителей в сфере образования, экспертов и специалистов в сфере молодежной политики, общественных и государственных деятелей, амбассадоров и представителей бизнес-сообщества в субъектах Российской Федерации и за рубежом (Предоставление субсидий бюджетным, автономным учреждениям и иным некоммерческим организациям) 600 +19 506,4"</w:t>
      </w:r>
    </w:p>
    <w:p>
      <w:r>
        <w:rPr>
          <w:b/>
        </w:rPr>
        <w:t xml:space="preserve">40. </w:t>
      </w:r>
      <w:r>
        <w:t>строку "Грант в форме субсидии Ассоциации волонтерских центров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(Предоставление субсидий бюджетным, автономным учреждениям и иным некоммерческим организациям) 600 +2 781,2" изложить в следующей редакции: "Грант в форме субсидии ассоциации волонтерских центров, некоммерческих организаций и институтов общественного развития "Добро.рф"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(Предоставление субсидий бюджетным, автономным учреждениям и иным некоммерческим организациям) 600 +2 781,2"</w:t>
      </w:r>
    </w:p>
    <w:p>
      <w:r>
        <w:rPr>
          <w:b/>
        </w:rPr>
        <w:t xml:space="preserve">40. </w:t>
      </w:r>
      <w:r>
        <w:t>строку "Федеральный проект "Ведущие школы" +26,8" изложить в следующей редакции: "Федеральный проект "Передовые общеобразовательные организации" +26,8"</w:t>
      </w:r>
    </w:p>
    <w:p>
      <w:r>
        <w:rPr>
          <w:b/>
        </w:rPr>
        <w:t xml:space="preserve">40. </w:t>
      </w:r>
      <w:r>
        <w:t>строку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на базе подмосковного образовательного молодежного центра "Мастерская управления "Сенеж" 4 400 731,2 4 727 123,4 4 955 686,1" изложить в следующей редакции: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в том числе на базе подмосковного образовательного молодежного центра "Мастерская управления "Сенеж" и за рубежом 4 400 731,2 4 727 123,4 4 955 686,1"</w:t>
      </w:r>
    </w:p>
    <w:p>
      <w:r>
        <w:rPr>
          <w:b/>
        </w:rPr>
        <w:t xml:space="preserve">40. </w:t>
      </w:r>
      <w:r>
        <w:t>строку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и общественных деятелей в субъектах Российской Федерации 5 904 604,2 6 561 187,3 6 650 849,6" изложить в следующей редакции: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педагогов, учителей, воспитателей, руководителей в сфере образования, экспертов и специалистов в сфере молодежной политики, общественных и государственных деятелей, амбассадоров и представителей бизнес-сообщества в субъектах Российской Федерации и за рубежом 5 904 604,2 6 561 187,3 6 650 849,6"</w:t>
      </w:r>
    </w:p>
    <w:p>
      <w:r>
        <w:rPr>
          <w:b/>
        </w:rPr>
        <w:t xml:space="preserve">40. </w:t>
      </w:r>
      <w:r>
        <w:t>строку "Грант в форме субсидии Ассоциации волонтерских центров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1 214 422,3 1 190 749,4 1 200 217,7" изложить в следующей редакции: "Грант в форме субсидии ассоциации волонтерских центров, некоммерческих организаций и институтов общественного развития "Добро.рф"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1 214 422,3 1 190 749,4 1 200 217,7"</w:t>
      </w:r>
    </w:p>
    <w:p>
      <w:r>
        <w:rPr>
          <w:b/>
        </w:rPr>
        <w:t xml:space="preserve">40. </w:t>
      </w:r>
      <w:r>
        <w:t>строку "Субсидия Фонду по сохранению, воссозданию исторического облика и развитию г. Сергиев Посад Московской области на обеспечение деятельности 209 586,5 209 586,5 209 586,5" изложить в следующей редакции: "Субсидия Фонду по сохранению, воссозданию исторического облика и развитию г. Сергиев Посад Московской области на обеспечение деятельности и реализацию мероприятий по социально-экономическому развитию г. Сергиев Посад Московской области 209 586,5 209 586,5 209 586,5"</w:t>
      </w:r>
    </w:p>
    <w:p>
      <w:r>
        <w:rPr>
          <w:b/>
        </w:rPr>
        <w:t xml:space="preserve">40. </w:t>
      </w:r>
      <w:r>
        <w:t>строку "Создание условий для показа национальных кинофильмов в кинозалах, расположенных в населенных пунктах с численностью населения до 500 тысяч человек 325 000,0 815 000,0 1 170 000,0" изложить в следующей редакции: "Субсидия Федеральному фонду социальной и экономической поддержки отечественной кинематографии в целях создания условий для показа национальных фильмов в населенных пунктах с численностью населения до 500 тысяч человек 325 000,0 815 000,0 1 170 000,0"</w:t>
      </w:r>
    </w:p>
    <w:p>
      <w:r>
        <w:rPr>
          <w:b/>
        </w:rPr>
        <w:t xml:space="preserve">40. </w:t>
      </w:r>
      <w:r>
        <w:t>строку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на базе подмосковного образовательного молодежного центра "Мастерская управления "Сенеж" +1 221 067,0" изложить в следующей редакции: "Грант в форме субсидии автономной некоммерческой организации "Россия - страна возможностей" на финансовое обеспечение проведения образовательных мероприятий, в том числе на базе подмосковного образовательного молодежного центра "Мастерская управления "Сенеж" и за рубежом +1 221 067,0"</w:t>
      </w:r>
    </w:p>
    <w:p>
      <w:r>
        <w:rPr>
          <w:b/>
        </w:rPr>
        <w:t xml:space="preserve">40. </w:t>
      </w:r>
      <w:r>
        <w:t>строку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и общественных деятелей в субъектах Российской Федерации +19 506,4" изложить в следующей редакции: "Грант в форме субсидии Общероссийской общественно-государственной просветительской организации "Российское общество "Знание" в целях организации мероприятий по просветительской деятельности экспертов, деятелей науки и культуры, выдающихся ученых, спортсменов, педагогов, учителей, воспитателей, руководителей в сфере образования, экспертов и специалистов в сфере молодежной политики, общественных и государственных деятелей, амбассадоров и представителей бизнес-сообщества в субъектах Российской Федерации и за рубежом +19 506,4"</w:t>
      </w:r>
    </w:p>
    <w:p>
      <w:r>
        <w:rPr>
          <w:b/>
        </w:rPr>
        <w:t xml:space="preserve">40. </w:t>
      </w:r>
      <w:r>
        <w:t>строку "Грант в форме субсидии Ассоциации волонтерских центров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+2 781,2" изложить в следующей редакции: "Грант в форме субсидии ассоциации волонтерских центров, некоммерческих организаций и институтов общественного развития "Добро.рф" на финансовое обеспечение мероприятий в целях развития волонтерской (добровольческой) деятельности, создания инфраструктуры поддержки волонтерства (добровольчества) во всех сферах человеческой деятельности +2 781,2"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