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статье 32 Федерального закона от 7 февраля 2011 года № 3-ФЗ "О полиции" (Собрание законодательства Российской Федерации, 2011, № 7, ст. 900) слова "а также стажеры" исключить.</w:t>
      </w:r>
    </w:p>
    <w:p>
      <w:r>
        <w:rPr>
          <w:b/>
        </w:rPr>
        <w:t>Статья 2</w:t>
      </w:r>
    </w:p>
    <w:p>
      <w:r>
        <w:t>Часть 8 статьи 3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№ 49, ст. 7020; 2013, № 27, ст. 3477; № 48, ст. 6165; 2014, № 45, ст. 6152; 2016, № 27, ст. 4160; 2020, № 31, ст. 5047) дополнить пунктом 11 следующего содержания: "11) в связи с признанием сотрудника, проходящего испытание, не выдержавшим испытание.".</w:t>
      </w:r>
    </w:p>
    <w:p>
      <w:r>
        <w:rPr>
          <w:b/>
        </w:rPr>
        <w:t>Статья 3</w:t>
      </w:r>
    </w:p>
    <w:p>
      <w:r>
        <w:t>Внести в Федеральный закон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2012, № 50, ст. 6954; 2013, № 19, ст. 2329; № 27, ст. 3477; 2014, № 52, ст. 7542; 2015, № 7, ст. 1022; 2016, № 27, ст. 4160, 4233; 2019, № 31, ст. 4477; № 40, ст. 5488; 2020, № 31, ст. 5027; № 48, ст. 7635; 2021, № 1, ст. 56; № 18, ст. 3060; 2022, № 50, ст. 8792; 2023, № 16, ст. 2755; № 32, ст. 6168; 2024, № 49, ст. 7433) следующие изменения: 1) пункт 1 части 4 статьи 19 изложить в следующей редакции: "1) о заключении с гражданином контракта с условием об испытании, предусмотренном статьей 24 настоящего Федерального закона;"; 2) в статье 22: а) в части 5: в пункте 1 слова ", если иное не предусмотрено Федеральным законом "О полиции" исключить; в пункте 12 слова "и Федеральным законом "О полиции" исключить; б) в части 6 слова "и Федеральным законом "О полиции" исключить; в) в части 10 слова "и Федеральным законом "О полиции" исключить; 3) статью 24 изложить в следующей редакции: "Статья 24. Испытание при поступлении на службу в органы внутренних дел 1. Для гражданина, поступившего на службу в органы внутренних дел, в целях проверки уровня его подготовки и соответствия должности в органах внутренних дел, на замещение которой он претендует, устанавливается испытание на срок от двух до шести месяцев, за исключением случаев, установленных частями 9 и 10 настоящей статьи. При поступлении на службу в органы внутренних дел и назначении на должность, при замещении которой присваивается специальное звание полиции, установление испытания на срок менее трех месяцев не допускается.</w:t>
      </w:r>
    </w:p>
    <w:p>
      <w:r>
        <w:rPr>
          <w:b/>
        </w:rPr>
        <w:t xml:space="preserve">2. </w:t>
      </w:r>
      <w:r>
        <w:t>Сотрудник органов внутренних дел, проходящий испытание, назначается на соответствующую должность в органах внутренних дел, выполняет служебные обязанности и пользуется правами в соответствии с замещаемой должностью в органах внутренних дел и условиями контракта</w:t>
      </w:r>
    </w:p>
    <w:p>
      <w:r>
        <w:rPr>
          <w:b/>
        </w:rPr>
        <w:t xml:space="preserve">3. </w:t>
      </w:r>
      <w:r>
        <w:t>Сотруднику органов внутренних дел, проходящему испытание, до успешного завершения профессионального обучения по программам профессиональной подготовки в целях приобретения им основных профессиональных знаний, умений, навыков и компетенции, необходимых для выполнения служебных обязанностей, не разрешаются ношение и хранение огнестрельного оружия и специальных средств. Запрещается привлекать такого сотрудника к участию в мероприятиях, если может возникнуть угроза его жизни либо если его самостоятельные действия в силу профессиональной неподготовленности могут привести к нарушению, ущемлению прав, свобод и законных интересов граждан</w:t>
      </w:r>
    </w:p>
    <w:p>
      <w:r>
        <w:rPr>
          <w:b/>
        </w:rPr>
        <w:t xml:space="preserve">4. </w:t>
      </w:r>
      <w:r>
        <w:t>Сотрудник органов внутренних дел, проходящий испытание, наряду с выполнением основных обязанностей и поручений по должности проходит индивидуальное обучение по месту службы под руководством непосредственного руководителя (начальника) и наставника из числа опытных сотрудников органов внутренних дел, назначаемого приказом уполномоченного руководителя. Порядок организации индивидуального обучения сотрудника органов внутренних дел, проходящего испытание, изучения его личных и деловых качеств и порядок оценки результатов индивидуального обучения такого сотрудника устанавливаются федеральным органом исполнительной власти в сфере внутренних дел. В период прохождения испытания осуществляется дальнейшее изучение личных и деловых качеств такого сотрудника</w:t>
      </w:r>
    </w:p>
    <w:p>
      <w:r>
        <w:rPr>
          <w:b/>
        </w:rPr>
        <w:t xml:space="preserve">5. </w:t>
      </w:r>
      <w:r>
        <w:t>Не позднее чем за 14 дней до окончания срока испытания непосредственный руководитель (начальник) сотрудника органов внутренних дел, проходящего испытание, подготавливает заключение в письменной форме о выполнении таким сотрудником служебных обязанностей в период прохождения испытания. Это заключение после ознакомления с ним такого сотрудника представляется уполномоченному руководителю на утверждение</w:t>
      </w:r>
    </w:p>
    <w:p>
      <w:r>
        <w:rPr>
          <w:b/>
        </w:rPr>
        <w:t xml:space="preserve">6. </w:t>
      </w:r>
      <w:r>
        <w:t>Заключение, указанное в части 5 настоящей статьи, должно содержать одну из следующих рекомендаций</w:t>
      </w:r>
    </w:p>
    <w:p>
      <w:r>
        <w:rPr>
          <w:b/>
        </w:rPr>
        <w:t xml:space="preserve">7. </w:t>
      </w:r>
      <w:r>
        <w:t>На основании заключения, указанного в части 5 настоящей статьи, уполномоченный руководитель не позднее чем за три дня до окончания срока испытания принимает одно из следующих решений</w:t>
      </w:r>
    </w:p>
    <w:p>
      <w:r>
        <w:rPr>
          <w:b/>
        </w:rPr>
        <w:t xml:space="preserve">8. </w:t>
      </w:r>
      <w:r>
        <w:t>В срок испытания не засчитывается период профессионального обучения сотрудника органов внутренних дел по программам профессиональной подготовки в целях приобретения им основных профессиональных знаний, умений, навыков и компетенции, необходимых для выполнения служебных обязанностей. Увеличение срока испытания на период профессионального обучения такого сотрудника по программам профессиональной подготовки в целях приобретения им основных профессиональных знаний, умений, навыков и компетенции, необходимых для выполнения служебных обязанностей, оформляется приказом уполномоченного руководителя</w:t>
      </w:r>
    </w:p>
    <w:p>
      <w:r>
        <w:rPr>
          <w:b/>
        </w:rPr>
        <w:t xml:space="preserve">9. </w:t>
      </w:r>
      <w:r>
        <w:t>Испытание не устанавливается</w:t>
      </w:r>
    </w:p>
    <w:p>
      <w:r>
        <w:rPr>
          <w:b/>
        </w:rPr>
        <w:t xml:space="preserve">10. </w:t>
      </w:r>
      <w:r>
        <w:t>По решению руководителя федерального органа исполнительной власти в сфере внутренних дел или уполномоченного руководителя испытание может не устанавливаться для граждан, замещавших должности в федеральном органе исполнительной власти в сфере внутренних дел, его территориальных органах или подразделениях, а также для граждан, ранее проходивших службу в иных федеральных органах исполнительной власти на должностях, по которым предусмотрено присвоение специальных (воинских) званий.";</w:t>
      </w:r>
    </w:p>
    <w:p>
      <w:r>
        <w:rPr>
          <w:b/>
        </w:rPr>
        <w:t xml:space="preserve">6. </w:t>
      </w:r>
      <w:r>
        <w:t>о признании сотрудника органов внутренних дел, проходящего испытание, выдержавшим испытание</w:t>
      </w:r>
    </w:p>
    <w:p>
      <w:r>
        <w:rPr>
          <w:b/>
        </w:rPr>
        <w:t xml:space="preserve">6. </w:t>
      </w:r>
      <w:r>
        <w:t>о признании сотрудника органов внутренних дел, проходящего испытание, не выдержавшим испытание</w:t>
      </w:r>
    </w:p>
    <w:p>
      <w:r>
        <w:rPr>
          <w:b/>
        </w:rPr>
        <w:t xml:space="preserve">7. </w:t>
      </w:r>
      <w:r>
        <w:t>о дальнейшем прохождении сотрудником органов внутренних дел, выдержавшим испытание, службы в органах внутренних дел</w:t>
      </w:r>
    </w:p>
    <w:p>
      <w:r>
        <w:rPr>
          <w:b/>
        </w:rPr>
        <w:t xml:space="preserve">7. </w:t>
      </w:r>
      <w:r>
        <w:t>о расторжении с сотрудником органов внутренних дел, не выдержавшим испытание, контракта и об увольнении его со службы в органах внутренних дел</w:t>
      </w:r>
    </w:p>
    <w:p>
      <w:r>
        <w:rPr>
          <w:b/>
        </w:rPr>
        <w:t xml:space="preserve">9. </w:t>
      </w:r>
      <w:r>
        <w:t>для граждан, назначаемых на должности высшего начальствующего состава</w:t>
      </w:r>
    </w:p>
    <w:p>
      <w:r>
        <w:rPr>
          <w:b/>
        </w:rPr>
        <w:t xml:space="preserve">9. </w:t>
      </w:r>
      <w:r>
        <w:t>для граждан, поступающих в образовательные организации высшего образования федерального органа исполнительной власти в сфере внутренних дел для обучения по очной форме</w:t>
      </w:r>
    </w:p>
    <w:p>
      <w:r>
        <w:rPr>
          <w:b/>
        </w:rPr>
        <w:t xml:space="preserve">9. </w:t>
      </w:r>
      <w:r>
        <w:t>для граждан, назначаемых на должности по результатам конкурса</w:t>
      </w:r>
    </w:p>
    <w:p>
      <w:r>
        <w:rPr>
          <w:b/>
        </w:rPr>
        <w:t xml:space="preserve">9. </w:t>
      </w:r>
      <w:r>
        <w:t>для граждан, с которыми заключается срочный контракт в соответствии с пунктом 71 части 5 статьи 22 настоящего Федерального закона</w:t>
      </w:r>
    </w:p>
    <w:p>
      <w:r>
        <w:rPr>
          <w:b/>
        </w:rPr>
        <w:t xml:space="preserve">10. </w:t>
      </w:r>
      <w:r>
        <w:t>пункт 11 части 2 статьи 38 признать утратившим силу</w:t>
      </w:r>
    </w:p>
    <w:p>
      <w:r>
        <w:rPr>
          <w:b/>
        </w:rPr>
        <w:t xml:space="preserve">10. </w:t>
      </w:r>
      <w:r>
        <w:t>в части 4 статьи 69 слова "или 14" заменить словами ", 14 или 15"</w:t>
      </w:r>
    </w:p>
    <w:p>
      <w:r>
        <w:rPr>
          <w:b/>
        </w:rPr>
        <w:t xml:space="preserve">10. </w:t>
      </w:r>
      <w:r>
        <w:t>часть 3 статьи 82 дополнить пунктом 15 следующего содержания: "15) в связи с признанием сотрудника, проходящего испытание, не выдержавшим испытание."</w:t>
      </w:r>
    </w:p>
    <w:p>
      <w:r>
        <w:rPr>
          <w:b/>
        </w:rPr>
        <w:t xml:space="preserve">10. </w:t>
      </w:r>
      <w:r>
        <w:t>в части 12 статьи 89 слова "и 14" заменить словами ", 14 и 15"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Трудовые договоры с условием о прохождении испытания, заключенные с гражданами до дня вступления в силу настоящего Федерального закона, действуют в порядке и на условиях их заключения. В этом случае испытание в соответствии со статьей 24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(в редакции настоящего Федерального закона) не устанавливается</w:t>
      </w:r>
    </w:p>
    <w:p>
      <w:r>
        <w:rPr>
          <w:b/>
        </w:rPr>
        <w:t xml:space="preserve">3. </w:t>
      </w:r>
      <w:r>
        <w:t>В стаж службы (выслугу лет) в органах внутренних дел Российской Федерации для назначения пенсии за выслугу лет, ежемесячной надбавки за стаж службы (выслугу лет), выплаты единовременного пособия при увольнении сотрудника органов внутренних дел Российской Федерации, представления к награждению ведомственными знаками отличия, предоставления иных социальных гарантий засчитывается срок прохождения испытания в соответствии с ранее действовавшим законодательством гражданам, поступившим на службу в органы внутренних дел Российской Федерации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