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2026 год и на плановый период 2027 и 2028 годов</w:t>
      </w:r>
    </w:p>
    <w:p>
      <w:r>
        <w:rPr>
          <w:b/>
        </w:rPr>
        <w:t>Статья 1</w:t>
      </w:r>
    </w:p>
    <w:p>
      <w:r>
        <w:t>Установить, что в 2026 году и в плановый период 2027 и 2028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 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договоров авторского заказа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заболеваний".</w:t>
      </w:r>
    </w:p>
    <w:p>
      <w:r>
        <w:rPr>
          <w:b/>
        </w:rPr>
        <w:t>Статья 2</w:t>
      </w:r>
    </w:p>
    <w:p>
      <w:r>
        <w:t>Установить, что в 2026 году и в плановый период 2027 и 2028 годов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размеров страховых тарифов, установленных статьей 1 настоящего Федерального закона, индивидуальными предпринимателями в части начисленных работникам, являющимся инвалидами I, II или III группы, выплат и иных вознаграждений в натуральной форме в виде товаров (работ, услуг) в рамках трудовых отношений и гражданско-правовых договоров, предметом которых являются выполнение работ и (или) оказание услуг, договоров авторского заказа, если в соответствии с указанными договорами заказчик обязан уплачивать страховщику страховые взносы.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