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ветеранах"</w:t>
      </w:r>
    </w:p>
    <w:p>
      <w:r>
        <w:rPr>
          <w:b/>
        </w:rPr>
        <w:t>Статья None. Федеральный закон   от 29.12.2025 № 572-ФЗ</w:t>
      </w:r>
    </w:p>
    <w:p>
      <w:r>
        <w:t>О внесении изменения в статью 3 Федерального закона "О ветеранах" РОССИЙСКАЯ ФЕДЕРАЦИЯ ФЕДЕРАЛЬНЫЙ ЗАКОН О внесении изменения в статью 3 Федерального закона "О ветеранах" Принят Государственной Думой 23 декабря 2025 года Одобрен Советом Федерации 24 декабря 2025 года Внести в подпункт 8 пункта 1 статьи 3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2002, № 2, ст. 161; № 48, ст. 4743; 2004, № 27, ст. 2711; № 35, ст. 3607; 2016, № 27, ст. 4189; 2018, № 31, ст. 4853; 2019, № 31, ст. 4479; № 40, ст. 5488; 2022, № 8, ст. 1038; № 29, ст. 5248; № 32, ст. 5810; № 48, ст. 8317; 2023, № 18, ст. 3225; 2024, № 1, ст. 20; 2025, № 17, ст. 2112; № 28, ст. 3836; № 44, ст. 6492) изменение, дополнив его словами ", прокуроры и сотрудники Следственного комитета Российской Федерации, исполнявшие свои служебные обязанности в соответствии с решениями органов прокуратуры Российской Федерации или Следственного комитета Российской Федерации на территории Сирийской Арабской Республики с 30 сентября 2015 года, в ходе специальной военной операции на территориях Украины, Донецкой Народной Республики и Луганской Народной Республики с 24 февраля 2022 года, на территориях Запорожской области и Херсонской области с 30 сентября 2022 года". Президент Российской Федерации В.Путин Москва, Кремль 29 декабря 2025 года № 572-ФЗ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