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исполнительном производстве"</w:t>
      </w:r>
    </w:p>
    <w:p>
      <w:r>
        <w:rPr>
          <w:b/>
        </w:rPr>
        <w:t>Статья 1</w:t>
      </w:r>
    </w:p>
    <w:p>
      <w:r>
        <w:t>Внести в Федеральный закон от 2 октября 2007 года № 229-ФЗ "Об исполнительном производстве" (Собрание законодательства Российской Федерации, 2007, № 41, ст. 4849; 2011, № 27, ст. 3873; № 30, ст. 4573; № 49, ст. 7067; № 50, ст. 7352; 2012, № 31, ст. 4333; 2013, № 14, ст. 1657; № 51, ст. 6699; № 52, ст. 7006; 2014, № 11, ст. 1099; № 19, ст. 2331; № 52, ст. 7543; 2015, № 10, ст. 1427; № 48, ст. 6706; 2016, № 1, ст. 13, 45; № 11, ст. 1493; 2017, № 22, ст. 3070; № 47, ст. 6847; 2018, № 49, ст. 7523; 2019, № 8, ст. 715; № 46, ст. 6421; 2020, № 31, ст. 5048; 2021, № 1, ст. 34; № 27, ст. 5062, 5119, 5188; № 52, ст. 8976; 2022, № 1, ст. 13; 2023, № 1, ст. 71; № 31, ст. 5766; № 32, ст. 6121; 2024, № 48, ст. 7198; 2025, № 31, ст. 4641) следующие изменения</w:t>
      </w:r>
    </w:p>
    <w:p>
      <w:r>
        <w:t>в статье 8: а) дополнить частью 21 следующего содержания: "21. Гражданин Республики Беларусь или организация Республики Беларусь, являющиеся взыскателем по исполнительному документу о взыскании алиментов на детей, о возмещении вреда, причиненного жизни или здоровью (в том числе о возмещении вреда в связи со смертью кормильца), о возмещении ущерба, причиненного преступлением, вправе в заявлении о направлении в банк или иную кредитную организацию такого исполнительного документа указать реквизиты своего банковского счета, открытого в белорусской кредитной организации, или счета Министерства финансов Республики Беларусь (его территориального органа), открытого в белорусском банке, на которые следует перечислить взысканные денежные средства."; б) в части 31 слова "частью 2" заменить словами "частью 2 или 21"</w:t>
      </w:r>
    </w:p>
    <w:p>
      <w:r>
        <w:t>статью 30 дополнить частью 23 следующего содержания: "23. Гражданин Республики Беларусь или организация Республики Беларусь, являющиеся взыскателем по исполнительному документу о взыскании алиментов на детей, о возмещении вреда, причиненного жизни или здоровью (в том числе о возмещении вреда в связи со смертью кормильца), о возмещении ущерба, причиненного преступлением, вправе в заявлении о возбуждении исполнительного производства указать реквизиты своего банковского счета, открытого в белорусской кредитной организации, или счета Министерства финансов Республики Беларусь (его территориального органа), открытого в белорусском банке, на которые следует перечислить взысканные денежные средства."</w:t>
      </w:r>
    </w:p>
    <w:p>
      <w:r>
        <w:t>в пункте 1 части 1 статьи 31 слова "частью 22" заменить словами "частью 22 или 23"</w:t>
      </w:r>
    </w:p>
    <w:p>
      <w:r>
        <w:t>в части 7 статьи 70 слова "банковский счет взыскателя, открытый в российской кредитной организации, или его казначейский счет, указанные взыскателем" заменить словами "счет взыскателя, предусмотренный пунктом 1 части 2 или частью 21 статьи 8 настоящего Федерального закона"</w:t>
      </w:r>
    </w:p>
    <w:p>
      <w:r>
        <w:t>в части 2 статьи 72 слова "банковский счет взыскателя, открытый в российской кредитной организации, или его казначейский счет" заменить словами "счет взыскателя, предусмотренный пунктом 1 части 2 или частью 21 статьи 8 настоящего Федерального закона"</w:t>
      </w:r>
    </w:p>
    <w:p>
      <w:r>
        <w:t>в части 1 статьи 110 слова "на банковский счет взыскателя, открытый в российской кредитной организации, или его казначейский счет" заменить словами "на счет взыскателя, предусмотренный частью 22 или 23 статьи 30 настоящего Федерального закона,", слова "банковского счета взыскателя, открытого в российской кредитной организации, или казначейского счета взыскателя" заменить словами "счета взыскателя, предусмотренного частью 22 или 23 статьи 30 настоящего Федерального закона,"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Денежные средства, взысканные по исполнительным производствам, возбужденным до дня вступления в силу настоящего Федерального закона, взыскателями по которым являются государственные органы Республики Беларусь, распределяются в порядке, предусмотренном статьей 110 Федерального закона от 2 октября 2007 года № 229-ФЗ "Об исполнительном производстве" (в редакции настоящего Федерального закона), и подлежат перечислению на их счета (счет Министерства финансов Республики Беларусь (его территориального органа), открытые в Республике Беларусь</w:t>
      </w:r>
    </w:p>
    <w:p>
      <w:r>
        <w:rPr>
          <w:b/>
        </w:rPr>
        <w:t xml:space="preserve">2. </w:t>
      </w:r>
      <w:r>
        <w:t>Исполнительные документы о взыскании денежных средств государственными органами Республики Беларусь, выданные до 9 января 2023 года и не предъявленные к исполнению, могут быть предъявлены к исполнению в порядке, предусмотренном Федеральным законом от 2 октября 2007 года № 229-ФЗ "Об исполнительном производстве", с указанием реквизитов банковского счета, открытого в белорусской кредитной организации, или счета Министерства финансов Республики Беларусь (его территориального органа), открытого в белорусском банке, на которые следует перечислить взысканные денежные средства. При этом положения, предусмотренные частью 22 статьи 30 Федерального закона от 2 октября 2007 года № 229-ФЗ "Об исполнительном производстве", не применяются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