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414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2011, № 1, ст. 16; 2012, № 53, ст. 7609; 2014, № 30, ст. 4234; 2017, № 31, ст. 4795; 2021, № 1, ст. 79; 2023, № 31, ст. 5772) дополнить пунктом 5 следующего содержания: "5. Прокурорам, научным и педагогическим работникам из числа ветеранов боевых действий, указанных в Федеральном законе от 12 января 1995 года № 5-ФЗ "О ветеранах", ежегодно предоставляется оплачиваемый отпуск продолжительностью 15 календарных дней. Прокурорам, научным и педагогическим работникам, имеющим право на отпуск, предусмотренный настоящим пунктом, и отпуск, предусмотренный подпунктом 11 пункта 1 статьи 16 Федерального закона от 12 января 1995 года № 5-ФЗ "О ветеранах", предоставляется один из указанных отпусков по их выбору.".</w:t>
      </w:r>
    </w:p>
    <w:p>
      <w:r>
        <w:rPr>
          <w:b/>
        </w:rPr>
        <w:t>Статья 2</w:t>
      </w:r>
    </w:p>
    <w:p>
      <w:r>
        <w:t>Статью 25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2013, № 7, ст. 607; 2016, № 1, ст. 55; 2017, № 31, ст. 4795; 2019, № 40, ст. 5488; 2021, № 18, ст. 3061; 2022, № 9, ст. 1256; 2023, № 1, ст. 68) дополнить частью 9 следующего содержания: "9. Сотрудникам Следственного комитета из числа ветеранов боевых действий, указанных в Федеральном законе от 12 января 1995 года № 5-ФЗ "О ветеранах", ежегодно предоставляется отпуск продолжительностью 15 календарных дней с сохранением денежного содержания (денежного довольствия). Сотрудникам Следственного комитета, имеющим право на отпуск, предусмотренный настоящей частью, и отпуск, предусмотренный подпунктом 11 пункта 1 статьи 16 Федерального закона от 12 января 1995 года № 5-ФЗ "О ветеранах", предоставляется один из указанных отпусков по их выбору.".</w:t>
      </w:r>
    </w:p>
    <w:p>
      <w:r>
        <w:rPr>
          <w:b/>
        </w:rPr>
        <w:t>Статья 3</w:t>
      </w:r>
    </w:p>
    <w:p>
      <w:r>
        <w:t>Статью 63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3477; 2020, № 48, ст. 7635) дополнить частью 4 следующего содержания: "4. Сотрудникам органов внутренних дел из числа ветеранов боевых действий, указанных в Федеральном законе от 12 января 1995 года № 5-ФЗ "О ветеранах", ежегодно в порядке, установленном частью 4 статьи 56 настоящего Федерального закона, предоставляется отпуск продолжительностью 15 календарных дней с сохранением денежного довольствия. Сотрудникам, имеющим право на отпуск, предусмотренный настоящей частью, и отпуск, предусмотренный подпунктом 11 пункта 1 статьи 16 Федерального закона от 12 января 1995 года № 5-ФЗ "О ветеранах", предоставляется один из указанных отпусков по их выбору.".</w:t>
      </w:r>
    </w:p>
    <w:p>
      <w:r>
        <w:rPr>
          <w:b/>
        </w:rPr>
        <w:t>Статья 4</w:t>
      </w:r>
    </w:p>
    <w:p>
      <w:r>
        <w:t>Статью 64 Федерального закона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3089) дополнить частью 4 следующего содержания: "4. Сотрудникам федеральной противопожарной службы из числа ветеранов боевых действий, указанных в Федеральном законе от 12 января 1995 года № 5-ФЗ "О ветеранах", ежегодно в порядке, установленном частью 4 статьи 57 настоящего Федерального закона, предоставляется отпуск продолжительностью пятнадцать календарных дней с сохранением денежного довольствия. Сотрудникам федеральной противопожарной службы, имеющим право на отпуск, предусмотренный настоящей частью, и отпуск, предусмотренный подпунктом 11 пункта 1 статьи 16 Федерального закона от 12 января 1995 года № 5-ФЗ "О ветеранах", предоставляется один из указанных отпусков по их выбору.".</w:t>
      </w:r>
    </w:p>
    <w:p>
      <w:r>
        <w:rPr>
          <w:b/>
        </w:rPr>
        <w:t>Статья 5</w:t>
      </w:r>
    </w:p>
    <w:p>
      <w:r>
        <w:t>Статью 65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4532; 2025, № 28, ст. 3848) дополнить частью 4 следующего содержания: "4. Сотрудникам из числа ветеранов боевых действий, указанных в Федеральном законе от 12 января 1995 года № 5-ФЗ "О ветеранах", ежегодно в порядке, установленном частью 5 статьи 58 настоящего Федерального закона, предоставляется отпуск продолжительностью 15 календарных дней с сохранением денежного довольствия. Сотрудникам, имеющим право на отпуск, предусмотренный настоящей частью, и отпуск, предусмотренный подпунктом 11 пункта 1 статьи 16 Федерального закона от 12 января 1995 года № 5-ФЗ "О ветеранах", предоставляется один из указанных отпусков по их выбору.".</w:t>
      </w:r>
    </w:p>
    <w:p>
      <w:r>
        <w:rPr>
          <w:b/>
        </w:rPr>
        <w:t>Статья 6</w:t>
      </w:r>
    </w:p>
    <w:p>
      <w:r>
        <w:t>Статью 61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5488; 2025, № 28, ст. 3847) дополнить частью 4 следующего содержания: "4. Сотрудникам из числа ветеранов боевых действий, указанных в Федеральном законе от 12 января 1995 года № 5-ФЗ "О ветеранах", ежегодно в порядке, установленном частью 5 статьи 56 настоящего Федерального закона, предоставляется отпуск продолжительностью 15 календарных дней с сохранением денежного довольствия. Сотрудникам, имеющим право на отпуск, предусмотренный настоящей частью, и отпуск, предусмотренный подпунктом 11 пункта 1 статьи 16 Федерального закона от 12 января 1995 года № 5-ФЗ "О ветеранах", предоставляется один из указанных отпусков по их выбору.".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