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особенностях правового регулирования отношений в области физической культуры и спорта в связи с принятием в Российскую Федерацию Донецкой Народной Республики, Луганской Народной Республики, Запорожской области и Херсонской области и образованием в составе Российской Федерации новых субъектов - Донецкой Народной Республики, Луганской Народной Республики, Запорожской области и Херсонской области"</w:t>
      </w:r>
    </w:p>
    <w:p>
      <w:r>
        <w:rPr>
          <w:b/>
        </w:rPr>
        <w:t>Статья 1</w:t>
      </w:r>
    </w:p>
    <w:p>
      <w:r>
        <w:t>Внести в Федеральный закон от 24 июня 2023 года № 271-ФЗ "Об особенностях правового регулирования отношений в области физической культуры и спорта в связи с принятием в Российскую Федерацию Донецкой Народной Республики, Луганской Народной Республики, Запорожской области и Херсонской области и образованием в составе Российской Федерации новых субъектов - Донецкой Народной Республики, Луганской Народной Республики, Запорожской области и Херсонской области" (Собрание законодательства Российской Федерации, 2023, № 26, ст. 4679) следующие изменения</w:t>
      </w:r>
    </w:p>
    <w:p>
      <w:r>
        <w:t>в статье 2: а) в части 9 слова "до 1 января 2026 года" заменить словами "до 1 января 2028 года"; б) в части 10 слова "до 1 января 2026 года" заменить словами "до 1 января 2028 года"</w:t>
      </w:r>
    </w:p>
    <w:p>
      <w:r>
        <w:t>в статье 10 слова "до 1 января 2026 года" заменить словами "до 1 января 2028 года"</w:t>
      </w:r>
    </w:p>
    <w:p>
      <w:r>
        <w:t>в статье 11 слова "до 1 января 2026 года" заменить словами "до 1 января 2028 года"</w:t>
      </w:r>
    </w:p>
    <w:p>
      <w:r>
        <w:t>в части 2 статьи 12 слова "до 1 января 2026 года" заменить словами "до 1 января 2028 года"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