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2008, № 52, ст. 6235; 2011, № 1, ст. 49; № 48, ст. 6730; 2012, № 50, ст. 6954; № 53, ст. 7605; 2013, № 19, ст. 2329; 2015, № 41, ст. 5639; 2016, № 27, ст. 4169, 4280; 2017, № 1, ст. 46; № 27, ст. 3929; 2022, № 29, ст. 5207; № 41, ст. 6938; 2023, № 29, ст. 5337; 2024, № 1, ст. 23; № 51, ст. 7864; № 53, ст. 8508; 2025, № 40, ст. 5819) следующие изменения</w:t>
      </w:r>
    </w:p>
    <w:p>
      <w:r>
        <w:t>в части второй статьи 41: а) дополнить новым абзацем тринадцатым следующего содержания: "поддержка добровольчества (волонтерства) и благотворительной деятельности;"; б) абзацы тринадцатый - пятнадцатый считать соответственно абзацами четырнадцатым - шестнадцатым</w:t>
      </w:r>
    </w:p>
    <w:p>
      <w:r>
        <w:t>статью 641 дополнить частью четвертой следующего содержания: "При назначении по решению Президента Российской Федерации граждан, замещавших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в организацию, названную в части первой настоящей статьи, не требуется:</w:t>
      </w:r>
    </w:p>
    <w:p>
      <w:r>
        <w:t>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</w:t>
      </w:r>
    </w:p>
    <w:p>
      <w:r>
        <w:t>сообщение сведений, предусмотренных частями второй и третьей настоящей статьи."</w:t>
      </w:r>
    </w:p>
    <w:p>
      <w:r>
        <w:t>в пункте 71 части первой статьи 81 слова "непредставления или представления неполных или недостоверных сведений о своих доходах, расходах,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расходах, об имуществе и обязательствах имущественного характера своих супруга (супруги) и несовершеннолетних детей" заменить словами "непредставления сведений о доходах, об имуществе и обязательствах имущественного характера, предусмотренных Федеральным законом от 25 декабря 2008 года № 273-ФЗ "О противодействии коррупции", и сведений о расходах, предусмотренных Федеральным законом от 3 декабря 2012 года № 230-ФЗ "О контроле за соответствием расходов лиц, замещающих государственные должности, и иных лиц их доходам",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сведений"</w:t>
      </w:r>
    </w:p>
    <w:p>
      <w:r>
        <w:t>части четвертую и пятую статьи 275 признать утратившими силу</w:t>
      </w:r>
    </w:p>
    <w:p>
      <w:r>
        <w:t>главу 43 дополнить статьей 2811 следующего содержания: "Статья 2811. Особенности регулирования труда руководителя государственного (муниципального) учреждения Трудовой договор с руководителем государственного (муниципального) учреждения заключается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 Лицо, поступающее на должность руководителя государственного (муниципального) учреждения (при поступлении на работу), и руководитель государственного (муниципального) учреждения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года № 273-ФЗ "О противодействии коррупции", в случаях, установленных данным Федеральным законом. Указанные сведения представляются:</w:t>
      </w:r>
    </w:p>
    <w:p>
      <w:r>
        <w:t>лицом, поступающим на должность руководителя федерального государственного учреждения, руководителем федерального государственного учреждения - в порядке, утверждаемом Правительством Российской Федерации</w:t>
      </w:r>
    </w:p>
    <w:p>
      <w:r>
        <w:t>лицом, поступающим на должность руководителя государственного учреждения субъекта Российской Федерации, руководителем государственного учреждения субъекта Российской Федерации - в порядке, утверждаемом нормативным правовым актом субъекта Российской Федерации</w:t>
      </w:r>
    </w:p>
    <w:p>
      <w:r>
        <w:t>лицом, поступающим на должность руководителя муниципального учреждения, руководителем муниципального учреждения - в порядке, утверждаемом нормативным правовым актом органа местного самоуправления. Руководитель государственного (муниципального) учреждения представляет сведения о расходах, предусмотренные Федеральным законом от 3 декабря 2012 года № 230-ФЗ "О контроле за соответствием расходов лиц, замещающих государственные должности, и иных лиц их доходам", в случаях и порядке, которые установлены данным Федеральным законом."</w:t>
      </w:r>
    </w:p>
    <w:p>
      <w:r>
        <w:t>в части первой статьи 3491: а) в абзаце первом слова "в случаях и в порядке, которые установлены" заменить словами "в порядке, установленном"; б) пункт 1 изложить в следующей редакции: "1) представлять сведения о доходах, об имуществе и обязательствах имущественного характера, предусмотренные Федеральным законом от 25 декабря 2008 года № 273-ФЗ "О противодействии коррупции", и сведения о расходах, предусмотренные Федеральным законом от 3 декабря 2012 года № 230-ФЗ "О контроле за соответствием расходов лиц, замещающих государственные должности, и иных лиц их доходам", в случаях, установленных данными федеральными законами;"</w:t>
      </w:r>
    </w:p>
    <w:p>
      <w:r>
        <w:t>в статье 3492: а) в наименовании слова "Фонда пенсионного и социального страхования Российской Федерации, Федерального фонда обязательного медицинского страхования" заменить словами "государственных внебюджетных фондов Российской Федерации"; б) в части первой слова "Фонда пенсионного и социального страхования Российской Федерации, Федерального фонда обязательного медицинского страхования" заменить словами "государственных внебюджетных фондов Российской Федерации"; в) в части второй слова "Фонда пенсионного и социального страхования Российской Федерации, Федерального фонда обязательного медицинского страхования" заменить словами "государственных внебюджетных фондов Российской Федерации"; г) в части третьей слова "Фонда пенсионного и социального страхования Российской Федерации, Федерального фонда обязательного медицинского страхования" заменить словами "государственных внебюджетных фондов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